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2AA06C" w14:textId="3C29B3CD" w:rsidR="00053BEC" w:rsidRPr="00684C6D" w:rsidRDefault="003B700C">
      <w:pPr>
        <w:pStyle w:val="NoSpacing"/>
        <w:rPr>
          <w:rFonts w:ascii="Arial" w:hAnsi="Arial" w:cs="Arial"/>
        </w:rPr>
      </w:pPr>
      <w:sdt>
        <w:sdtPr>
          <w:rPr>
            <w:rFonts w:ascii="Arial" w:hAnsi="Arial" w:cs="Arial"/>
          </w:rPr>
          <w:id w:val="1422058650"/>
          <w:docPartObj>
            <w:docPartGallery w:val="Cover Pages"/>
            <w:docPartUnique/>
          </w:docPartObj>
        </w:sdtPr>
        <w:sdtEndPr/>
        <w:sdtContent>
          <w:r w:rsidR="00053BEC" w:rsidRPr="00684C6D">
            <w:rPr>
              <w:rFonts w:ascii="Arial" w:hAnsi="Arial" w:cs="Arial"/>
              <w:noProof/>
            </w:rPr>
            <mc:AlternateContent>
              <mc:Choice Requires="wpg">
                <w:drawing>
                  <wp:anchor distT="0" distB="0" distL="114300" distR="114300" simplePos="0" relativeHeight="251667968" behindDoc="1" locked="0" layoutInCell="1" allowOverlap="1" wp14:anchorId="3F5916B7" wp14:editId="1E4B9B8B">
                    <wp:simplePos x="0" y="0"/>
                    <mc:AlternateContent>
                      <mc:Choice Requires="wp14">
                        <wp:positionH relativeFrom="page">
                          <wp14:pctPosHOffset>4000</wp14:pctPosHOffset>
                        </wp:positionH>
                      </mc:Choice>
                      <mc:Fallback>
                        <wp:positionH relativeFrom="page">
                          <wp:posOffset>302260</wp:posOffset>
                        </wp:positionH>
                      </mc:Fallback>
                    </mc:AlternateContent>
                    <wp:positionV relativeFrom="page">
                      <wp:align>center</wp:align>
                    </wp:positionV>
                    <wp:extent cx="2418283" cy="9125712"/>
                    <wp:effectExtent l="0" t="0" r="1270" b="7620"/>
                    <wp:wrapNone/>
                    <wp:docPr id="2"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418283" cy="9125712"/>
                              <a:chOff x="0" y="0"/>
                              <a:chExt cx="2418283" cy="9125712"/>
                            </a:xfrm>
                          </wpg:grpSpPr>
                          <wps:wsp>
                            <wps:cNvPr id="3" name="Rectangle 3"/>
                            <wps:cNvSpPr/>
                            <wps:spPr>
                              <a:xfrm>
                                <a:off x="0" y="0"/>
                                <a:ext cx="194535" cy="9125712"/>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 name="Pentagon 4"/>
                            <wps:cNvSpPr/>
                            <wps:spPr>
                              <a:xfrm>
                                <a:off x="223723" y="1867817"/>
                                <a:ext cx="2194560" cy="552055"/>
                              </a:xfrm>
                              <a:prstGeom prst="homePlat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55ABF8E" w14:textId="33D710FD" w:rsidR="00053BEC" w:rsidRDefault="00053BEC" w:rsidP="00B400F1">
                                  <w:pPr>
                                    <w:pStyle w:val="NoSpacing"/>
                                    <w:rPr>
                                      <w:color w:val="FFFFFF" w:themeColor="background1"/>
                                      <w:sz w:val="28"/>
                                      <w:szCs w:val="28"/>
                                    </w:rPr>
                                  </w:pPr>
                                </w:p>
                              </w:txbxContent>
                            </wps:txbx>
                            <wps:bodyPr rot="0" spcFirstLastPara="0" vert="horz" wrap="square" lIns="91440" tIns="0" rIns="182880" bIns="0" numCol="1" spcCol="0" rtlCol="0" fromWordArt="0" anchor="ctr" anchorCtr="0" forceAA="0" compatLnSpc="1">
                              <a:prstTxWarp prst="textNoShape">
                                <a:avLst/>
                              </a:prstTxWarp>
                              <a:noAutofit/>
                            </wps:bodyPr>
                          </wps:wsp>
                          <wpg:grpSp>
                            <wpg:cNvPr id="5" name="Group 5"/>
                            <wpg:cNvGrpSpPr/>
                            <wpg:grpSpPr>
                              <a:xfrm>
                                <a:off x="76200" y="4210050"/>
                                <a:ext cx="2057400" cy="4910328"/>
                                <a:chOff x="80645" y="4211812"/>
                                <a:chExt cx="1306273" cy="3121026"/>
                              </a:xfrm>
                            </wpg:grpSpPr>
                            <wpg:grpSp>
                              <wpg:cNvPr id="6" name="Group 6"/>
                              <wpg:cNvGrpSpPr>
                                <a:grpSpLocks noChangeAspect="1"/>
                              </wpg:cNvGrpSpPr>
                              <wpg:grpSpPr>
                                <a:xfrm>
                                  <a:off x="141062" y="4211812"/>
                                  <a:ext cx="1047750" cy="3121026"/>
                                  <a:chOff x="141062" y="4211812"/>
                                  <a:chExt cx="1047750" cy="3121026"/>
                                </a:xfrm>
                              </wpg:grpSpPr>
                              <wps:wsp>
                                <wps:cNvPr id="20" name="Freeform 20"/>
                                <wps:cNvSpPr>
                                  <a:spLocks/>
                                </wps:cNvSpPr>
                                <wps:spPr bwMode="auto">
                                  <a:xfrm>
                                    <a:off x="369662" y="6216825"/>
                                    <a:ext cx="193675" cy="698500"/>
                                  </a:xfrm>
                                  <a:custGeom>
                                    <a:avLst/>
                                    <a:gdLst>
                                      <a:gd name="T0" fmla="*/ 0 w 122"/>
                                      <a:gd name="T1" fmla="*/ 0 h 440"/>
                                      <a:gd name="T2" fmla="*/ 39 w 122"/>
                                      <a:gd name="T3" fmla="*/ 152 h 440"/>
                                      <a:gd name="T4" fmla="*/ 84 w 122"/>
                                      <a:gd name="T5" fmla="*/ 304 h 440"/>
                                      <a:gd name="T6" fmla="*/ 122 w 122"/>
                                      <a:gd name="T7" fmla="*/ 417 h 440"/>
                                      <a:gd name="T8" fmla="*/ 122 w 122"/>
                                      <a:gd name="T9" fmla="*/ 440 h 440"/>
                                      <a:gd name="T10" fmla="*/ 76 w 122"/>
                                      <a:gd name="T11" fmla="*/ 306 h 440"/>
                                      <a:gd name="T12" fmla="*/ 39 w 122"/>
                                      <a:gd name="T13" fmla="*/ 180 h 440"/>
                                      <a:gd name="T14" fmla="*/ 6 w 122"/>
                                      <a:gd name="T15" fmla="*/ 53 h 440"/>
                                      <a:gd name="T16" fmla="*/ 0 w 122"/>
                                      <a:gd name="T17" fmla="*/ 0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2" h="440">
                                        <a:moveTo>
                                          <a:pt x="0" y="0"/>
                                        </a:moveTo>
                                        <a:lnTo>
                                          <a:pt x="39" y="152"/>
                                        </a:lnTo>
                                        <a:lnTo>
                                          <a:pt x="84" y="304"/>
                                        </a:lnTo>
                                        <a:lnTo>
                                          <a:pt x="122" y="417"/>
                                        </a:lnTo>
                                        <a:lnTo>
                                          <a:pt x="122" y="440"/>
                                        </a:lnTo>
                                        <a:lnTo>
                                          <a:pt x="76" y="306"/>
                                        </a:lnTo>
                                        <a:lnTo>
                                          <a:pt x="39" y="180"/>
                                        </a:lnTo>
                                        <a:lnTo>
                                          <a:pt x="6" y="5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1" name="Freeform 21"/>
                                <wps:cNvSpPr>
                                  <a:spLocks/>
                                </wps:cNvSpPr>
                                <wps:spPr bwMode="auto">
                                  <a:xfrm>
                                    <a:off x="572862" y="6905800"/>
                                    <a:ext cx="184150" cy="427038"/>
                                  </a:xfrm>
                                  <a:custGeom>
                                    <a:avLst/>
                                    <a:gdLst>
                                      <a:gd name="T0" fmla="*/ 0 w 116"/>
                                      <a:gd name="T1" fmla="*/ 0 h 269"/>
                                      <a:gd name="T2" fmla="*/ 8 w 116"/>
                                      <a:gd name="T3" fmla="*/ 19 h 269"/>
                                      <a:gd name="T4" fmla="*/ 37 w 116"/>
                                      <a:gd name="T5" fmla="*/ 93 h 269"/>
                                      <a:gd name="T6" fmla="*/ 67 w 116"/>
                                      <a:gd name="T7" fmla="*/ 167 h 269"/>
                                      <a:gd name="T8" fmla="*/ 116 w 116"/>
                                      <a:gd name="T9" fmla="*/ 269 h 269"/>
                                      <a:gd name="T10" fmla="*/ 108 w 116"/>
                                      <a:gd name="T11" fmla="*/ 269 h 269"/>
                                      <a:gd name="T12" fmla="*/ 60 w 116"/>
                                      <a:gd name="T13" fmla="*/ 169 h 269"/>
                                      <a:gd name="T14" fmla="*/ 30 w 116"/>
                                      <a:gd name="T15" fmla="*/ 98 h 269"/>
                                      <a:gd name="T16" fmla="*/ 1 w 116"/>
                                      <a:gd name="T17" fmla="*/ 25 h 269"/>
                                      <a:gd name="T18" fmla="*/ 0 w 116"/>
                                      <a:gd name="T19" fmla="*/ 0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6" h="269">
                                        <a:moveTo>
                                          <a:pt x="0" y="0"/>
                                        </a:moveTo>
                                        <a:lnTo>
                                          <a:pt x="8" y="19"/>
                                        </a:lnTo>
                                        <a:lnTo>
                                          <a:pt x="37" y="93"/>
                                        </a:lnTo>
                                        <a:lnTo>
                                          <a:pt x="67" y="167"/>
                                        </a:lnTo>
                                        <a:lnTo>
                                          <a:pt x="116" y="269"/>
                                        </a:lnTo>
                                        <a:lnTo>
                                          <a:pt x="108" y="269"/>
                                        </a:lnTo>
                                        <a:lnTo>
                                          <a:pt x="60" y="169"/>
                                        </a:lnTo>
                                        <a:lnTo>
                                          <a:pt x="30" y="98"/>
                                        </a:lnTo>
                                        <a:lnTo>
                                          <a:pt x="1" y="2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2" name="Freeform 22"/>
                                <wps:cNvSpPr>
                                  <a:spLocks/>
                                </wps:cNvSpPr>
                                <wps:spPr bwMode="auto">
                                  <a:xfrm>
                                    <a:off x="141062" y="4211812"/>
                                    <a:ext cx="222250" cy="2019300"/>
                                  </a:xfrm>
                                  <a:custGeom>
                                    <a:avLst/>
                                    <a:gdLst>
                                      <a:gd name="T0" fmla="*/ 0 w 140"/>
                                      <a:gd name="T1" fmla="*/ 0 h 1272"/>
                                      <a:gd name="T2" fmla="*/ 0 w 140"/>
                                      <a:gd name="T3" fmla="*/ 0 h 1272"/>
                                      <a:gd name="T4" fmla="*/ 1 w 140"/>
                                      <a:gd name="T5" fmla="*/ 79 h 1272"/>
                                      <a:gd name="T6" fmla="*/ 3 w 140"/>
                                      <a:gd name="T7" fmla="*/ 159 h 1272"/>
                                      <a:gd name="T8" fmla="*/ 12 w 140"/>
                                      <a:gd name="T9" fmla="*/ 317 h 1272"/>
                                      <a:gd name="T10" fmla="*/ 23 w 140"/>
                                      <a:gd name="T11" fmla="*/ 476 h 1272"/>
                                      <a:gd name="T12" fmla="*/ 39 w 140"/>
                                      <a:gd name="T13" fmla="*/ 634 h 1272"/>
                                      <a:gd name="T14" fmla="*/ 58 w 140"/>
                                      <a:gd name="T15" fmla="*/ 792 h 1272"/>
                                      <a:gd name="T16" fmla="*/ 83 w 140"/>
                                      <a:gd name="T17" fmla="*/ 948 h 1272"/>
                                      <a:gd name="T18" fmla="*/ 107 w 140"/>
                                      <a:gd name="T19" fmla="*/ 1086 h 1272"/>
                                      <a:gd name="T20" fmla="*/ 135 w 140"/>
                                      <a:gd name="T21" fmla="*/ 1223 h 1272"/>
                                      <a:gd name="T22" fmla="*/ 140 w 140"/>
                                      <a:gd name="T23" fmla="*/ 1272 h 1272"/>
                                      <a:gd name="T24" fmla="*/ 138 w 140"/>
                                      <a:gd name="T25" fmla="*/ 1262 h 1272"/>
                                      <a:gd name="T26" fmla="*/ 105 w 140"/>
                                      <a:gd name="T27" fmla="*/ 1106 h 1272"/>
                                      <a:gd name="T28" fmla="*/ 77 w 140"/>
                                      <a:gd name="T29" fmla="*/ 949 h 1272"/>
                                      <a:gd name="T30" fmla="*/ 53 w 140"/>
                                      <a:gd name="T31" fmla="*/ 792 h 1272"/>
                                      <a:gd name="T32" fmla="*/ 35 w 140"/>
                                      <a:gd name="T33" fmla="*/ 634 h 1272"/>
                                      <a:gd name="T34" fmla="*/ 20 w 140"/>
                                      <a:gd name="T35" fmla="*/ 476 h 1272"/>
                                      <a:gd name="T36" fmla="*/ 9 w 140"/>
                                      <a:gd name="T37" fmla="*/ 317 h 1272"/>
                                      <a:gd name="T38" fmla="*/ 2 w 140"/>
                                      <a:gd name="T39" fmla="*/ 159 h 1272"/>
                                      <a:gd name="T40" fmla="*/ 0 w 140"/>
                                      <a:gd name="T41" fmla="*/ 79 h 1272"/>
                                      <a:gd name="T42" fmla="*/ 0 w 140"/>
                                      <a:gd name="T43" fmla="*/ 0 h 1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0" h="1272">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3" name="Freeform 23"/>
                                <wps:cNvSpPr>
                                  <a:spLocks/>
                                </wps:cNvSpPr>
                                <wps:spPr bwMode="auto">
                                  <a:xfrm>
                                    <a:off x="341087" y="4861100"/>
                                    <a:ext cx="71438" cy="1355725"/>
                                  </a:xfrm>
                                  <a:custGeom>
                                    <a:avLst/>
                                    <a:gdLst>
                                      <a:gd name="T0" fmla="*/ 45 w 45"/>
                                      <a:gd name="T1" fmla="*/ 0 h 854"/>
                                      <a:gd name="T2" fmla="*/ 45 w 45"/>
                                      <a:gd name="T3" fmla="*/ 0 h 854"/>
                                      <a:gd name="T4" fmla="*/ 35 w 45"/>
                                      <a:gd name="T5" fmla="*/ 66 h 854"/>
                                      <a:gd name="T6" fmla="*/ 26 w 45"/>
                                      <a:gd name="T7" fmla="*/ 133 h 854"/>
                                      <a:gd name="T8" fmla="*/ 14 w 45"/>
                                      <a:gd name="T9" fmla="*/ 267 h 854"/>
                                      <a:gd name="T10" fmla="*/ 6 w 45"/>
                                      <a:gd name="T11" fmla="*/ 401 h 854"/>
                                      <a:gd name="T12" fmla="*/ 3 w 45"/>
                                      <a:gd name="T13" fmla="*/ 534 h 854"/>
                                      <a:gd name="T14" fmla="*/ 6 w 45"/>
                                      <a:gd name="T15" fmla="*/ 669 h 854"/>
                                      <a:gd name="T16" fmla="*/ 14 w 45"/>
                                      <a:gd name="T17" fmla="*/ 803 h 854"/>
                                      <a:gd name="T18" fmla="*/ 18 w 45"/>
                                      <a:gd name="T19" fmla="*/ 854 h 854"/>
                                      <a:gd name="T20" fmla="*/ 18 w 45"/>
                                      <a:gd name="T21" fmla="*/ 851 h 854"/>
                                      <a:gd name="T22" fmla="*/ 9 w 45"/>
                                      <a:gd name="T23" fmla="*/ 814 h 854"/>
                                      <a:gd name="T24" fmla="*/ 8 w 45"/>
                                      <a:gd name="T25" fmla="*/ 803 h 854"/>
                                      <a:gd name="T26" fmla="*/ 1 w 45"/>
                                      <a:gd name="T27" fmla="*/ 669 h 854"/>
                                      <a:gd name="T28" fmla="*/ 0 w 45"/>
                                      <a:gd name="T29" fmla="*/ 534 h 854"/>
                                      <a:gd name="T30" fmla="*/ 3 w 45"/>
                                      <a:gd name="T31" fmla="*/ 401 h 854"/>
                                      <a:gd name="T32" fmla="*/ 12 w 45"/>
                                      <a:gd name="T33" fmla="*/ 267 h 854"/>
                                      <a:gd name="T34" fmla="*/ 25 w 45"/>
                                      <a:gd name="T35" fmla="*/ 132 h 854"/>
                                      <a:gd name="T36" fmla="*/ 34 w 45"/>
                                      <a:gd name="T37" fmla="*/ 66 h 854"/>
                                      <a:gd name="T38" fmla="*/ 45 w 45"/>
                                      <a:gd name="T39" fmla="*/ 0 h 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5" h="854">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4" name="Freeform 24"/>
                                <wps:cNvSpPr>
                                  <a:spLocks/>
                                </wps:cNvSpPr>
                                <wps:spPr bwMode="auto">
                                  <a:xfrm>
                                    <a:off x="363312" y="6231112"/>
                                    <a:ext cx="244475" cy="998538"/>
                                  </a:xfrm>
                                  <a:custGeom>
                                    <a:avLst/>
                                    <a:gdLst>
                                      <a:gd name="T0" fmla="*/ 0 w 154"/>
                                      <a:gd name="T1" fmla="*/ 0 h 629"/>
                                      <a:gd name="T2" fmla="*/ 10 w 154"/>
                                      <a:gd name="T3" fmla="*/ 44 h 629"/>
                                      <a:gd name="T4" fmla="*/ 21 w 154"/>
                                      <a:gd name="T5" fmla="*/ 126 h 629"/>
                                      <a:gd name="T6" fmla="*/ 34 w 154"/>
                                      <a:gd name="T7" fmla="*/ 207 h 629"/>
                                      <a:gd name="T8" fmla="*/ 53 w 154"/>
                                      <a:gd name="T9" fmla="*/ 293 h 629"/>
                                      <a:gd name="T10" fmla="*/ 75 w 154"/>
                                      <a:gd name="T11" fmla="*/ 380 h 629"/>
                                      <a:gd name="T12" fmla="*/ 100 w 154"/>
                                      <a:gd name="T13" fmla="*/ 466 h 629"/>
                                      <a:gd name="T14" fmla="*/ 120 w 154"/>
                                      <a:gd name="T15" fmla="*/ 521 h 629"/>
                                      <a:gd name="T16" fmla="*/ 141 w 154"/>
                                      <a:gd name="T17" fmla="*/ 576 h 629"/>
                                      <a:gd name="T18" fmla="*/ 152 w 154"/>
                                      <a:gd name="T19" fmla="*/ 618 h 629"/>
                                      <a:gd name="T20" fmla="*/ 154 w 154"/>
                                      <a:gd name="T21" fmla="*/ 629 h 629"/>
                                      <a:gd name="T22" fmla="*/ 140 w 154"/>
                                      <a:gd name="T23" fmla="*/ 595 h 629"/>
                                      <a:gd name="T24" fmla="*/ 115 w 154"/>
                                      <a:gd name="T25" fmla="*/ 532 h 629"/>
                                      <a:gd name="T26" fmla="*/ 93 w 154"/>
                                      <a:gd name="T27" fmla="*/ 468 h 629"/>
                                      <a:gd name="T28" fmla="*/ 67 w 154"/>
                                      <a:gd name="T29" fmla="*/ 383 h 629"/>
                                      <a:gd name="T30" fmla="*/ 47 w 154"/>
                                      <a:gd name="T31" fmla="*/ 295 h 629"/>
                                      <a:gd name="T32" fmla="*/ 28 w 154"/>
                                      <a:gd name="T33" fmla="*/ 207 h 629"/>
                                      <a:gd name="T34" fmla="*/ 12 w 154"/>
                                      <a:gd name="T35" fmla="*/ 104 h 629"/>
                                      <a:gd name="T36" fmla="*/ 0 w 154"/>
                                      <a:gd name="T37" fmla="*/ 0 h 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4" h="629">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5" name="Freeform 25"/>
                                <wps:cNvSpPr>
                                  <a:spLocks/>
                                </wps:cNvSpPr>
                                <wps:spPr bwMode="auto">
                                  <a:xfrm>
                                    <a:off x="620487" y="7223300"/>
                                    <a:ext cx="52388" cy="109538"/>
                                  </a:xfrm>
                                  <a:custGeom>
                                    <a:avLst/>
                                    <a:gdLst>
                                      <a:gd name="T0" fmla="*/ 0 w 33"/>
                                      <a:gd name="T1" fmla="*/ 0 h 69"/>
                                      <a:gd name="T2" fmla="*/ 33 w 33"/>
                                      <a:gd name="T3" fmla="*/ 69 h 69"/>
                                      <a:gd name="T4" fmla="*/ 24 w 33"/>
                                      <a:gd name="T5" fmla="*/ 69 h 69"/>
                                      <a:gd name="T6" fmla="*/ 12 w 33"/>
                                      <a:gd name="T7" fmla="*/ 35 h 69"/>
                                      <a:gd name="T8" fmla="*/ 0 w 33"/>
                                      <a:gd name="T9" fmla="*/ 0 h 69"/>
                                    </a:gdLst>
                                    <a:ahLst/>
                                    <a:cxnLst>
                                      <a:cxn ang="0">
                                        <a:pos x="T0" y="T1"/>
                                      </a:cxn>
                                      <a:cxn ang="0">
                                        <a:pos x="T2" y="T3"/>
                                      </a:cxn>
                                      <a:cxn ang="0">
                                        <a:pos x="T4" y="T5"/>
                                      </a:cxn>
                                      <a:cxn ang="0">
                                        <a:pos x="T6" y="T7"/>
                                      </a:cxn>
                                      <a:cxn ang="0">
                                        <a:pos x="T8" y="T9"/>
                                      </a:cxn>
                                    </a:cxnLst>
                                    <a:rect l="0" t="0" r="r" b="b"/>
                                    <a:pathLst>
                                      <a:path w="33" h="69">
                                        <a:moveTo>
                                          <a:pt x="0" y="0"/>
                                        </a:moveTo>
                                        <a:lnTo>
                                          <a:pt x="33" y="69"/>
                                        </a:lnTo>
                                        <a:lnTo>
                                          <a:pt x="24" y="69"/>
                                        </a:lnTo>
                                        <a:lnTo>
                                          <a:pt x="12" y="3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6" name="Freeform 26"/>
                                <wps:cNvSpPr>
                                  <a:spLocks/>
                                </wps:cNvSpPr>
                                <wps:spPr bwMode="auto">
                                  <a:xfrm>
                                    <a:off x="355374" y="6153325"/>
                                    <a:ext cx="23813" cy="147638"/>
                                  </a:xfrm>
                                  <a:custGeom>
                                    <a:avLst/>
                                    <a:gdLst>
                                      <a:gd name="T0" fmla="*/ 0 w 15"/>
                                      <a:gd name="T1" fmla="*/ 0 h 93"/>
                                      <a:gd name="T2" fmla="*/ 9 w 15"/>
                                      <a:gd name="T3" fmla="*/ 37 h 93"/>
                                      <a:gd name="T4" fmla="*/ 9 w 15"/>
                                      <a:gd name="T5" fmla="*/ 40 h 93"/>
                                      <a:gd name="T6" fmla="*/ 15 w 15"/>
                                      <a:gd name="T7" fmla="*/ 93 h 93"/>
                                      <a:gd name="T8" fmla="*/ 5 w 15"/>
                                      <a:gd name="T9" fmla="*/ 49 h 93"/>
                                      <a:gd name="T10" fmla="*/ 0 w 15"/>
                                      <a:gd name="T11" fmla="*/ 0 h 93"/>
                                    </a:gdLst>
                                    <a:ahLst/>
                                    <a:cxnLst>
                                      <a:cxn ang="0">
                                        <a:pos x="T0" y="T1"/>
                                      </a:cxn>
                                      <a:cxn ang="0">
                                        <a:pos x="T2" y="T3"/>
                                      </a:cxn>
                                      <a:cxn ang="0">
                                        <a:pos x="T4" y="T5"/>
                                      </a:cxn>
                                      <a:cxn ang="0">
                                        <a:pos x="T6" y="T7"/>
                                      </a:cxn>
                                      <a:cxn ang="0">
                                        <a:pos x="T8" y="T9"/>
                                      </a:cxn>
                                      <a:cxn ang="0">
                                        <a:pos x="T10" y="T11"/>
                                      </a:cxn>
                                    </a:cxnLst>
                                    <a:rect l="0" t="0" r="r" b="b"/>
                                    <a:pathLst>
                                      <a:path w="15" h="93">
                                        <a:moveTo>
                                          <a:pt x="0" y="0"/>
                                        </a:moveTo>
                                        <a:lnTo>
                                          <a:pt x="9" y="37"/>
                                        </a:lnTo>
                                        <a:lnTo>
                                          <a:pt x="9" y="40"/>
                                        </a:lnTo>
                                        <a:lnTo>
                                          <a:pt x="15" y="93"/>
                                        </a:lnTo>
                                        <a:lnTo>
                                          <a:pt x="5" y="4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7" name="Freeform 27"/>
                                <wps:cNvSpPr>
                                  <a:spLocks/>
                                </wps:cNvSpPr>
                                <wps:spPr bwMode="auto">
                                  <a:xfrm>
                                    <a:off x="563337" y="5689775"/>
                                    <a:ext cx="625475" cy="1216025"/>
                                  </a:xfrm>
                                  <a:custGeom>
                                    <a:avLst/>
                                    <a:gdLst>
                                      <a:gd name="T0" fmla="*/ 394 w 394"/>
                                      <a:gd name="T1" fmla="*/ 0 h 766"/>
                                      <a:gd name="T2" fmla="*/ 394 w 394"/>
                                      <a:gd name="T3" fmla="*/ 0 h 766"/>
                                      <a:gd name="T4" fmla="*/ 356 w 394"/>
                                      <a:gd name="T5" fmla="*/ 38 h 766"/>
                                      <a:gd name="T6" fmla="*/ 319 w 394"/>
                                      <a:gd name="T7" fmla="*/ 77 h 766"/>
                                      <a:gd name="T8" fmla="*/ 284 w 394"/>
                                      <a:gd name="T9" fmla="*/ 117 h 766"/>
                                      <a:gd name="T10" fmla="*/ 249 w 394"/>
                                      <a:gd name="T11" fmla="*/ 160 h 766"/>
                                      <a:gd name="T12" fmla="*/ 207 w 394"/>
                                      <a:gd name="T13" fmla="*/ 218 h 766"/>
                                      <a:gd name="T14" fmla="*/ 168 w 394"/>
                                      <a:gd name="T15" fmla="*/ 276 h 766"/>
                                      <a:gd name="T16" fmla="*/ 131 w 394"/>
                                      <a:gd name="T17" fmla="*/ 339 h 766"/>
                                      <a:gd name="T18" fmla="*/ 98 w 394"/>
                                      <a:gd name="T19" fmla="*/ 402 h 766"/>
                                      <a:gd name="T20" fmla="*/ 69 w 394"/>
                                      <a:gd name="T21" fmla="*/ 467 h 766"/>
                                      <a:gd name="T22" fmla="*/ 45 w 394"/>
                                      <a:gd name="T23" fmla="*/ 535 h 766"/>
                                      <a:gd name="T24" fmla="*/ 26 w 394"/>
                                      <a:gd name="T25" fmla="*/ 604 h 766"/>
                                      <a:gd name="T26" fmla="*/ 14 w 394"/>
                                      <a:gd name="T27" fmla="*/ 673 h 766"/>
                                      <a:gd name="T28" fmla="*/ 7 w 394"/>
                                      <a:gd name="T29" fmla="*/ 746 h 766"/>
                                      <a:gd name="T30" fmla="*/ 6 w 394"/>
                                      <a:gd name="T31" fmla="*/ 766 h 766"/>
                                      <a:gd name="T32" fmla="*/ 0 w 394"/>
                                      <a:gd name="T33" fmla="*/ 749 h 766"/>
                                      <a:gd name="T34" fmla="*/ 1 w 394"/>
                                      <a:gd name="T35" fmla="*/ 744 h 766"/>
                                      <a:gd name="T36" fmla="*/ 7 w 394"/>
                                      <a:gd name="T37" fmla="*/ 673 h 766"/>
                                      <a:gd name="T38" fmla="*/ 21 w 394"/>
                                      <a:gd name="T39" fmla="*/ 603 h 766"/>
                                      <a:gd name="T40" fmla="*/ 40 w 394"/>
                                      <a:gd name="T41" fmla="*/ 533 h 766"/>
                                      <a:gd name="T42" fmla="*/ 65 w 394"/>
                                      <a:gd name="T43" fmla="*/ 466 h 766"/>
                                      <a:gd name="T44" fmla="*/ 94 w 394"/>
                                      <a:gd name="T45" fmla="*/ 400 h 766"/>
                                      <a:gd name="T46" fmla="*/ 127 w 394"/>
                                      <a:gd name="T47" fmla="*/ 336 h 766"/>
                                      <a:gd name="T48" fmla="*/ 164 w 394"/>
                                      <a:gd name="T49" fmla="*/ 275 h 766"/>
                                      <a:gd name="T50" fmla="*/ 204 w 394"/>
                                      <a:gd name="T51" fmla="*/ 215 h 766"/>
                                      <a:gd name="T52" fmla="*/ 248 w 394"/>
                                      <a:gd name="T53" fmla="*/ 158 h 766"/>
                                      <a:gd name="T54" fmla="*/ 282 w 394"/>
                                      <a:gd name="T55" fmla="*/ 116 h 766"/>
                                      <a:gd name="T56" fmla="*/ 318 w 394"/>
                                      <a:gd name="T57" fmla="*/ 76 h 766"/>
                                      <a:gd name="T58" fmla="*/ 354 w 394"/>
                                      <a:gd name="T59" fmla="*/ 37 h 766"/>
                                      <a:gd name="T60" fmla="*/ 394 w 394"/>
                                      <a:gd name="T61" fmla="*/ 0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94" h="766">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8" name="Freeform 28"/>
                                <wps:cNvSpPr>
                                  <a:spLocks/>
                                </wps:cNvSpPr>
                                <wps:spPr bwMode="auto">
                                  <a:xfrm>
                                    <a:off x="563337" y="6915325"/>
                                    <a:ext cx="57150" cy="307975"/>
                                  </a:xfrm>
                                  <a:custGeom>
                                    <a:avLst/>
                                    <a:gdLst>
                                      <a:gd name="T0" fmla="*/ 0 w 36"/>
                                      <a:gd name="T1" fmla="*/ 0 h 194"/>
                                      <a:gd name="T2" fmla="*/ 6 w 36"/>
                                      <a:gd name="T3" fmla="*/ 16 h 194"/>
                                      <a:gd name="T4" fmla="*/ 7 w 36"/>
                                      <a:gd name="T5" fmla="*/ 19 h 194"/>
                                      <a:gd name="T6" fmla="*/ 11 w 36"/>
                                      <a:gd name="T7" fmla="*/ 80 h 194"/>
                                      <a:gd name="T8" fmla="*/ 20 w 36"/>
                                      <a:gd name="T9" fmla="*/ 132 h 194"/>
                                      <a:gd name="T10" fmla="*/ 33 w 36"/>
                                      <a:gd name="T11" fmla="*/ 185 h 194"/>
                                      <a:gd name="T12" fmla="*/ 36 w 36"/>
                                      <a:gd name="T13" fmla="*/ 194 h 194"/>
                                      <a:gd name="T14" fmla="*/ 21 w 36"/>
                                      <a:gd name="T15" fmla="*/ 161 h 194"/>
                                      <a:gd name="T16" fmla="*/ 15 w 36"/>
                                      <a:gd name="T17" fmla="*/ 145 h 194"/>
                                      <a:gd name="T18" fmla="*/ 5 w 36"/>
                                      <a:gd name="T19" fmla="*/ 81 h 194"/>
                                      <a:gd name="T20" fmla="*/ 1 w 36"/>
                                      <a:gd name="T21" fmla="*/ 41 h 194"/>
                                      <a:gd name="T22" fmla="*/ 0 w 36"/>
                                      <a:gd name="T23" fmla="*/ 0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 h="194">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9" name="Freeform 29"/>
                                <wps:cNvSpPr>
                                  <a:spLocks/>
                                </wps:cNvSpPr>
                                <wps:spPr bwMode="auto">
                                  <a:xfrm>
                                    <a:off x="607787" y="7229650"/>
                                    <a:ext cx="49213" cy="103188"/>
                                  </a:xfrm>
                                  <a:custGeom>
                                    <a:avLst/>
                                    <a:gdLst>
                                      <a:gd name="T0" fmla="*/ 0 w 31"/>
                                      <a:gd name="T1" fmla="*/ 0 h 65"/>
                                      <a:gd name="T2" fmla="*/ 31 w 31"/>
                                      <a:gd name="T3" fmla="*/ 65 h 65"/>
                                      <a:gd name="T4" fmla="*/ 23 w 31"/>
                                      <a:gd name="T5" fmla="*/ 65 h 65"/>
                                      <a:gd name="T6" fmla="*/ 0 w 31"/>
                                      <a:gd name="T7" fmla="*/ 0 h 65"/>
                                    </a:gdLst>
                                    <a:ahLst/>
                                    <a:cxnLst>
                                      <a:cxn ang="0">
                                        <a:pos x="T0" y="T1"/>
                                      </a:cxn>
                                      <a:cxn ang="0">
                                        <a:pos x="T2" y="T3"/>
                                      </a:cxn>
                                      <a:cxn ang="0">
                                        <a:pos x="T4" y="T5"/>
                                      </a:cxn>
                                      <a:cxn ang="0">
                                        <a:pos x="T6" y="T7"/>
                                      </a:cxn>
                                    </a:cxnLst>
                                    <a:rect l="0" t="0" r="r" b="b"/>
                                    <a:pathLst>
                                      <a:path w="31" h="65">
                                        <a:moveTo>
                                          <a:pt x="0" y="0"/>
                                        </a:moveTo>
                                        <a:lnTo>
                                          <a:pt x="31" y="65"/>
                                        </a:lnTo>
                                        <a:lnTo>
                                          <a:pt x="23" y="6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0" name="Freeform 30"/>
                                <wps:cNvSpPr>
                                  <a:spLocks/>
                                </wps:cNvSpPr>
                                <wps:spPr bwMode="auto">
                                  <a:xfrm>
                                    <a:off x="563337" y="6878812"/>
                                    <a:ext cx="11113" cy="66675"/>
                                  </a:xfrm>
                                  <a:custGeom>
                                    <a:avLst/>
                                    <a:gdLst>
                                      <a:gd name="T0" fmla="*/ 0 w 7"/>
                                      <a:gd name="T1" fmla="*/ 0 h 42"/>
                                      <a:gd name="T2" fmla="*/ 6 w 7"/>
                                      <a:gd name="T3" fmla="*/ 17 h 42"/>
                                      <a:gd name="T4" fmla="*/ 7 w 7"/>
                                      <a:gd name="T5" fmla="*/ 42 h 42"/>
                                      <a:gd name="T6" fmla="*/ 6 w 7"/>
                                      <a:gd name="T7" fmla="*/ 39 h 42"/>
                                      <a:gd name="T8" fmla="*/ 0 w 7"/>
                                      <a:gd name="T9" fmla="*/ 23 h 42"/>
                                      <a:gd name="T10" fmla="*/ 0 w 7"/>
                                      <a:gd name="T11" fmla="*/ 0 h 42"/>
                                    </a:gdLst>
                                    <a:ahLst/>
                                    <a:cxnLst>
                                      <a:cxn ang="0">
                                        <a:pos x="T0" y="T1"/>
                                      </a:cxn>
                                      <a:cxn ang="0">
                                        <a:pos x="T2" y="T3"/>
                                      </a:cxn>
                                      <a:cxn ang="0">
                                        <a:pos x="T4" y="T5"/>
                                      </a:cxn>
                                      <a:cxn ang="0">
                                        <a:pos x="T6" y="T7"/>
                                      </a:cxn>
                                      <a:cxn ang="0">
                                        <a:pos x="T8" y="T9"/>
                                      </a:cxn>
                                      <a:cxn ang="0">
                                        <a:pos x="T10" y="T11"/>
                                      </a:cxn>
                                    </a:cxnLst>
                                    <a:rect l="0" t="0" r="r" b="b"/>
                                    <a:pathLst>
                                      <a:path w="7" h="42">
                                        <a:moveTo>
                                          <a:pt x="0" y="0"/>
                                        </a:moveTo>
                                        <a:lnTo>
                                          <a:pt x="6" y="17"/>
                                        </a:lnTo>
                                        <a:lnTo>
                                          <a:pt x="7" y="42"/>
                                        </a:lnTo>
                                        <a:lnTo>
                                          <a:pt x="6" y="39"/>
                                        </a:lnTo>
                                        <a:lnTo>
                                          <a:pt x="0" y="2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1" name="Freeform 31"/>
                                <wps:cNvSpPr>
                                  <a:spLocks/>
                                </wps:cNvSpPr>
                                <wps:spPr bwMode="auto">
                                  <a:xfrm>
                                    <a:off x="587149" y="7145512"/>
                                    <a:ext cx="71438" cy="187325"/>
                                  </a:xfrm>
                                  <a:custGeom>
                                    <a:avLst/>
                                    <a:gdLst>
                                      <a:gd name="T0" fmla="*/ 0 w 45"/>
                                      <a:gd name="T1" fmla="*/ 0 h 118"/>
                                      <a:gd name="T2" fmla="*/ 6 w 45"/>
                                      <a:gd name="T3" fmla="*/ 16 h 118"/>
                                      <a:gd name="T4" fmla="*/ 21 w 45"/>
                                      <a:gd name="T5" fmla="*/ 49 h 118"/>
                                      <a:gd name="T6" fmla="*/ 33 w 45"/>
                                      <a:gd name="T7" fmla="*/ 84 h 118"/>
                                      <a:gd name="T8" fmla="*/ 45 w 45"/>
                                      <a:gd name="T9" fmla="*/ 118 h 118"/>
                                      <a:gd name="T10" fmla="*/ 44 w 45"/>
                                      <a:gd name="T11" fmla="*/ 118 h 118"/>
                                      <a:gd name="T12" fmla="*/ 13 w 45"/>
                                      <a:gd name="T13" fmla="*/ 53 h 118"/>
                                      <a:gd name="T14" fmla="*/ 11 w 45"/>
                                      <a:gd name="T15" fmla="*/ 42 h 118"/>
                                      <a:gd name="T16" fmla="*/ 0 w 45"/>
                                      <a:gd name="T17"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118">
                                        <a:moveTo>
                                          <a:pt x="0" y="0"/>
                                        </a:moveTo>
                                        <a:lnTo>
                                          <a:pt x="6" y="16"/>
                                        </a:lnTo>
                                        <a:lnTo>
                                          <a:pt x="21" y="49"/>
                                        </a:lnTo>
                                        <a:lnTo>
                                          <a:pt x="33" y="84"/>
                                        </a:lnTo>
                                        <a:lnTo>
                                          <a:pt x="45" y="118"/>
                                        </a:lnTo>
                                        <a:lnTo>
                                          <a:pt x="44" y="118"/>
                                        </a:lnTo>
                                        <a:lnTo>
                                          <a:pt x="13" y="53"/>
                                        </a:lnTo>
                                        <a:lnTo>
                                          <a:pt x="11" y="42"/>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g:grpSp>
                            <wpg:grpSp>
                              <wpg:cNvPr id="7" name="Group 7"/>
                              <wpg:cNvGrpSpPr>
                                <a:grpSpLocks noChangeAspect="1"/>
                              </wpg:cNvGrpSpPr>
                              <wpg:grpSpPr>
                                <a:xfrm>
                                  <a:off x="80645" y="4826972"/>
                                  <a:ext cx="1306273" cy="2505863"/>
                                  <a:chOff x="80645" y="4649964"/>
                                  <a:chExt cx="874712" cy="1677988"/>
                                </a:xfrm>
                              </wpg:grpSpPr>
                              <wps:wsp>
                                <wps:cNvPr id="8" name="Freeform 8"/>
                                <wps:cNvSpPr>
                                  <a:spLocks/>
                                </wps:cNvSpPr>
                                <wps:spPr bwMode="auto">
                                  <a:xfrm>
                                    <a:off x="118745" y="5189714"/>
                                    <a:ext cx="198438" cy="714375"/>
                                  </a:xfrm>
                                  <a:custGeom>
                                    <a:avLst/>
                                    <a:gdLst>
                                      <a:gd name="T0" fmla="*/ 0 w 125"/>
                                      <a:gd name="T1" fmla="*/ 0 h 450"/>
                                      <a:gd name="T2" fmla="*/ 41 w 125"/>
                                      <a:gd name="T3" fmla="*/ 155 h 450"/>
                                      <a:gd name="T4" fmla="*/ 86 w 125"/>
                                      <a:gd name="T5" fmla="*/ 309 h 450"/>
                                      <a:gd name="T6" fmla="*/ 125 w 125"/>
                                      <a:gd name="T7" fmla="*/ 425 h 450"/>
                                      <a:gd name="T8" fmla="*/ 125 w 125"/>
                                      <a:gd name="T9" fmla="*/ 450 h 450"/>
                                      <a:gd name="T10" fmla="*/ 79 w 125"/>
                                      <a:gd name="T11" fmla="*/ 311 h 450"/>
                                      <a:gd name="T12" fmla="*/ 41 w 125"/>
                                      <a:gd name="T13" fmla="*/ 183 h 450"/>
                                      <a:gd name="T14" fmla="*/ 7 w 125"/>
                                      <a:gd name="T15" fmla="*/ 54 h 450"/>
                                      <a:gd name="T16" fmla="*/ 0 w 125"/>
                                      <a:gd name="T17"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5" h="450">
                                        <a:moveTo>
                                          <a:pt x="0" y="0"/>
                                        </a:moveTo>
                                        <a:lnTo>
                                          <a:pt x="41" y="155"/>
                                        </a:lnTo>
                                        <a:lnTo>
                                          <a:pt x="86" y="309"/>
                                        </a:lnTo>
                                        <a:lnTo>
                                          <a:pt x="125" y="425"/>
                                        </a:lnTo>
                                        <a:lnTo>
                                          <a:pt x="125" y="450"/>
                                        </a:lnTo>
                                        <a:lnTo>
                                          <a:pt x="79" y="311"/>
                                        </a:lnTo>
                                        <a:lnTo>
                                          <a:pt x="41" y="183"/>
                                        </a:lnTo>
                                        <a:lnTo>
                                          <a:pt x="7" y="5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9" name="Freeform 9"/>
                                <wps:cNvSpPr>
                                  <a:spLocks/>
                                </wps:cNvSpPr>
                                <wps:spPr bwMode="auto">
                                  <a:xfrm>
                                    <a:off x="328295" y="5891389"/>
                                    <a:ext cx="187325" cy="436563"/>
                                  </a:xfrm>
                                  <a:custGeom>
                                    <a:avLst/>
                                    <a:gdLst>
                                      <a:gd name="T0" fmla="*/ 0 w 118"/>
                                      <a:gd name="T1" fmla="*/ 0 h 275"/>
                                      <a:gd name="T2" fmla="*/ 8 w 118"/>
                                      <a:gd name="T3" fmla="*/ 20 h 275"/>
                                      <a:gd name="T4" fmla="*/ 37 w 118"/>
                                      <a:gd name="T5" fmla="*/ 96 h 275"/>
                                      <a:gd name="T6" fmla="*/ 69 w 118"/>
                                      <a:gd name="T7" fmla="*/ 170 h 275"/>
                                      <a:gd name="T8" fmla="*/ 118 w 118"/>
                                      <a:gd name="T9" fmla="*/ 275 h 275"/>
                                      <a:gd name="T10" fmla="*/ 109 w 118"/>
                                      <a:gd name="T11" fmla="*/ 275 h 275"/>
                                      <a:gd name="T12" fmla="*/ 61 w 118"/>
                                      <a:gd name="T13" fmla="*/ 174 h 275"/>
                                      <a:gd name="T14" fmla="*/ 30 w 118"/>
                                      <a:gd name="T15" fmla="*/ 100 h 275"/>
                                      <a:gd name="T16" fmla="*/ 0 w 118"/>
                                      <a:gd name="T17" fmla="*/ 26 h 275"/>
                                      <a:gd name="T18" fmla="*/ 0 w 118"/>
                                      <a:gd name="T19"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8" h="275">
                                        <a:moveTo>
                                          <a:pt x="0" y="0"/>
                                        </a:moveTo>
                                        <a:lnTo>
                                          <a:pt x="8" y="20"/>
                                        </a:lnTo>
                                        <a:lnTo>
                                          <a:pt x="37" y="96"/>
                                        </a:lnTo>
                                        <a:lnTo>
                                          <a:pt x="69" y="170"/>
                                        </a:lnTo>
                                        <a:lnTo>
                                          <a:pt x="118" y="275"/>
                                        </a:lnTo>
                                        <a:lnTo>
                                          <a:pt x="109" y="275"/>
                                        </a:lnTo>
                                        <a:lnTo>
                                          <a:pt x="61" y="174"/>
                                        </a:lnTo>
                                        <a:lnTo>
                                          <a:pt x="30" y="100"/>
                                        </a:lnTo>
                                        <a:lnTo>
                                          <a:pt x="0" y="2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0" name="Freeform 10"/>
                                <wps:cNvSpPr>
                                  <a:spLocks/>
                                </wps:cNvSpPr>
                                <wps:spPr bwMode="auto">
                                  <a:xfrm>
                                    <a:off x="80645" y="5010327"/>
                                    <a:ext cx="31750" cy="192088"/>
                                  </a:xfrm>
                                  <a:custGeom>
                                    <a:avLst/>
                                    <a:gdLst>
                                      <a:gd name="T0" fmla="*/ 0 w 20"/>
                                      <a:gd name="T1" fmla="*/ 0 h 121"/>
                                      <a:gd name="T2" fmla="*/ 16 w 20"/>
                                      <a:gd name="T3" fmla="*/ 72 h 121"/>
                                      <a:gd name="T4" fmla="*/ 20 w 20"/>
                                      <a:gd name="T5" fmla="*/ 121 h 121"/>
                                      <a:gd name="T6" fmla="*/ 18 w 20"/>
                                      <a:gd name="T7" fmla="*/ 112 h 121"/>
                                      <a:gd name="T8" fmla="*/ 0 w 20"/>
                                      <a:gd name="T9" fmla="*/ 31 h 121"/>
                                      <a:gd name="T10" fmla="*/ 0 w 20"/>
                                      <a:gd name="T11" fmla="*/ 0 h 121"/>
                                    </a:gdLst>
                                    <a:ahLst/>
                                    <a:cxnLst>
                                      <a:cxn ang="0">
                                        <a:pos x="T0" y="T1"/>
                                      </a:cxn>
                                      <a:cxn ang="0">
                                        <a:pos x="T2" y="T3"/>
                                      </a:cxn>
                                      <a:cxn ang="0">
                                        <a:pos x="T4" y="T5"/>
                                      </a:cxn>
                                      <a:cxn ang="0">
                                        <a:pos x="T6" y="T7"/>
                                      </a:cxn>
                                      <a:cxn ang="0">
                                        <a:pos x="T8" y="T9"/>
                                      </a:cxn>
                                      <a:cxn ang="0">
                                        <a:pos x="T10" y="T11"/>
                                      </a:cxn>
                                    </a:cxnLst>
                                    <a:rect l="0" t="0" r="r" b="b"/>
                                    <a:pathLst>
                                      <a:path w="20" h="121">
                                        <a:moveTo>
                                          <a:pt x="0" y="0"/>
                                        </a:moveTo>
                                        <a:lnTo>
                                          <a:pt x="16" y="72"/>
                                        </a:lnTo>
                                        <a:lnTo>
                                          <a:pt x="20" y="121"/>
                                        </a:lnTo>
                                        <a:lnTo>
                                          <a:pt x="18" y="112"/>
                                        </a:lnTo>
                                        <a:lnTo>
                                          <a:pt x="0" y="31"/>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2" name="Freeform 12"/>
                                <wps:cNvSpPr>
                                  <a:spLocks/>
                                </wps:cNvSpPr>
                                <wps:spPr bwMode="auto">
                                  <a:xfrm>
                                    <a:off x="112395" y="5202414"/>
                                    <a:ext cx="250825" cy="1020763"/>
                                  </a:xfrm>
                                  <a:custGeom>
                                    <a:avLst/>
                                    <a:gdLst>
                                      <a:gd name="T0" fmla="*/ 0 w 158"/>
                                      <a:gd name="T1" fmla="*/ 0 h 643"/>
                                      <a:gd name="T2" fmla="*/ 11 w 158"/>
                                      <a:gd name="T3" fmla="*/ 46 h 643"/>
                                      <a:gd name="T4" fmla="*/ 22 w 158"/>
                                      <a:gd name="T5" fmla="*/ 129 h 643"/>
                                      <a:gd name="T6" fmla="*/ 36 w 158"/>
                                      <a:gd name="T7" fmla="*/ 211 h 643"/>
                                      <a:gd name="T8" fmla="*/ 55 w 158"/>
                                      <a:gd name="T9" fmla="*/ 301 h 643"/>
                                      <a:gd name="T10" fmla="*/ 76 w 158"/>
                                      <a:gd name="T11" fmla="*/ 389 h 643"/>
                                      <a:gd name="T12" fmla="*/ 103 w 158"/>
                                      <a:gd name="T13" fmla="*/ 476 h 643"/>
                                      <a:gd name="T14" fmla="*/ 123 w 158"/>
                                      <a:gd name="T15" fmla="*/ 533 h 643"/>
                                      <a:gd name="T16" fmla="*/ 144 w 158"/>
                                      <a:gd name="T17" fmla="*/ 588 h 643"/>
                                      <a:gd name="T18" fmla="*/ 155 w 158"/>
                                      <a:gd name="T19" fmla="*/ 632 h 643"/>
                                      <a:gd name="T20" fmla="*/ 158 w 158"/>
                                      <a:gd name="T21" fmla="*/ 643 h 643"/>
                                      <a:gd name="T22" fmla="*/ 142 w 158"/>
                                      <a:gd name="T23" fmla="*/ 608 h 643"/>
                                      <a:gd name="T24" fmla="*/ 118 w 158"/>
                                      <a:gd name="T25" fmla="*/ 544 h 643"/>
                                      <a:gd name="T26" fmla="*/ 95 w 158"/>
                                      <a:gd name="T27" fmla="*/ 478 h 643"/>
                                      <a:gd name="T28" fmla="*/ 69 w 158"/>
                                      <a:gd name="T29" fmla="*/ 391 h 643"/>
                                      <a:gd name="T30" fmla="*/ 47 w 158"/>
                                      <a:gd name="T31" fmla="*/ 302 h 643"/>
                                      <a:gd name="T32" fmla="*/ 29 w 158"/>
                                      <a:gd name="T33" fmla="*/ 212 h 643"/>
                                      <a:gd name="T34" fmla="*/ 13 w 158"/>
                                      <a:gd name="T35" fmla="*/ 107 h 643"/>
                                      <a:gd name="T36" fmla="*/ 0 w 158"/>
                                      <a:gd name="T37" fmla="*/ 0 h 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8" h="643">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3" name="Freeform 13"/>
                                <wps:cNvSpPr>
                                  <a:spLocks/>
                                </wps:cNvSpPr>
                                <wps:spPr bwMode="auto">
                                  <a:xfrm>
                                    <a:off x="375920" y="6215239"/>
                                    <a:ext cx="52388" cy="112713"/>
                                  </a:xfrm>
                                  <a:custGeom>
                                    <a:avLst/>
                                    <a:gdLst>
                                      <a:gd name="T0" fmla="*/ 0 w 33"/>
                                      <a:gd name="T1" fmla="*/ 0 h 71"/>
                                      <a:gd name="T2" fmla="*/ 33 w 33"/>
                                      <a:gd name="T3" fmla="*/ 71 h 71"/>
                                      <a:gd name="T4" fmla="*/ 24 w 33"/>
                                      <a:gd name="T5" fmla="*/ 71 h 71"/>
                                      <a:gd name="T6" fmla="*/ 11 w 33"/>
                                      <a:gd name="T7" fmla="*/ 36 h 71"/>
                                      <a:gd name="T8" fmla="*/ 0 w 33"/>
                                      <a:gd name="T9" fmla="*/ 0 h 71"/>
                                    </a:gdLst>
                                    <a:ahLst/>
                                    <a:cxnLst>
                                      <a:cxn ang="0">
                                        <a:pos x="T0" y="T1"/>
                                      </a:cxn>
                                      <a:cxn ang="0">
                                        <a:pos x="T2" y="T3"/>
                                      </a:cxn>
                                      <a:cxn ang="0">
                                        <a:pos x="T4" y="T5"/>
                                      </a:cxn>
                                      <a:cxn ang="0">
                                        <a:pos x="T6" y="T7"/>
                                      </a:cxn>
                                      <a:cxn ang="0">
                                        <a:pos x="T8" y="T9"/>
                                      </a:cxn>
                                    </a:cxnLst>
                                    <a:rect l="0" t="0" r="r" b="b"/>
                                    <a:pathLst>
                                      <a:path w="33" h="71">
                                        <a:moveTo>
                                          <a:pt x="0" y="0"/>
                                        </a:moveTo>
                                        <a:lnTo>
                                          <a:pt x="33" y="71"/>
                                        </a:lnTo>
                                        <a:lnTo>
                                          <a:pt x="24" y="71"/>
                                        </a:lnTo>
                                        <a:lnTo>
                                          <a:pt x="11" y="3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4" name="Freeform 14"/>
                                <wps:cNvSpPr>
                                  <a:spLocks/>
                                </wps:cNvSpPr>
                                <wps:spPr bwMode="auto">
                                  <a:xfrm>
                                    <a:off x="106045" y="5124627"/>
                                    <a:ext cx="23813" cy="150813"/>
                                  </a:xfrm>
                                  <a:custGeom>
                                    <a:avLst/>
                                    <a:gdLst>
                                      <a:gd name="T0" fmla="*/ 0 w 15"/>
                                      <a:gd name="T1" fmla="*/ 0 h 95"/>
                                      <a:gd name="T2" fmla="*/ 8 w 15"/>
                                      <a:gd name="T3" fmla="*/ 37 h 95"/>
                                      <a:gd name="T4" fmla="*/ 8 w 15"/>
                                      <a:gd name="T5" fmla="*/ 41 h 95"/>
                                      <a:gd name="T6" fmla="*/ 15 w 15"/>
                                      <a:gd name="T7" fmla="*/ 95 h 95"/>
                                      <a:gd name="T8" fmla="*/ 4 w 15"/>
                                      <a:gd name="T9" fmla="*/ 49 h 95"/>
                                      <a:gd name="T10" fmla="*/ 0 w 15"/>
                                      <a:gd name="T11" fmla="*/ 0 h 95"/>
                                    </a:gdLst>
                                    <a:ahLst/>
                                    <a:cxnLst>
                                      <a:cxn ang="0">
                                        <a:pos x="T0" y="T1"/>
                                      </a:cxn>
                                      <a:cxn ang="0">
                                        <a:pos x="T2" y="T3"/>
                                      </a:cxn>
                                      <a:cxn ang="0">
                                        <a:pos x="T4" y="T5"/>
                                      </a:cxn>
                                      <a:cxn ang="0">
                                        <a:pos x="T6" y="T7"/>
                                      </a:cxn>
                                      <a:cxn ang="0">
                                        <a:pos x="T8" y="T9"/>
                                      </a:cxn>
                                      <a:cxn ang="0">
                                        <a:pos x="T10" y="T11"/>
                                      </a:cxn>
                                    </a:cxnLst>
                                    <a:rect l="0" t="0" r="r" b="b"/>
                                    <a:pathLst>
                                      <a:path w="15" h="95">
                                        <a:moveTo>
                                          <a:pt x="0" y="0"/>
                                        </a:moveTo>
                                        <a:lnTo>
                                          <a:pt x="8" y="37"/>
                                        </a:lnTo>
                                        <a:lnTo>
                                          <a:pt x="8" y="41"/>
                                        </a:lnTo>
                                        <a:lnTo>
                                          <a:pt x="15" y="95"/>
                                        </a:lnTo>
                                        <a:lnTo>
                                          <a:pt x="4" y="49"/>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5" name="Freeform 15"/>
                                <wps:cNvSpPr>
                                  <a:spLocks/>
                                </wps:cNvSpPr>
                                <wps:spPr bwMode="auto">
                                  <a:xfrm>
                                    <a:off x="317182" y="4649964"/>
                                    <a:ext cx="638175" cy="1241425"/>
                                  </a:xfrm>
                                  <a:custGeom>
                                    <a:avLst/>
                                    <a:gdLst>
                                      <a:gd name="T0" fmla="*/ 402 w 402"/>
                                      <a:gd name="T1" fmla="*/ 0 h 782"/>
                                      <a:gd name="T2" fmla="*/ 402 w 402"/>
                                      <a:gd name="T3" fmla="*/ 1 h 782"/>
                                      <a:gd name="T4" fmla="*/ 363 w 402"/>
                                      <a:gd name="T5" fmla="*/ 39 h 782"/>
                                      <a:gd name="T6" fmla="*/ 325 w 402"/>
                                      <a:gd name="T7" fmla="*/ 79 h 782"/>
                                      <a:gd name="T8" fmla="*/ 290 w 402"/>
                                      <a:gd name="T9" fmla="*/ 121 h 782"/>
                                      <a:gd name="T10" fmla="*/ 255 w 402"/>
                                      <a:gd name="T11" fmla="*/ 164 h 782"/>
                                      <a:gd name="T12" fmla="*/ 211 w 402"/>
                                      <a:gd name="T13" fmla="*/ 222 h 782"/>
                                      <a:gd name="T14" fmla="*/ 171 w 402"/>
                                      <a:gd name="T15" fmla="*/ 284 h 782"/>
                                      <a:gd name="T16" fmla="*/ 133 w 402"/>
                                      <a:gd name="T17" fmla="*/ 346 h 782"/>
                                      <a:gd name="T18" fmla="*/ 100 w 402"/>
                                      <a:gd name="T19" fmla="*/ 411 h 782"/>
                                      <a:gd name="T20" fmla="*/ 71 w 402"/>
                                      <a:gd name="T21" fmla="*/ 478 h 782"/>
                                      <a:gd name="T22" fmla="*/ 45 w 402"/>
                                      <a:gd name="T23" fmla="*/ 546 h 782"/>
                                      <a:gd name="T24" fmla="*/ 27 w 402"/>
                                      <a:gd name="T25" fmla="*/ 617 h 782"/>
                                      <a:gd name="T26" fmla="*/ 13 w 402"/>
                                      <a:gd name="T27" fmla="*/ 689 h 782"/>
                                      <a:gd name="T28" fmla="*/ 7 w 402"/>
                                      <a:gd name="T29" fmla="*/ 761 h 782"/>
                                      <a:gd name="T30" fmla="*/ 7 w 402"/>
                                      <a:gd name="T31" fmla="*/ 782 h 782"/>
                                      <a:gd name="T32" fmla="*/ 0 w 402"/>
                                      <a:gd name="T33" fmla="*/ 765 h 782"/>
                                      <a:gd name="T34" fmla="*/ 1 w 402"/>
                                      <a:gd name="T35" fmla="*/ 761 h 782"/>
                                      <a:gd name="T36" fmla="*/ 7 w 402"/>
                                      <a:gd name="T37" fmla="*/ 688 h 782"/>
                                      <a:gd name="T38" fmla="*/ 21 w 402"/>
                                      <a:gd name="T39" fmla="*/ 616 h 782"/>
                                      <a:gd name="T40" fmla="*/ 40 w 402"/>
                                      <a:gd name="T41" fmla="*/ 545 h 782"/>
                                      <a:gd name="T42" fmla="*/ 66 w 402"/>
                                      <a:gd name="T43" fmla="*/ 475 h 782"/>
                                      <a:gd name="T44" fmla="*/ 95 w 402"/>
                                      <a:gd name="T45" fmla="*/ 409 h 782"/>
                                      <a:gd name="T46" fmla="*/ 130 w 402"/>
                                      <a:gd name="T47" fmla="*/ 343 h 782"/>
                                      <a:gd name="T48" fmla="*/ 167 w 402"/>
                                      <a:gd name="T49" fmla="*/ 281 h 782"/>
                                      <a:gd name="T50" fmla="*/ 209 w 402"/>
                                      <a:gd name="T51" fmla="*/ 220 h 782"/>
                                      <a:gd name="T52" fmla="*/ 253 w 402"/>
                                      <a:gd name="T53" fmla="*/ 163 h 782"/>
                                      <a:gd name="T54" fmla="*/ 287 w 402"/>
                                      <a:gd name="T55" fmla="*/ 120 h 782"/>
                                      <a:gd name="T56" fmla="*/ 324 w 402"/>
                                      <a:gd name="T57" fmla="*/ 78 h 782"/>
                                      <a:gd name="T58" fmla="*/ 362 w 402"/>
                                      <a:gd name="T59" fmla="*/ 38 h 782"/>
                                      <a:gd name="T60" fmla="*/ 402 w 402"/>
                                      <a:gd name="T61" fmla="*/ 0 h 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02" h="782">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6" name="Freeform 16"/>
                                <wps:cNvSpPr>
                                  <a:spLocks/>
                                </wps:cNvSpPr>
                                <wps:spPr bwMode="auto">
                                  <a:xfrm>
                                    <a:off x="317182" y="5904089"/>
                                    <a:ext cx="58738" cy="311150"/>
                                  </a:xfrm>
                                  <a:custGeom>
                                    <a:avLst/>
                                    <a:gdLst>
                                      <a:gd name="T0" fmla="*/ 0 w 37"/>
                                      <a:gd name="T1" fmla="*/ 0 h 196"/>
                                      <a:gd name="T2" fmla="*/ 6 w 37"/>
                                      <a:gd name="T3" fmla="*/ 15 h 196"/>
                                      <a:gd name="T4" fmla="*/ 7 w 37"/>
                                      <a:gd name="T5" fmla="*/ 18 h 196"/>
                                      <a:gd name="T6" fmla="*/ 12 w 37"/>
                                      <a:gd name="T7" fmla="*/ 80 h 196"/>
                                      <a:gd name="T8" fmla="*/ 21 w 37"/>
                                      <a:gd name="T9" fmla="*/ 134 h 196"/>
                                      <a:gd name="T10" fmla="*/ 33 w 37"/>
                                      <a:gd name="T11" fmla="*/ 188 h 196"/>
                                      <a:gd name="T12" fmla="*/ 37 w 37"/>
                                      <a:gd name="T13" fmla="*/ 196 h 196"/>
                                      <a:gd name="T14" fmla="*/ 22 w 37"/>
                                      <a:gd name="T15" fmla="*/ 162 h 196"/>
                                      <a:gd name="T16" fmla="*/ 15 w 37"/>
                                      <a:gd name="T17" fmla="*/ 146 h 196"/>
                                      <a:gd name="T18" fmla="*/ 5 w 37"/>
                                      <a:gd name="T19" fmla="*/ 81 h 196"/>
                                      <a:gd name="T20" fmla="*/ 1 w 37"/>
                                      <a:gd name="T21" fmla="*/ 40 h 196"/>
                                      <a:gd name="T22" fmla="*/ 0 w 37"/>
                                      <a:gd name="T23" fmla="*/ 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7" h="196">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7" name="Freeform 17"/>
                                <wps:cNvSpPr>
                                  <a:spLocks/>
                                </wps:cNvSpPr>
                                <wps:spPr bwMode="auto">
                                  <a:xfrm>
                                    <a:off x="363220" y="6223177"/>
                                    <a:ext cx="49213" cy="104775"/>
                                  </a:xfrm>
                                  <a:custGeom>
                                    <a:avLst/>
                                    <a:gdLst>
                                      <a:gd name="T0" fmla="*/ 0 w 31"/>
                                      <a:gd name="T1" fmla="*/ 0 h 66"/>
                                      <a:gd name="T2" fmla="*/ 31 w 31"/>
                                      <a:gd name="T3" fmla="*/ 66 h 66"/>
                                      <a:gd name="T4" fmla="*/ 24 w 31"/>
                                      <a:gd name="T5" fmla="*/ 66 h 66"/>
                                      <a:gd name="T6" fmla="*/ 0 w 31"/>
                                      <a:gd name="T7" fmla="*/ 0 h 66"/>
                                    </a:gdLst>
                                    <a:ahLst/>
                                    <a:cxnLst>
                                      <a:cxn ang="0">
                                        <a:pos x="T0" y="T1"/>
                                      </a:cxn>
                                      <a:cxn ang="0">
                                        <a:pos x="T2" y="T3"/>
                                      </a:cxn>
                                      <a:cxn ang="0">
                                        <a:pos x="T4" y="T5"/>
                                      </a:cxn>
                                      <a:cxn ang="0">
                                        <a:pos x="T6" y="T7"/>
                                      </a:cxn>
                                    </a:cxnLst>
                                    <a:rect l="0" t="0" r="r" b="b"/>
                                    <a:pathLst>
                                      <a:path w="31" h="66">
                                        <a:moveTo>
                                          <a:pt x="0" y="0"/>
                                        </a:moveTo>
                                        <a:lnTo>
                                          <a:pt x="31" y="66"/>
                                        </a:lnTo>
                                        <a:lnTo>
                                          <a:pt x="24" y="6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8" name="Freeform 18"/>
                                <wps:cNvSpPr>
                                  <a:spLocks/>
                                </wps:cNvSpPr>
                                <wps:spPr bwMode="auto">
                                  <a:xfrm>
                                    <a:off x="317182" y="5864402"/>
                                    <a:ext cx="11113" cy="68263"/>
                                  </a:xfrm>
                                  <a:custGeom>
                                    <a:avLst/>
                                    <a:gdLst>
                                      <a:gd name="T0" fmla="*/ 0 w 7"/>
                                      <a:gd name="T1" fmla="*/ 0 h 43"/>
                                      <a:gd name="T2" fmla="*/ 7 w 7"/>
                                      <a:gd name="T3" fmla="*/ 17 h 43"/>
                                      <a:gd name="T4" fmla="*/ 7 w 7"/>
                                      <a:gd name="T5" fmla="*/ 43 h 43"/>
                                      <a:gd name="T6" fmla="*/ 6 w 7"/>
                                      <a:gd name="T7" fmla="*/ 40 h 43"/>
                                      <a:gd name="T8" fmla="*/ 0 w 7"/>
                                      <a:gd name="T9" fmla="*/ 25 h 43"/>
                                      <a:gd name="T10" fmla="*/ 0 w 7"/>
                                      <a:gd name="T11" fmla="*/ 0 h 43"/>
                                    </a:gdLst>
                                    <a:ahLst/>
                                    <a:cxnLst>
                                      <a:cxn ang="0">
                                        <a:pos x="T0" y="T1"/>
                                      </a:cxn>
                                      <a:cxn ang="0">
                                        <a:pos x="T2" y="T3"/>
                                      </a:cxn>
                                      <a:cxn ang="0">
                                        <a:pos x="T4" y="T5"/>
                                      </a:cxn>
                                      <a:cxn ang="0">
                                        <a:pos x="T6" y="T7"/>
                                      </a:cxn>
                                      <a:cxn ang="0">
                                        <a:pos x="T8" y="T9"/>
                                      </a:cxn>
                                      <a:cxn ang="0">
                                        <a:pos x="T10" y="T11"/>
                                      </a:cxn>
                                    </a:cxnLst>
                                    <a:rect l="0" t="0" r="r" b="b"/>
                                    <a:pathLst>
                                      <a:path w="7" h="43">
                                        <a:moveTo>
                                          <a:pt x="0" y="0"/>
                                        </a:moveTo>
                                        <a:lnTo>
                                          <a:pt x="7" y="17"/>
                                        </a:lnTo>
                                        <a:lnTo>
                                          <a:pt x="7" y="43"/>
                                        </a:lnTo>
                                        <a:lnTo>
                                          <a:pt x="6" y="40"/>
                                        </a:lnTo>
                                        <a:lnTo>
                                          <a:pt x="0" y="25"/>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9" name="Freeform 19"/>
                                <wps:cNvSpPr>
                                  <a:spLocks/>
                                </wps:cNvSpPr>
                                <wps:spPr bwMode="auto">
                                  <a:xfrm>
                                    <a:off x="340995" y="6135864"/>
                                    <a:ext cx="73025" cy="192088"/>
                                  </a:xfrm>
                                  <a:custGeom>
                                    <a:avLst/>
                                    <a:gdLst>
                                      <a:gd name="T0" fmla="*/ 0 w 46"/>
                                      <a:gd name="T1" fmla="*/ 0 h 121"/>
                                      <a:gd name="T2" fmla="*/ 7 w 46"/>
                                      <a:gd name="T3" fmla="*/ 16 h 121"/>
                                      <a:gd name="T4" fmla="*/ 22 w 46"/>
                                      <a:gd name="T5" fmla="*/ 50 h 121"/>
                                      <a:gd name="T6" fmla="*/ 33 w 46"/>
                                      <a:gd name="T7" fmla="*/ 86 h 121"/>
                                      <a:gd name="T8" fmla="*/ 46 w 46"/>
                                      <a:gd name="T9" fmla="*/ 121 h 121"/>
                                      <a:gd name="T10" fmla="*/ 45 w 46"/>
                                      <a:gd name="T11" fmla="*/ 121 h 121"/>
                                      <a:gd name="T12" fmla="*/ 14 w 46"/>
                                      <a:gd name="T13" fmla="*/ 55 h 121"/>
                                      <a:gd name="T14" fmla="*/ 11 w 46"/>
                                      <a:gd name="T15" fmla="*/ 44 h 121"/>
                                      <a:gd name="T16" fmla="*/ 0 w 46"/>
                                      <a:gd name="T17"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6" h="121">
                                        <a:moveTo>
                                          <a:pt x="0" y="0"/>
                                        </a:moveTo>
                                        <a:lnTo>
                                          <a:pt x="7" y="16"/>
                                        </a:lnTo>
                                        <a:lnTo>
                                          <a:pt x="22" y="50"/>
                                        </a:lnTo>
                                        <a:lnTo>
                                          <a:pt x="33" y="86"/>
                                        </a:lnTo>
                                        <a:lnTo>
                                          <a:pt x="46" y="121"/>
                                        </a:lnTo>
                                        <a:lnTo>
                                          <a:pt x="45" y="121"/>
                                        </a:lnTo>
                                        <a:lnTo>
                                          <a:pt x="14" y="55"/>
                                        </a:lnTo>
                                        <a:lnTo>
                                          <a:pt x="11" y="4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g:grpSp>
                          </wpg:grpSp>
                        </wpg:wgp>
                      </a:graphicData>
                    </a:graphic>
                    <wp14:sizeRelH relativeFrom="page">
                      <wp14:pctWidth>0</wp14:pctWidth>
                    </wp14:sizeRelH>
                    <wp14:sizeRelV relativeFrom="page">
                      <wp14:pctHeight>95000</wp14:pctHeight>
                    </wp14:sizeRelV>
                  </wp:anchor>
                </w:drawing>
              </mc:Choice>
              <mc:Fallback>
                <w:pict>
                  <v:group w14:anchorId="3F5916B7" id="Group 1" o:spid="_x0000_s1026" alt="&quot;&quot;" style="position:absolute;margin-left:0;margin-top:0;width:190.4pt;height:718.55pt;z-index:-251648512;mso-height-percent:950;mso-left-percent:40;mso-position-horizontal-relative:page;mso-position-vertical:center;mso-position-vertical-relative:page;mso-height-percent:950;mso-left-percent:40" coordsize="24182,9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WMfayQAAGMEAQAOAAAAZHJzL2Uyb0RvYy54bWzsXW1vIzeS/n7A/QfBHw+4HfWL3oydLIK8&#10;4YDsbrDxYT9rZHlsnCzpJE08uV9/T1WR3cVmka1YSjaZ6XyI7FH5abKarHqqWCT//JePz5vRT+vD&#10;8Wm3fXtT/Gl8M1pvV7v7p+37tzf/ffftf85vRsfTcnu/3Oy267c3P6+PN3/54t//7c8v+9t1uXvc&#10;be7XhxFAtsfbl/3bm8fTaX/75s1x9bh+Xh7/tNuvt/jyYXd4Xp7w6+H9m/vD8gXoz5s35Xg8ffOy&#10;O9zvD7vV+njEv34tX958wfgPD+vV6e8PD8f1abR5e4O2nfj/B/7/O/r/my/+vLx9f1juH59WrhnL&#10;V7Tiefm0xUMbqK+Xp+Xow+Epgnp+Wh12x93D6U+r3fOb3cPD02rNfUBvinGnN98ddh/23Jf3ty/v&#10;942aoNqOnl4Nu/rbT98d9j/ufzhAEy/799AF/0Z9+fhweKZPtHL0kVX2c6Oy9cfTaIV/LOtiXs6r&#10;m9EK3y2KcjIrSlHq6hGaj/5u9fhNz1++8Q9+EzTnZY8Bcmx1cLxMBz8+LvdrVu3xFjr44TB6un97&#10;g35sl88Ypv/AwFlu32/Wo4p6Qw+HVKOm4+0RGjtXR8WinlSTSEVNR5e3+8Px9N169zyiH97eHPB0&#10;Hk3Ln74/nvB8iHoReuhxt3m6//Zps+FfaKqsv9ocRj8tMchPH1n/+ItAarMl2e2O/koA6V+gYt8V&#10;/un082ZNcpvtP9YP0Ai9YG4Iz8f2IcvVar09FfLV4/J+Lc+ejPEf6Yue7pvFvzEgIT/g+Q22A/CS&#10;AuKxBcbJ05+ueTo3fzzONUz+uPkLfvJue2r++PlpuztYABv0yj1Z5L2SRDWkpXe7+58xXg47MSbH&#10;/erbJ7y275fH0w/LA6wH7AwsIr593B3+72b0Auvy9ub4vx+Wh/XNaPNfWwzdRVHXZI74l3oyK/HL&#10;QX/zTn+z/fD81Q7vtoAt3a/4R5I/bfyPD4fd8z9hCL+kp+Kr5XaFZ7+9WZ0O/pevTmL1YEpX6y+/&#10;ZDGYoP3y9P32x/2KwElLNMzuPv5zedi7sXjCTP/bzk+X5W1nSIos/eV29+WH0+7hicdrqyenP0xd&#10;mUa/+hyu/Rz+AUN0+X63HdW/aAqXZTUrYQhgz4r5dDYvZvTnGH7ebtF0nkLJZPEmk3I8mbgR4+2l&#10;n6pOg4+75/UPm+WJzE2kP5r19M/D/Hy41vw8fXz3EW+sHYJXnKrNNCWvN8dvMk/xw6czRx0HEDrQ&#10;+kY4MPGNzEpGPOjJQ/8CBjGbgrLxzKrLYjyeOPrVzKzxZFaTAM2selGMq3Iuc6/hEvPxtEZD6Puy&#10;KOYt1/CsoqjG03Lm+EhV4DHlNJieXVaR6O007C1jhL2lWctk6fvd6n+Oo+3uq0cwhvWXxz28N5lT&#10;ciPdPwkojSc6DcMq6gKtj7vnFVSM69kMWmMFqc4tbxsFpSBa3pUCaehIV0O/Ae8i9yeD69vDek1s&#10;f4R/cpPYES/S93HPyhbNNpRM5joxstG7l7/u7sHflnBFbG69TXYctpoupk7D07KYzksexq1xLxbV&#10;dOao2nQxB6EJBg8U/UGYmjblGAf34Gk8IO5dP+7Qo4fnDdjAf7wZjUcvo6J0vPh9IwJ3rkQeR0QJ&#10;0DWC8ygYDI1ItbBhMNgbmWJSjkwgeMVGaF7bQOh3I1ONaxsIE6MRQp9spJkSqouZjYTIsB9poYSg&#10;Hxup0MqeTe02FVrdsBIJqHM0XgQqn6dapXWeapTW+aRKtEnrPDWWtMpVgzCrm8G5fJRoAqP449YN&#10;WPwEtoiAUuj0fnekkI1GL2zsnefCkKJxmRAWi3XHkRKelxeGUgjZc6a8MDpOwszAepExnkh44WZs&#10;HpmGDPfwvC7C0Yj4eZ0sXC+L87pZuH4K1fQdlU/3nigk7OYwDqAfb2/eic0AkafXS6+Jfhy9wAXB&#10;5Iwe4SphV+jfn3c/re92LHHqBOZ4VvvtZqulKkxBaAqWxSnWf+0/9ww2ly7DbmTFuE2Ag1U4T05s&#10;ItrnH+c/5bEzUR3mcxbOdwKUjZxHCk3AJv4l+0f5T3mkjJwu0GqzO64Fm/TPD2neCb1K5TiCyLwJ&#10;lHvid3qjLub95eE/hSRfL4+P8gx+PilieYsM0/aef3pcL++/cT+flk8b+ZlV5WI4yXkoXv2rRbk+&#10;fj11o9crRqyc+5BY3vXvt4tRS/iiLt9hQ0TKvSbfQWZh7vnOYjyZC59RfGdeF55Q1uVsXDHhxkv3&#10;vEkPWx/6K5fSMhXtgtlHwajxuGpFtAMmF1VO2Van+M6c/HiMEvjehQ0DW9RQi2pm42jPuyDPazQH&#10;9qDBmSZwtOMtIGQCBVynYDIQ90xzHTTGRgq4TjFOKCkgO2ks+Ie2f6m3Fig82axA5SmoQOfzRAe1&#10;0gv73cF5tA0vJwkgrfRUi7TO1ZjEDBhok8EL/wC0KUlTC0cQi4Ahkmtu2PCrWBaxN7AsMh+vZ1nS&#10;tqZpnnH4T2EeFYY9uNMiz0+mIgVblOU6ZFoJzZk9dvTC+8KHwsacJUcpUeKJYtSTcJWILbyj8Q/z&#10;n9JTuApqmqfP/kv/ORCxQ5DgHIhY71qqX8FwDMst+FGE1CViHOdcm4il8nI+tVfiP0/EsBK8qK6Y&#10;eYrTSl0mVpSzKDuluQF7zxhGMwNynhaM5gXszWMYzQpmRHssHM0KKmIFMY4mBcUkBaRZQcH5qxhJ&#10;s4KK81dWkwIqViYaFTCxGskpu3uUYGiomGT64mYFeadpRRk6s11a5xNmiAZWqHVKG5pYWu/zVB+1&#10;5hc1ETsTK1D9mPm00TCtfDiflMYoZ9xorKgm9pigSKuVwtpeom1kCFo5JBrNEUbrgq0UJk0KTb+B&#10;okq8Arg3jTZNoul3UIxTPdUvocBCQqpt+i3MEi+h1C9hUafmEjnzRh9IX5pKq/QrmC1Svaz0G0i9&#10;zkq/gPQMqLT+y8TLpJKMpvHpmVlp7XMKPh6zRMwaqLTBQHTdiiVMD2WqGqi0FUMbWrFEB+tQ8Ynx&#10;UGu9p5C02rWlH+IkO3/+6cVJybCK7DC4+h0sraQ/84l3MrQs7oOYHnHMZBb3oUCPOCYri/vYp0cc&#10;E5LFg5Aw2VUXu9zBop3TVbJohA6jdZa46yrs0lnirquwPWeJu67CvpwjTvaF2g4bcpa462oddPXy&#10;2Jqagdia2cTrg2vpSzdjHwaTsJXo78xrx3/pP10AzkKwyk4p/lv/6YJXUQb8QFbMFRnB82TF3NIF&#10;nF1WbCLvF/41K0almugnSFpWrBjDo0GO+FdekLwoCYJa5QXdiPLEMJkgAF1yiEhcy9jz6vWfTs1j&#10;92hwnazgTPoCGpMVw7KPDIH8Y12H+96HM4t9bxfeHtrrHSqikZ5xJ8O8Zwjbc2FYvbpijeYnv3qF&#10;idJNmvDkv3bSpEI91Fwmbz2fIqZx9TE+aTIrajIWVC6GABBrXd5zXrR6VVOAhSoz2B69NKXJNFHg&#10;+YQNshaB3W+oewKlS6QNFB27cBwUt0VHLlMK9AwYHbaUtOIUw+iopagoNDZwoOCmUwVVDsU4OmQp&#10;eQnMwAmyJXZ7wlzJuLAbFKZKzAYFiZIJJ0qsFmlNJ1oUapriYAtI6zqho2DJaj5OKJvWKFptU94g&#10;1jYWCVoZtMZuU5gesZGC5Mh8ktB3kBqhADhuUpAXmUMDpppKre9Ei7S+k1pCSWerAUoqGi3SY3vK&#10;q5bGi0N9aQtEsa8BpLWdHEpBIoTyIDFQkAapU4M7yIJwetJA0kYkOd/CHIht04IUSFFRasbQUpAB&#10;wWQyexfqOwGk1Z0ykFrfys4OmYYh0yDcdcg0ROWaf4BMw8W5ANhBSgWQfbIyAfQ1eKAP8lPVjB0x&#10;H1H6TxfmC9Y0H1aSF2Lm2Rf4shjsdDb6FDD4hayUhKhwQ1kpwYLXy0q5IlV42bwYjDa66fxCOmz3&#10;YvkOwLoTGJ6dC+0dVl/LGKuvm2I0+lQmiu1TvysD7nuXtLDDI6MnkyAJv55hlhixQ8Q+ROzGlvFE&#10;mQNGWjdi5xl49Yh9WmFfkszLsioK/MxhtI/Yy7qu/f6aBfbXXLHeNA7HuxH7FKuanaBeR+wFL37F&#10;MJpt1xTaGDg6sim5zCHGgVFoQztE5CaQjmyYahcxkKbaJZbRTSBNtWVlNgbSVLvkGlija0HcPuPF&#10;5xgpiNwr3hFjQYXqTug7CN5rTm9YWFrlhazxGu3SSp/gzZi6okq49tXUifcXRPATruSw2qUVT9ux&#10;sCZutEurflpQxYSBFcbwiPRNrCCKB0oCK9C9FDjE7QoC+cmCKmutdgW6LxJjIihvmHBwaWFp3WMM&#10;2l3UQ76eptSlVS/l2kYPteYrVLSYPQzi+ZqLJGKoIKIvU8oKIvqSS0EMKG1kknM6COmldsmA0kMe&#10;mz0THdRqT0zEoKqBQnH3+oZQfAjFh1AclQXWzsl/RSh+cWxNHoqCa5rgVnAdLhqmYmtX9FLnYzty&#10;VxQcNfvyfeztP10MjhZBDLYwGym6RVuwl6wYcU6ggZlkxWiFieTAOvJybnUXjCIvRyVYwANbyMth&#10;cyXJgQn0yIlWWkPsleY/3dK4W2yHB8/jYYMqtw+jNhePQ7uilnzz3M4DeNUsWg1vjs7CY2bFKDlP&#10;Yj0jwIUb8HRZtHAIe3UNUfQQRZ8fRWOydKNoHsLXjqJxTErt1r1nqKtxewHaXZuTsppjcvC693hx&#10;xSBaKtX0knYUQ2dDaKwhv4xiEE1ueSku3vipI4qSAp0YRfPaBIomtcyPYxQdSWB1HaQ26pEOI4ga&#10;xyA6hmBi7DOtn/OmwYtZCPTMJOQSDkIY5Ej9C/GG3n+Kf6SV6H4p51maekyP4T8Fa3As/kS8YRfa&#10;a3ehwW51HQsTxms7FhRJVTM39otJVUnBVOtY4Fco+8aOBZWL18zOEjnLORYh8FpCJ6x430VUkqX9&#10;Crb5P45iEO1XbBDtVviAoRgkcCuS7ep2R7sVzqTGKNqt2CDarfCemxgkyMZK3qbblCAXS95JUIas&#10;jR2wu6j1DmqTEIi3DFzszCiyQkQN3b8+oMZ4gJdqCvy93/Gf4n9ECAFfLoBzcV4zEjyE/xQoNBnP&#10;6ymTHvzd4O/OPsE6sRwJa9n1d5zmuba/m2A5krLYGNWT6XyBwxPFWPrlyGk5aZYjcVbkdHydCuJq&#10;wRHMgjMS2qV1o6mZ5Jm0iPZ6SRzt+MjCGzja8VUTqm4FWtdVaN+HXaomkHZ+VUE+1ADS7g97Sk0g&#10;7f9KPoPQANIusOCd10bfAidYwlOabQr8IN6t3Soi+c3aH6282Fha4yWv11nt0krH6ZIJLK31ktcR&#10;LSyt96KiNUlDXcGaZIV946bmg6riRapZWvX1uLShgiVJROFmq4IVyZoLwo0eBnXFXA1qdDBckOSA&#10;3YLSiudidwtK633KC2MWVKD3xDwu9XifzmgR0YLSIz4xsIKN1rOaqgIMpGA5MjGXg9VIYCSQ9HDn&#10;5EZsFSiGbqbEjImo1Sat88TwDOqLZ1w8YSFplSf0FKxFJjVOu0GalnMdhjEOgh3WU67ENxpFGfQG&#10;ipfLDahghzXiKVvnwQ7rKVF/C0orXaoerFZppae8DFWMqaYnDF+ttY5deYlm6ZFeVYlRhd2E7ROL&#10;aWLWgFi2UiVKScyxTqegNK1HItRu10S70hIlCDaWHu0lDqYwVU9rSM0TCxyYYWNp1ZdzKuwwXiMO&#10;g1dYOOnNxtK6r+BObCyt+5SfoH2fTeMrrhGxmqVVz6GyMbjoBKcWKjW6plrzamwN8eUviS+Te8xd&#10;0vEOeRgVjqbFMSrBbu8uOmk2jY7Bxeg+ndqznV5iw6FA/49YoJ8cBG4t+bKjANLobgDDaZ0z3slr&#10;0YjEGvJZ4m4ANzmN/AAm30Po8C7noLtV+7vmwOAedNfV5sKQHnHX1cl5XXUHANw1m8Tz6O64vjuY&#10;c9XVi9Ne5Hso70XuxUp88fdQsU9XpWpJunI+UeU/JWGFwJZfWJOo9l/7TydGWybxUBwEIH31X/tP&#10;EUNQymKIO/NyRGQAh5gyL+cOUUC8mJVDpMh4iAXzckTx8VzEeVk5nK1IYojhsmJYI2Oxno0pbv8B&#10;3WCVVZ68CcRVWTG36QQMPisG5kPvC7M990x5pGMyGLr+dfpPea0ypxHHZLFEtYhRslLSrr7WuxIn&#10;xBZZMF+kI+vLyfZPQSnpdfbUJNHE47eeH5Rg+iwHLp9tHFg8y4GnZ+XA0EWuYSBe+/7TTS6KEdA+&#10;8Os83hycneTkfOSkVsCaWa5nzoARs1hPEj1lbob6oKE+6Pz6IIzIblqbB/uvmNaeLrCO213GxSWM&#10;/izRajxbNDP4omMxOFnENkOnq7vBIC5Ho+mtRXQMzrmrCCSIvylkNlAwjZvYlHMVEUoQefOJhXFb&#10;4DEalIKTVhGMDrp5I4vRGLzoBoa3nogx1b3WAbfsrDdwgkS2FE9F7QnT2HPKdFhIWstI0yChECMF&#10;ekZ8byNpTUsOLUYKdD2lbTVWmwJtc94rRtLqLpAFtpG0whNAWuHzRIuC7LX9+sPcdQpHa9ueGEHi&#10;mtIkTkFwaJ9zkVgyDrSX4dPiwhI+3zQJxhECvAtuB6JTPRCo0bC0AjVhzZ5LpsI0YeA9VE0IZ8/Z&#10;9mTmQPt6CvRd3T0MapZEuirAYp7nrqQCopriJ5JU09H5ogmVPbP1n8JwXY0FjFi2bcLm5z7s9hj+&#10;02Fxw5rDF/2X/lMHNv4V+e8GyjpQ1vMpK7xml7JynHxtyjodz2ZtSftiCn7KNNFXYtSLsqk8HCO2&#10;80Hi5ZSVJ5pmZl3Kivg6w1hl5T0C0VQKS3ooI49QAh7FhfERiqZRCRTNoZhpRCCaQRHRkJZ8ejzj&#10;co+HN0+b3CYXODyXgmt07K2u/3TJDgwPOJYeqdDFeoTBfg/2+2z7TYUhHfuNf4I5u7b9VpV00/ls&#10;3ty87O03jvrw9ns6pSt00QZM2IvNN2fic9YbxRUZ602BcAShbbdcThthaNtN2YYIQ1vummql4nZo&#10;y222QxtuLt2KMXTcS9Y/aoeOevlyixgjSDKYIEGKgVyIgHx6LiQZTkLPsNd3fokgv3Rmh6oXuycM&#10;B3gnqP7icIxHCdrjXYr/FOck4Vjziv2X/lOEJDLqWWgSB4ZMh0x2j+A/hyjlMNzS9afnp9Xhwnpx&#10;Il1dL8c0+Opebo4jpWFSYQvww2SCYhx2Lt7L6QOn5zOXd7+Gm5OcQc7PFbKIrEV0EpIcTAwSeDpO&#10;rMco2tVxujeGCZwdZ9ZjGO3tOJMdw2h/h/pvpERjGO3wEifEapcHBBsncHooPLW0E7i9NJJWc2Gf&#10;7UvUp1kQ4Gvcja7R0ncjxIsPsYooh9TIMK+wgLSuyaEbOFrXnH0WVQ8u/Q9bpHcxv8Ao4YQvRsLF&#10;DIPXcZIMwyVMeyouXJIWRTc5+kCtphxtM349u/CfwjJQt3GOGE1UoDUFWx7EfwqYy0X3UKQhfP+U&#10;N8Lhevj3t+8P+x/3xOGCH3FBu7s+FFZWeMl3h92HvURnJAyJ7+hPfwABhMemH7/frf7nONruvnrE&#10;tcrrL4/79eqEYc1jv/snzfPk730QvXt4GH2kJZKpmxT1HJf3+ps7PUcpqvG0RHkV7+LGnaKT+ZQJ&#10;OmKfx79HCNN6sUClD7Oc1eM3H0+jFT1iVs+oEJk3gk9ns0UnH9sqh1pILOzluB99fN5s8dP++Pbm&#10;8XTa3755c1w9rp+Xx2twQBCDDgX8VUorYGdmTruTAjsG5aDidod8sZg3d44QG7xepqPwVRzv711P&#10;77qZ6tpnzVsRTU7k4MoYRpOTYkLJagNIkxPcuYljGGMgTU6qMRFBA0iTE2DYSJqe1HyBu4GkuWAS&#10;SbNBYNhtCtggrpg1exfQQZxdm4A6R+MBHyz4kEmjfwEhpCyTofKAEPJdHxaQ1jkRQgtIq1ypaWCE&#10;ny8jpGHCOSfYlddTQnfGHSxLlsjhIjmiXrAbWTFuE+RgFc6TE5uY5KK4Do0fi9mdpZmwtUQze46u&#10;wyQi+pinrL8+MaSXtdzsH5ejn5YbOiIP/7nusctdf7WBX4ZOjrvN0/23T5sN/cVmO3qhynv6Ofii&#10;+RuBO32UHOQvf8L+cDx9vTw+Cg4/g5q1vAU92t7zT4/r5f037ufT8mkjP/PrQ4uJShyZNtFP73b3&#10;P4NpDecKvfJcIQz9Dmf6Vdb2K+yGxFmOPDPmC9zfyE9RnElSZcwm62qKpSQ3Vj2xXX04nr5b7555&#10;WP+EmiYeKU2ZXMt2MLOa7Aj7uTiB1OVMrn49lTejrZdGikVTJhR4Po4MGM2YsKXSxNGMaUEJOANH&#10;O2/eUW+0RzvvYpZoUMCXeFOpgaT5EhpjNyngSwWYntm5gDClsTRhQqmoDaUVXswoOWhoKiBMVWoA&#10;aJ3jQNcElNZ6CklrnQ/st9qktZ4C0kpXDRq41x+WeyVXEmGRyBDeNeWOvJaIN31ZtSbNZKJqNALJ&#10;TLYFmdYqW/ttmNiStqGIMkeF3IE5i3yOz+0egzHKgnG7oQ83c9jP3+2oB2HLYGRYb31ytPuceBpO&#10;scv2QTiYuzE0+VSR6jmJeqBzA5073X385/KAVCAzVOGl7hdkvn6jFBh55Q6fwz9hGhBXRsrR5xuP&#10;kmyk+RF848n16N3LX3f367c3yw+nHVsTT8SiDONkXIwr7BgEVsvncFs1gi5JDi7KcSc3CEv3Wjon&#10;hklTtS6bwyFd0paWE2p6gfM2XkYxiiYXsxKEwIDRbI639MQwAbHgu2QMHM0rmIPFOJpW4IYkuz1d&#10;WhHDaFKBKlWzVwGRI3YSwwQsjsiJ69RATn4JObnYwePF8OocBvjr/TtdZATvKEsCSa9HjyIfKnMp&#10;KeaYjLvDKykmYCjRyPljEepShWuWupLSfnnCYkiJ0GDYfnj+aoc8Eqztp353Pa1qdX0oF/kEnhL5&#10;sUt9KKZN5ZMi5bisuwtJWJmbU/pVDvHHwYNXzIrIFvucH53Wbk0w4Uc5TI9htCPls+oMnMCRyvVn&#10;vFKnmxN6UlpIMoC0J+Udre7oAA2kXWnJSzYGkHalWP5CAiLuWeBM+XJuAyjwpjiQy0QK/ClyYXbn&#10;aBw2qSxwrARWoHC5ci5+c0FaBMMugaWVLmfVWV3UWi+4cMrQVnDs5GTO97EZ7dKKp4VHW19a9VO5&#10;Ji7GIjPV6gtntJlY8GitFHpn6z44eLJAlZWNpXU/HSf6GNxpj2A3gRXoXi6RNPqodY/r5Oxm6SFf&#10;z1LN0qqXpGI85oOzJ6sFUUhjRARnT7qr8KIJTRWazeup+PBQC0oPelxUaHYwOH2yZHpsQWkzw1V5&#10;xjANjp8s5KbMWO20C7RpO2fwYlUFx08SSXZNAitq0tTLR5+5blM9+Mm6JEzoENb3hTNxiiiZUYLS&#10;wNbufNI8Lwy1kLBfO8sLo+Mk7MvF88IYUSTsV+/ywmQpSbpZdesRd33Euvk5GiGDx+jnddOx4rvm&#10;WKeexriehhm89OtxXW3YdB6djA+1vama7xF3XW1WQ3vE3SuVkB2js0fcdVUuxu0VJ1NAbW/Ifh79&#10;D3oVHnSCRCtN8AsCMdhDaKrn/Co3FopG/T4n6j8lt+u2qYPfZGMsOnoUz6x6rpDHgUksJqt0ybAO&#10;nES60HPAEvgGy4FRZFsHLiFyTbrId9J/utpL1w0wgTwejDT1ozXEHsd/OjxUcbLc2G8p9t/7Tyfn&#10;wt1JzwlgjtPD82ab59Lj8KpZMXcVHjxmVow8NfoKb5gVc9Wt8HRZMZnFQzA+1Cf8qxPaMB3dYJyt&#10;yLWDcZRpIlEtdgCHRSMypwnSZrTxLzBLEovjgLyGhvi8+Ksz2mIUdcSqiTIRyRkbCC0Be9XQ0TMu&#10;1JsRb49RYG0blJIP0WbN6gfpoCSBoqmxnJcVoeh4RM4Hj3oE1TZtIYIda0XHgK1WPnN2LXzskiN+&#10;ML9AZTA4Xs9kKByD65EBlmQL7kK9HilKjRBDya8sD+5pWG/9fay3woZ23ROXHVzbPRVjHJsr7B1b&#10;Tmts3wjdk76WD2nj67knObNV+4Sue5I7mrWEdk+S7pLGtplkWIzG3Mu1fBynaxDtnWwQ7ZywsQG3&#10;2EUggXOSdFm3Kdo5IaNmoWjnRH4y1ol2TnItX9SUIDMsOaRuU4K8MPk46dBn7uOSaRU7g3SxS6T9&#10;FHCJ0P3rXaIEnj0nCotQzwlu1Bo4xGYk+JDUf0poKoFzz27KwWsOXvP34TUxprtek+3ltb0mypAK&#10;d1h4rbcx+o2QuL4WhUouqqMF2CaHelFYR1ejYcu9ZGy0T+u6zhkax1Fm6xm170ziaPfJsV2Mo91n&#10;NeUzCeL2oOutG6ZlSKNB2oXiOAu7Y9qJYvOcCaS9aLkgD2hoSDtSVJ/YSIErLXnV0IAKvCndOGW2&#10;KlhlpfVhs1mUNms0VZZlAksrHUMvgaW1Trcc2u3Sei/kuIz4BQarrJXcDRePBcpbNq2nene7j1r3&#10;Na+UG8MhWGVNdTFYZJUVSAsqGOuJkRUckjxJ9TBYYy1pp4UxIKiWolHDVG6OjJWFUt9WSg7ziPVO&#10;NyS0ULyCb3VQ6z3VKK31GZ+TbSAFK6wJpGCBFRj2uKIVl6bliZFAAX0jM+NTJ602BaPdVnmwvJru&#10;nVZ5qnehxmlR22qT1rgcVRO/vPB2P7mALR4H8e1+xpCijY2NpiZ8NrnRKlpfaKRw7aI5OrGY1Arh&#10;ylm7g7RE0kBxAYDVKj3Qa96FbbVKax1HAiSapfVecb2EhaX1XuA6T7uLeqyXfAK7gUWFw00XS95Z&#10;ZPQxvN2PN2BZWFrzJY7dMdsV3u4HZ2mOLbompG3XPNFHWptqpIpku7TuK06+Wn3Uuuc6DquLWvXV&#10;NME8cOVT2yy5xzce8sHtfmiPra34dj9BGsJUu5LDDlPTUS2GLAK+z/fY+qRmXAb5riHp+doCcuSk&#10;yM+20CGpSLoDlzTTnN2YV+Rwux/VyFhFWsPtfieqaKM82X55eqSzA8iN8YoSnIKVP+PvMfh8bUFq&#10;H6KXyxdHILLlodyMZJ8W85+SHqNjGGnE46QHKR7zX/tPEUNUymJ92x4QcoqcHIuUXvJyq1kIGLPP&#10;RajIeHS7YK59CANZDoFeXg5HPVB3EcRl5dxj+wpV/LpDz1MpJsJDEVhlH+oqUKY9xUUChpAhC+ak&#10;GgLi36f/lPcq2kAgk8WSd3DeE6c9JUoUALMu8i/KX+8HDefeO67149fZnCTlu+c/pZvIEbNY3/Ep&#10;rkYPZD77VNB4xgNRz8qBooscUgO5XoB+s1zRbGPwzfefbha6SyBAnrN4oM2M11NmBUrMYj0XgHp7&#10;033msAEJ73R5O5zJ8htu4sV076bH2Y78iunxyWJcj7unskxwKguoIu0/wmFndGGgzO+LkuOUZ5CF&#10;sVxmvJCzBbSIDuUphxKD6AxKQQkUA0UH8RTCxyhBAE95JgNFh+/Yf2DBwHg2eQB3SSC/RN0lHbpz&#10;tipujY7bi4qPRI5VEyTEpSDM1Qe0CwthOpw35BgdC9LhfGRN3KQgGQ4MW0XBliNkzC0d0eJmo6QC&#10;uQtT2VSc30pRnthok1Z3wWliq3da4QkgrXB3SWD03oIkOKX54waFKXBazDfaE2wzsidGkP9WMEO2&#10;xQ7JhmxLKli1t5VcXC6BoU/xHo1uK94T7u09RyraE4IrdTXJcEroKBazciyTDBj8Vd8lgcLPYVCz&#10;YC7eau8a80zVfwpjJRXgmW6CJ9vv93KAkGZ74ILLnnBLpHq4uXQTYUbugeEr8l0biC90NhBfPrf5&#10;tzq9BvOoS3yZx1yd+GLrEPlwCtHLElUinWrK4KrBetbE3ZcTXw6lNQXEDG24Dbl3xPo87lripnnv&#10;OVcNEh+LUTTvLbnYP2qKJmNYpbRQNBNjvhKB4BUa/fn02MrlfhNvnjYRXuI2acmfxjCPmbTfkTxJ&#10;j9TgBYbqwN9HdSCCtK4XYM53dS/QVgfiBoSaMoBsen11oL6wENco+GzpxU4gDs07NlMSs9pLaB9A&#10;WYsIIkh9zGC7YwztAUwMbf+50CPG0PafcjBRO7T5r8mfxRg6BicfEmHoCFwO/o92lAUJDxMkSHe0&#10;Dfn0HFFylRd6hm+46DSGi50chgN8HMbA60NDQFBsxaMk6eJESMZaUkiCzLOCoabEwEdD/lMCvsFX&#10;Dr7y9+ErYSu7vpLXuK/uK1FG6NYXp0VF7jL0lTOcTwD/wUeVXfXAT8mCaF/YjZjcar0W6brLGCTw&#10;l5zBlsNZNIp2mJzAjmG0y+SbZYzGaJ8pddxRiKe9Jm7WQa44bo12m8hvo5AxgtGOEwg2TuA65f7E&#10;CChwnmkkreaCL1CMkbSi+WIho2vBUoGU4MdAWtV8PJYFpHVNtCDWUVAxz/l0UfVADP6w+fSLWQpG&#10;CaewMRIu5ik8cJMUxKWAm5VUTyv8p8snY9KA8+A6nFzallpNzKgZvx7EfwqYq97pE3MHZqGyKfdM&#10;Mgx4Zs8BOAM9GuhRHz1q7wfkM8ib2xP531/e07Ez8MWH5f7xafX18rTUv/Nf3K7L3eNuc78+fPH/&#10;AAAA//8DAFBLAwQUAAYACAAAACEANJbBD90AAAAGAQAADwAAAGRycy9kb3ducmV2LnhtbEyPwU7D&#10;MBBE70j8g7VI3KgdSpsqxKkQEhICLrRcuLnxNo4ar6PYadO/Z+FCLyuNZjT7plxPvhNHHGIbSEM2&#10;UyCQ6mBbajR8bV/uViBiMmRNFwg1nDHCurq+Kk1hw4k+8bhJjeASioXR4FLqCylj7dCbOAs9Env7&#10;MHiTWA6NtIM5cbnv5L1SS+lNS/zBmR6fHdaHzeg1vJ1xzLevmVvmHwtVLw7f7/vYa317Mz09gkg4&#10;pf8w/OIzOlTMtAsj2Sg6DTwk/V325ivFM3YcepjnGciqlJf41Q8AAAD//wMAUEsBAi0AFAAGAAgA&#10;AAAhALaDOJL+AAAA4QEAABMAAAAAAAAAAAAAAAAAAAAAAFtDb250ZW50X1R5cGVzXS54bWxQSwEC&#10;LQAUAAYACAAAACEAOP0h/9YAAACUAQAACwAAAAAAAAAAAAAAAAAvAQAAX3JlbHMvLnJlbHNQSwEC&#10;LQAUAAYACAAAACEAygFjH2skAABjBAEADgAAAAAAAAAAAAAAAAAuAgAAZHJzL2Uyb0RvYy54bWxQ&#10;SwECLQAUAAYACAAAACEANJbBD90AAAAGAQAADwAAAAAAAAAAAAAAAADFJgAAZHJzL2Rvd25yZXYu&#10;eG1sUEsFBgAAAAAEAAQA8wAAAM8nAAAAAA==&#10;">
                    <v:rect id="Rectangle 3" o:spid="_x0000_s1027" style="position:absolute;width:1945;height:912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7XEwgAAANoAAAAPAAAAZHJzL2Rvd25yZXYueG1sRI9BawIx&#10;FITvBf9DeIK3mrVCWVejLEJB6UkrgrfH5rm7uHlZk+im/74pFHocZuYbZrWJphNPcr61rGA2zUAQ&#10;V1a3XCs4fX285iB8QNbYWSYF3+Rhsx69rLDQduADPY+hFgnCvkAFTQh9IaWvGjLop7YnTt7VOoMh&#10;SVdL7XBIcNPJtyx7lwZbTgsN9rRtqLodH0bBdj+cyy7fX+rcLMrPKA+uvEelJuNYLkEEiuE//Nfe&#10;aQVz+L2SboBc/wAAAP//AwBQSwECLQAUAAYACAAAACEA2+H2y+4AAACFAQAAEwAAAAAAAAAAAAAA&#10;AAAAAAAAW0NvbnRlbnRfVHlwZXNdLnhtbFBLAQItABQABgAIAAAAIQBa9CxbvwAAABUBAAALAAAA&#10;AAAAAAAAAAAAAB8BAABfcmVscy8ucmVsc1BLAQItABQABgAIAAAAIQBEY7XEwgAAANoAAAAPAAAA&#10;AAAAAAAAAAAAAAcCAABkcnMvZG93bnJldi54bWxQSwUGAAAAAAMAAwC3AAAA9gIAAAAA&#10;" fillcolor="#1f497d [3215]" stroked="f" strokeweight="2p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4" o:spid="_x0000_s1028" type="#_x0000_t15" style="position:absolute;left:2237;top:18678;width:21945;height:5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xT4wwAAANoAAAAPAAAAZHJzL2Rvd25yZXYueG1sRI9PawIx&#10;FMTvhX6H8Aq91WxFpKxmFy3aWnryLx4fm+dmcfOyJFG3374pFDwOM/MbZlr2thVX8qFxrOB1kIEg&#10;rpxuuFaw2y5f3kCEiKyxdUwKfihAWTw+TDHX7sZrum5iLRKEQ44KTIxdLmWoDFkMA9cRJ+/kvMWY&#10;pK+l9nhLcNvKYZaNpcWG04LBjt4NVefNxSr4vtTmsKXx3h0/P+Q8+tFi+LVS6vmpn01AROrjPfzf&#10;XmkFI/i7km6ALH4BAAD//wMAUEsBAi0AFAAGAAgAAAAhANvh9svuAAAAhQEAABMAAAAAAAAAAAAA&#10;AAAAAAAAAFtDb250ZW50X1R5cGVzXS54bWxQSwECLQAUAAYACAAAACEAWvQsW78AAAAVAQAACwAA&#10;AAAAAAAAAAAAAAAfAQAAX3JlbHMvLnJlbHNQSwECLQAUAAYACAAAACEAhp8U+MMAAADaAAAADwAA&#10;AAAAAAAAAAAAAAAHAgAAZHJzL2Rvd25yZXYueG1sUEsFBgAAAAADAAMAtwAAAPcCAAAAAA==&#10;" adj="18883" fillcolor="#4f81bd [3204]" stroked="f" strokeweight="2pt">
                      <v:textbox inset=",0,14.4pt,0">
                        <w:txbxContent>
                          <w:p w14:paraId="255ABF8E" w14:textId="33D710FD" w:rsidR="00053BEC" w:rsidRDefault="00053BEC" w:rsidP="00B400F1">
                            <w:pPr>
                              <w:pStyle w:val="NoSpacing"/>
                              <w:rPr>
                                <w:color w:val="FFFFFF" w:themeColor="background1"/>
                                <w:sz w:val="28"/>
                                <w:szCs w:val="28"/>
                              </w:rPr>
                            </w:pPr>
                          </w:p>
                        </w:txbxContent>
                      </v:textbox>
                    </v:shape>
                    <v:group id="Group 5" o:spid="_x0000_s1029" style="position:absolute;left:762;top:42100;width:20574;height:49103" coordorigin="806,42118" coordsize="13062,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group id="Group 6" o:spid="_x0000_s1030" style="position:absolute;left:1410;top:42118;width:10478;height:31210" coordorigin="1410,42118" coordsize="10477,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o:lock v:ext="edit" aspectratio="t"/>
                        <v:shape id="Freeform 20" o:spid="_x0000_s1031" style="position:absolute;left:3696;top:62168;width:1937;height:6985;visibility:visible;mso-wrap-style:square;v-text-anchor:top" coordsize="12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M3mvAAAANsAAAAPAAAAZHJzL2Rvd25yZXYueG1sRE+7CsIw&#10;FN0F/yFcwUU01UGkGkVEqY6+9ktzbavNTWlirX69GQTHw3kvVq0pRUO1KywrGI8iEMSp1QVnCi7n&#10;3XAGwnlkjaVlUvAmB6tlt7PAWNsXH6k5+UyEEHYxKsi9r2IpXZqTQTeyFXHgbrY26AOsM6lrfIVw&#10;U8pJFE2lwYJDQ44VbXJKH6enUaA/58Q2Jsk2g+the1sns31yd0r1e+16DsJT6//in3uvFUzC+vAl&#10;/AC5/AIAAP//AwBQSwECLQAUAAYACAAAACEA2+H2y+4AAACFAQAAEwAAAAAAAAAAAAAAAAAAAAAA&#10;W0NvbnRlbnRfVHlwZXNdLnhtbFBLAQItABQABgAIAAAAIQBa9CxbvwAAABUBAAALAAAAAAAAAAAA&#10;AAAAAB8BAABfcmVscy8ucmVsc1BLAQItABQABgAIAAAAIQCUIM3mvAAAANsAAAAPAAAAAAAAAAAA&#10;AAAAAAcCAABkcnMvZG93bnJldi54bWxQSwUGAAAAAAMAAwC3AAAA8AIAAAAA&#10;" path="m,l39,152,84,304r38,113l122,440,76,306,39,180,6,53,,xe" fillcolor="#1f497d [3215]" strokecolor="#1f497d [3215]" strokeweight="0">
                          <v:path arrowok="t" o:connecttype="custom" o:connectlocs="0,0;61913,241300;133350,482600;193675,661988;193675,698500;120650,485775;61913,285750;9525,84138;0,0" o:connectangles="0,0,0,0,0,0,0,0,0"/>
                        </v:shape>
                        <v:shape id="Freeform 21" o:spid="_x0000_s1032" style="position:absolute;left:5728;top:69058;width:1842;height:4270;visibility:visible;mso-wrap-style:square;v-text-anchor:top" coordsize="116,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97nwgAAANsAAAAPAAAAZHJzL2Rvd25yZXYueG1sRI9Bi8Iw&#10;FITvgv8hPGFvmiooSzVKV1C87EHXH/Bsnk3X5qUk0Xb//UYQPA4z8w2z2vS2EQ/yoXasYDrJQBCX&#10;TtdcKTj/7MafIEJE1tg4JgV/FGCzHg5WmGvX8ZEep1iJBOGQowITY5tLGUpDFsPEtcTJuzpvMSbp&#10;K6k9dgluGznLsoW0WHNaMNjS1lB5O92tgrtebPfzeX/7vXSu8Nfvr+LgjFIfo75YgojUx3f41T5o&#10;BbMpPL+kHyDX/wAAAP//AwBQSwECLQAUAAYACAAAACEA2+H2y+4AAACFAQAAEwAAAAAAAAAAAAAA&#10;AAAAAAAAW0NvbnRlbnRfVHlwZXNdLnhtbFBLAQItABQABgAIAAAAIQBa9CxbvwAAABUBAAALAAAA&#10;AAAAAAAAAAAAAB8BAABfcmVscy8ucmVsc1BLAQItABQABgAIAAAAIQCuQ97nwgAAANsAAAAPAAAA&#10;AAAAAAAAAAAAAAcCAABkcnMvZG93bnJldi54bWxQSwUGAAAAAAMAAwC3AAAA9gIAAAAA&#10;" path="m,l8,19,37,93r30,74l116,269r-8,l60,169,30,98,1,25,,xe" fillcolor="#1f497d [3215]" strokecolor="#1f497d [3215]" strokeweight="0">
                          <v:path arrowok="t" o:connecttype="custom" o:connectlocs="0,0;12700,30163;58738,147638;106363,265113;184150,427038;171450,427038;95250,268288;47625,155575;1588,39688;0,0" o:connectangles="0,0,0,0,0,0,0,0,0,0"/>
                        </v:shape>
                        <v:shape id="Freeform 22" o:spid="_x0000_s1033" style="position:absolute;left:1410;top:42118;width:2223;height:20193;visibility:visible;mso-wrap-style:square;v-text-anchor:top" coordsize="140,1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ikkwwAAANsAAAAPAAAAZHJzL2Rvd25yZXYueG1sRI/disIw&#10;FITvF3yHcATv1nSriFSjLAsLKsLiD4J3h+bYVpuTkkStb28WBC+HmfmGmc5bU4sbOV9ZVvDVT0AQ&#10;51ZXXCjY734/xyB8QNZYWyYFD/Iwn3U+pphpe+cN3bahEBHCPkMFZQhNJqXPSzLo+7Yhjt7JOoMh&#10;SldI7fAe4aaWaZKMpMGK40KJDf2UlF+2V6Pgb/g44/JqNulglywdrpvF6nBUqtdtvycgArXhHX61&#10;F1pBmsL/l/gD5OwJAAD//wMAUEsBAi0AFAAGAAgAAAAhANvh9svuAAAAhQEAABMAAAAAAAAAAAAA&#10;AAAAAAAAAFtDb250ZW50X1R5cGVzXS54bWxQSwECLQAUAAYACAAAACEAWvQsW78AAAAVAQAACwAA&#10;AAAAAAAAAAAAAAAfAQAAX3JlbHMvLnJlbHNQSwECLQAUAAYACAAAACEAgNopJMMAAADbAAAADwAA&#10;AAAAAAAAAAAAAAAHAgAAZHJzL2Rvd25yZXYueG1sUEsFBgAAAAADAAMAtwAAAPcCAAAAAA==&#10;" path="m,l,,1,79r2,80l12,317,23,476,39,634,58,792,83,948r24,138l135,1223r5,49l138,1262,105,1106,77,949,53,792,35,634,20,476,9,317,2,159,,79,,xe" fillcolor="#1f497d [3215]" strokecolor="#1f497d [3215]" strokeweight="0">
                          <v:path arrowok="t" o:connecttype="custom" o:connectlocs="0,0;0,0;1588,125413;4763,252413;19050,503238;36513,755650;61913,1006475;92075,1257300;131763,1504950;169863,1724025;214313,1941513;222250,2019300;219075,2003425;166688,1755775;122238,1506538;84138,1257300;55563,1006475;31750,755650;14288,503238;3175,252413;0,125413;0,0" o:connectangles="0,0,0,0,0,0,0,0,0,0,0,0,0,0,0,0,0,0,0,0,0,0"/>
                        </v:shape>
                        <v:shape id="Freeform 23" o:spid="_x0000_s1034" style="position:absolute;left:3410;top:48611;width:715;height:13557;visibility:visible;mso-wrap-style:square;v-text-anchor:top" coordsize="45,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q20wAAAANsAAAAPAAAAZHJzL2Rvd25yZXYueG1sRE/LasJA&#10;FN0X/IfhCt3VSSKUEh1FBDELN7UVt5fMNQlm7sTMmNfXdwqFLg/nvd4OphYdta6yrCBeRCCIc6sr&#10;LhR8fx3ePkA4j6yxtkwKRnKw3cxe1phq2/MndWdfiBDCLkUFpfdNKqXLSzLoFrYhDtzNtgZ9gG0h&#10;dYt9CDe1TKLoXRqsODSU2NC+pPx+fhoF12KKmuTh4/h4GcOwqdLZaVTqdT7sViA8Df5f/OfOtIJk&#10;Cb9fwg+Qmx8AAAD//wMAUEsBAi0AFAAGAAgAAAAhANvh9svuAAAAhQEAABMAAAAAAAAAAAAAAAAA&#10;AAAAAFtDb250ZW50X1R5cGVzXS54bWxQSwECLQAUAAYACAAAACEAWvQsW78AAAAVAQAACwAAAAAA&#10;AAAAAAAAAAAfAQAAX3JlbHMvLnJlbHNQSwECLQAUAAYACAAAACEAHBqttMAAAADbAAAADwAAAAAA&#10;AAAAAAAAAAAHAgAAZHJzL2Rvd25yZXYueG1sUEsFBgAAAAADAAMAtwAAAPQCAAAAAA==&#10;" path="m45,r,l35,66r-9,67l14,267,6,401,3,534,6,669r8,134l18,854r,-3l9,814,8,803,1,669,,534,3,401,12,267,25,132,34,66,45,xe" fillcolor="#1f497d [3215]" strokecolor="#1f497d [3215]" strokeweight="0">
                          <v:path arrowok="t" o:connecttype="custom" o:connectlocs="71438,0;71438,0;55563,104775;41275,211138;22225,423863;9525,636588;4763,847725;9525,1062038;22225,1274763;28575,1355725;28575,1350963;14288,1292225;12700,1274763;1588,1062038;0,847725;4763,636588;19050,423863;39688,209550;53975,104775;71438,0" o:connectangles="0,0,0,0,0,0,0,0,0,0,0,0,0,0,0,0,0,0,0,0"/>
                        </v:shape>
                        <v:shape id="Freeform 24" o:spid="_x0000_s1035" style="position:absolute;left:3633;top:62311;width:2444;height:9985;visibility:visible;mso-wrap-style:square;v-text-anchor:top" coordsize="154,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fI5xAAAANsAAAAPAAAAZHJzL2Rvd25yZXYueG1sRI9La8Mw&#10;EITvgfwHsYHeErmmTVLHciiFltKc8iDQ28ZaP6i1MpKauP++CgRyHGbmGyZfD6YTZ3K+tazgcZaA&#10;IC6tbrlWcNi/T5cgfEDW2FkmBX/kYV2MRzlm2l54S+ddqEWEsM9QQRNCn0npy4YM+pntiaNXWWcw&#10;ROlqqR1eItx0Mk2SuTTYclxosKe3hsqf3a9RYCW5io6L9iX9MvNN+P6onk9GqYfJ8LoCEWgI9/Ct&#10;/akVpE9w/RJ/gCz+AQAA//8DAFBLAQItABQABgAIAAAAIQDb4fbL7gAAAIUBAAATAAAAAAAAAAAA&#10;AAAAAAAAAABbQ29udGVudF9UeXBlc10ueG1sUEsBAi0AFAAGAAgAAAAhAFr0LFu/AAAAFQEAAAsA&#10;AAAAAAAAAAAAAAAAHwEAAF9yZWxzLy5yZWxzUEsBAi0AFAAGAAgAAAAhAP218jnEAAAA2wAAAA8A&#10;AAAAAAAAAAAAAAAABwIAAGRycy9kb3ducmV2LnhtbFBLBQYAAAAAAwADALcAAAD4AgAAAAA=&#10;" path="m,l10,44r11,82l34,207r19,86l75,380r25,86l120,521r21,55l152,618r2,11l140,595,115,532,93,468,67,383,47,295,28,207,12,104,,xe" fillcolor="#1f497d [3215]" strokecolor="#1f497d [3215]" strokeweight="0">
                          <v:path arrowok="t" o:connecttype="custom" o:connectlocs="0,0;15875,69850;33338,200025;53975,328613;84138,465138;119063,603250;158750,739775;190500,827088;223838,914400;241300,981075;244475,998538;222250,944563;182563,844550;147638,742950;106363,608013;74613,468313;44450,328613;19050,165100;0,0" o:connectangles="0,0,0,0,0,0,0,0,0,0,0,0,0,0,0,0,0,0,0"/>
                        </v:shape>
                        <v:shape id="Freeform 25" o:spid="_x0000_s1036" style="position:absolute;left:6204;top:72233;width:524;height:1095;visibility:visible;mso-wrap-style:square;v-text-anchor:top" coordsize="3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DRwwQAAANsAAAAPAAAAZHJzL2Rvd25yZXYueG1sRI9BawIx&#10;FITvBf9DeIK3mlVqKVujVEGoR63t+bl53YTdvCxJ1PXfG0HwOMzMN8x82btWnClE61nBZFyAIK68&#10;tlwrOPxsXj9AxISssfVMCq4UYbkYvMyx1P7COzrvUy0yhGOJCkxKXSllrAw5jGPfEWfv3weHKctQ&#10;Sx3wkuGuldOieJcOLecFgx2tDVXN/uQUBJNWzWEWVm/N+m+7OVp7/PVWqdGw//oEkahPz/Cj/a0V&#10;TGdw/5J/gFzcAAAA//8DAFBLAQItABQABgAIAAAAIQDb4fbL7gAAAIUBAAATAAAAAAAAAAAAAAAA&#10;AAAAAABbQ29udGVudF9UeXBlc10ueG1sUEsBAi0AFAAGAAgAAAAhAFr0LFu/AAAAFQEAAAsAAAAA&#10;AAAAAAAAAAAAHwEAAF9yZWxzLy5yZWxzUEsBAi0AFAAGAAgAAAAhAK3QNHDBAAAA2wAAAA8AAAAA&#10;AAAAAAAAAAAABwIAAGRycy9kb3ducmV2LnhtbFBLBQYAAAAAAwADALcAAAD1AgAAAAA=&#10;" path="m,l33,69r-9,l12,35,,xe" fillcolor="#1f497d [3215]" strokecolor="#1f497d [3215]" strokeweight="0">
                          <v:path arrowok="t" o:connecttype="custom" o:connectlocs="0,0;52388,109538;38100,109538;19050,55563;0,0" o:connectangles="0,0,0,0,0"/>
                        </v:shape>
                        <v:shape id="Freeform 26" o:spid="_x0000_s1037" style="position:absolute;left:3553;top:61533;width:238;height:1476;visibility:visible;mso-wrap-style:square;v-text-anchor:top" coordsize="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FONwQAAANsAAAAPAAAAZHJzL2Rvd25yZXYueG1sRI9Bi8Iw&#10;FITvC/6H8AQvi6brQaQaRYXdehOrP+DRPNti8lKSbK3/3iwseBxm5htmvR2sET350DpW8DXLQBBX&#10;TrdcK7hevqdLECEiazSOScGTAmw3o4815to9+Ex9GWuRIBxyVNDE2OVShqohi2HmOuLk3Zy3GJP0&#10;tdQeHwlujZxn2UJabDktNNjRoaHqXv5aBab8dD+XjupTfyycee6LG/lCqcl42K1ARBriO/zfPmoF&#10;8wX8fUk/QG5eAAAA//8DAFBLAQItABQABgAIAAAAIQDb4fbL7gAAAIUBAAATAAAAAAAAAAAAAAAA&#10;AAAAAABbQ29udGVudF9UeXBlc10ueG1sUEsBAi0AFAAGAAgAAAAhAFr0LFu/AAAAFQEAAAsAAAAA&#10;AAAAAAAAAAAAHwEAAF9yZWxzLy5yZWxzUEsBAi0AFAAGAAgAAAAhADVQU43BAAAA2wAAAA8AAAAA&#10;AAAAAAAAAAAABwIAAGRycy9kb3ducmV2LnhtbFBLBQYAAAAAAwADALcAAAD1AgAAAAA=&#10;" path="m,l9,37r,3l15,93,5,49,,xe" fillcolor="#1f497d [3215]" strokecolor="#1f497d [3215]" strokeweight="0">
                          <v:path arrowok="t" o:connecttype="custom" o:connectlocs="0,0;14288,58738;14288,63500;23813,147638;7938,77788;0,0" o:connectangles="0,0,0,0,0,0"/>
                        </v:shape>
                        <v:shape id="Freeform 27" o:spid="_x0000_s1038" style="position:absolute;left:5633;top:56897;width:6255;height:12161;visibility:visible;mso-wrap-style:square;v-text-anchor:top" coordsize="394,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RJxwwAAANsAAAAPAAAAZHJzL2Rvd25yZXYueG1sRI9BSwMx&#10;FITvQv9DeAVvNtuCVdamxSqCJ8UqiLfH5jVZ3byEJG62/94IgsdhZr5hNrvJDWKkmHrPCpaLBgRx&#10;53XPRsHb68PFNYiUkTUOnknBiRLstrOzDbbaF36h8ZCNqBBOLSqwOYdWytRZcpgWPhBX7+ijw1xl&#10;NFJHLBXuBrlqmrV02HNdsBjozlL3dfh2Ct7XpoTLYj8+Q9mfzPP98SnaUanz+XR7AyLTlP/Df+1H&#10;rWB1Bb9f6g+Q2x8AAAD//wMAUEsBAi0AFAAGAAgAAAAhANvh9svuAAAAhQEAABMAAAAAAAAAAAAA&#10;AAAAAAAAAFtDb250ZW50X1R5cGVzXS54bWxQSwECLQAUAAYACAAAACEAWvQsW78AAAAVAQAACwAA&#10;AAAAAAAAAAAAAAAfAQAAX3JlbHMvLnJlbHNQSwECLQAUAAYACAAAACEAiC0SccMAAADbAAAADwAA&#10;AAAAAAAAAAAAAAAHAgAAZHJzL2Rvd25yZXYueG1sUEsFBgAAAAADAAMAtwAAAPcCAAAAAA==&#10;" path="m394,r,l356,38,319,77r-35,40l249,160r-42,58l168,276r-37,63l98,402,69,467,45,535,26,604,14,673,7,746,6,766,,749r1,-5l7,673,21,603,40,533,65,466,94,400r33,-64l164,275r40,-60l248,158r34,-42l318,76,354,37,394,xe" fillcolor="#1f497d [3215]" strokecolor="#1f497d [3215]" strokeweight="0">
                          <v:path arrowok="t" o:connecttype="custom" o:connectlocs="625475,0;625475,0;565150,60325;506413,122238;450850,185738;395288,254000;328613,346075;266700,438150;207963,538163;155575,638175;109538,741363;71438,849313;41275,958850;22225,1068388;11113,1184275;9525,1216025;0,1189038;1588,1181100;11113,1068388;33338,957263;63500,846138;103188,739775;149225,635000;201613,533400;260350,436563;323850,341313;393700,250825;447675,184150;504825,120650;561975,58738;625475,0" o:connectangles="0,0,0,0,0,0,0,0,0,0,0,0,0,0,0,0,0,0,0,0,0,0,0,0,0,0,0,0,0,0,0"/>
                        </v:shape>
                        <v:shape id="Freeform 28" o:spid="_x0000_s1039" style="position:absolute;left:5633;top:69153;width:571;height:3080;visibility:visible;mso-wrap-style:square;v-text-anchor:top" coordsize="36,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NF7wwAAANsAAAAPAAAAZHJzL2Rvd25yZXYueG1sRE/Pa8Iw&#10;FL4L/g/hCV5kpsthjM4ooujGxqDqGHh7Ns+22LyUJmq7v345DHb8+H7PFp2txY1aXznW8DhNQBDn&#10;zlRcaPg6bB6eQfiAbLB2TBp68rCYDwczTI27845u+1CIGMI+RQ1lCE0qpc9LsuinriGO3Nm1FkOE&#10;bSFNi/cYbmupkuRJWqw4NpTY0Kqk/LK/Wg2f7+HIkyw7qZ/X7Xrbf6uPrFdaj0fd8gVEoC78i//c&#10;b0aDimPjl/gD5PwXAAD//wMAUEsBAi0AFAAGAAgAAAAhANvh9svuAAAAhQEAABMAAAAAAAAAAAAA&#10;AAAAAAAAAFtDb250ZW50X1R5cGVzXS54bWxQSwECLQAUAAYACAAAACEAWvQsW78AAAAVAQAACwAA&#10;AAAAAAAAAAAAAAAfAQAAX3JlbHMvLnJlbHNQSwECLQAUAAYACAAAACEAqjTRe8MAAADbAAAADwAA&#10;AAAAAAAAAAAAAAAHAgAAZHJzL2Rvd25yZXYueG1sUEsFBgAAAAADAAMAtwAAAPcCAAAAAA==&#10;" path="m,l6,16r1,3l11,80r9,52l33,185r3,9l21,161,15,145,5,81,1,41,,xe" fillcolor="#1f497d [3215]" strokecolor="#1f497d [3215]" strokeweight="0">
                          <v:path arrowok="t" o:connecttype="custom" o:connectlocs="0,0;9525,25400;11113,30163;17463,127000;31750,209550;52388,293688;57150,307975;33338,255588;23813,230188;7938,128588;1588,65088;0,0" o:connectangles="0,0,0,0,0,0,0,0,0,0,0,0"/>
                        </v:shape>
                        <v:shape id="Freeform 29" o:spid="_x0000_s1040" style="position:absolute;left:6077;top:72296;width:493;height:1032;visibility:visible;mso-wrap-style:square;v-text-anchor:top" coordsize="3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6i/xQAAANsAAAAPAAAAZHJzL2Rvd25yZXYueG1sRI9Pa8JA&#10;FMTvQr/D8gq96cZQio2uokL9cyqmPcTbI/vMBrNvY3ar6bd3hUKPw8z8hpktetuIK3W+dqxgPEpA&#10;EJdO11wp+P76GE5A+ICssXFMCn7Jw2L+NJhhpt2ND3TNQyUihH2GCkwIbSalLw1Z9CPXEkfv5DqL&#10;IcqukrrDW4TbRqZJ8iYt1hwXDLa0NlSe8x+r4LLc7PX2+Hr8zCeHYmUuxSbdF0q9PPfLKYhAffgP&#10;/7V3WkH6Do8v8QfI+R0AAP//AwBQSwECLQAUAAYACAAAACEA2+H2y+4AAACFAQAAEwAAAAAAAAAA&#10;AAAAAAAAAAAAW0NvbnRlbnRfVHlwZXNdLnhtbFBLAQItABQABgAIAAAAIQBa9CxbvwAAABUBAAAL&#10;AAAAAAAAAAAAAAAAAB8BAABfcmVscy8ucmVsc1BLAQItABQABgAIAAAAIQCo56i/xQAAANsAAAAP&#10;AAAAAAAAAAAAAAAAAAcCAABkcnMvZG93bnJldi54bWxQSwUGAAAAAAMAAwC3AAAA+QIAAAAA&#10;" path="m,l31,65r-8,l,xe" fillcolor="#1f497d [3215]" strokecolor="#1f497d [3215]" strokeweight="0">
                          <v:path arrowok="t" o:connecttype="custom" o:connectlocs="0,0;49213,103188;36513,103188;0,0" o:connectangles="0,0,0,0"/>
                        </v:shape>
                        <v:shape id="Freeform 30" o:spid="_x0000_s1041" style="position:absolute;left:5633;top:68788;width:111;height:666;visibility:visible;mso-wrap-style:square;v-text-anchor:top" coordsize="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psuwQAAANsAAAAPAAAAZHJzL2Rvd25yZXYueG1sRE/Pa8Iw&#10;FL4P/B/CE7zNVAXnOqOoIHgStDrY7dE822rzUpOo3f56cxh4/Ph+T+etqcWdnK8sKxj0ExDEudUV&#10;FwoO2fp9AsIHZI21ZVLwSx7ms87bFFNtH7yj+z4UIoawT1FBGUKTSunzkgz6vm2II3eyzmCI0BVS&#10;O3zEcFPLYZKMpcGKY0OJDa1Kyi/7m1Fw3vzxz/Zjub42n1wti3N2/HaZUr1uu/gCEagNL/G/e6MV&#10;jOL6+CX+ADl7AgAA//8DAFBLAQItABQABgAIAAAAIQDb4fbL7gAAAIUBAAATAAAAAAAAAAAAAAAA&#10;AAAAAABbQ29udGVudF9UeXBlc10ueG1sUEsBAi0AFAAGAAgAAAAhAFr0LFu/AAAAFQEAAAsAAAAA&#10;AAAAAAAAAAAAHwEAAF9yZWxzLy5yZWxzUEsBAi0AFAAGAAgAAAAhAGnumy7BAAAA2wAAAA8AAAAA&#10;AAAAAAAAAAAABwIAAGRycy9kb3ducmV2LnhtbFBLBQYAAAAAAwADALcAAAD1AgAAAAA=&#10;" path="m,l6,17,7,42,6,39,,23,,xe" fillcolor="#1f497d [3215]" strokecolor="#1f497d [3215]" strokeweight="0">
                          <v:path arrowok="t" o:connecttype="custom" o:connectlocs="0,0;9525,26988;11113,66675;9525,61913;0,36513;0,0" o:connectangles="0,0,0,0,0,0"/>
                        </v:shape>
                        <v:shape id="Freeform 31" o:spid="_x0000_s1042" style="position:absolute;left:5871;top:71455;width:714;height:1873;visibility:visible;mso-wrap-style:square;v-text-anchor:top" coordsize="45,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31DxQAAANsAAAAPAAAAZHJzL2Rvd25yZXYueG1sRI9Pa8JA&#10;FMTvQr/D8gq9mY0WiqSuYguiCIX659LbI/tMotm3cXc10U/fFQSPw8z8hhlPO1OLCzlfWVYwSFIQ&#10;xLnVFRcKdtt5fwTCB2SNtWVScCUP08lLb4yZti2v6bIJhYgQ9hkqKENoMil9XpJBn9iGOHp76wyG&#10;KF0htcM2wk0th2n6IQ1WHBdKbOi7pPy4ORsFts3PX+6vxtPsYBa3/U87XN1+lXp77WafIAJ14Rl+&#10;tJdawfsA7l/iD5CTfwAAAP//AwBQSwECLQAUAAYACAAAACEA2+H2y+4AAACFAQAAEwAAAAAAAAAA&#10;AAAAAAAAAAAAW0NvbnRlbnRfVHlwZXNdLnhtbFBLAQItABQABgAIAAAAIQBa9CxbvwAAABUBAAAL&#10;AAAAAAAAAAAAAAAAAB8BAABfcmVscy8ucmVsc1BLAQItABQABgAIAAAAIQC4q31DxQAAANsAAAAP&#10;AAAAAAAAAAAAAAAAAAcCAABkcnMvZG93bnJldi54bWxQSwUGAAAAAAMAAwC3AAAA+QIAAAAA&#10;" path="m,l6,16,21,49,33,84r12,34l44,118,13,53,11,42,,xe" fillcolor="#1f497d [3215]" strokecolor="#1f497d [3215]" strokeweight="0">
                          <v:path arrowok="t" o:connecttype="custom" o:connectlocs="0,0;9525,25400;33338,77788;52388,133350;71438,187325;69850,187325;20638,84138;17463,66675;0,0" o:connectangles="0,0,0,0,0,0,0,0,0"/>
                        </v:shape>
                      </v:group>
                      <v:group id="Group 7" o:spid="_x0000_s1043" style="position:absolute;left:806;top:48269;width:13063;height:25059" coordorigin="806,46499" coordsize="8747,16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o:lock v:ext="edit" aspectratio="t"/>
                        <v:shape id="Freeform 8" o:spid="_x0000_s1044" style="position:absolute;left:1187;top:51897;width:1984;height:7143;visibility:visible;mso-wrap-style:square;v-text-anchor:top" coordsize="12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hhuwgAAANoAAAAPAAAAZHJzL2Rvd25yZXYueG1sRE/JbsIw&#10;EL1X4h+sQeqtOPRQVQGDEBLLgaVsEsdRPCSBeJzGDrj9+vpQiePT24fjYCpxp8aVlhX0ewkI4szq&#10;knMFx8Ps7ROE88gaK8uk4IccjEedlyGm2j54R/e9z0UMYZeigsL7OpXSZQUZdD1bE0fuYhuDPsIm&#10;l7rBRww3lXxPkg9psOTYUGBN04Ky2741Cjbr3/N28dXOrqtgvtvTJszX26DUazdMBiA8Bf8U/7uX&#10;WkHcGq/EGyBHfwAAAP//AwBQSwECLQAUAAYACAAAACEA2+H2y+4AAACFAQAAEwAAAAAAAAAAAAAA&#10;AAAAAAAAW0NvbnRlbnRfVHlwZXNdLnhtbFBLAQItABQABgAIAAAAIQBa9CxbvwAAABUBAAALAAAA&#10;AAAAAAAAAAAAAB8BAABfcmVscy8ucmVsc1BLAQItABQABgAIAAAAIQCu7hhuwgAAANoAAAAPAAAA&#10;AAAAAAAAAAAAAAcCAABkcnMvZG93bnJldi54bWxQSwUGAAAAAAMAAwC3AAAA9gIAAAAA&#10;" path="m,l41,155,86,309r39,116l125,450,79,311,41,183,7,54,,xe" fillcolor="#1f497d [3215]" strokecolor="#1f497d [3215]" strokeweight="0">
                          <v:fill opacity="13107f"/>
                          <v:stroke opacity="13107f"/>
                          <v:path arrowok="t" o:connecttype="custom" o:connectlocs="0,0;65088,246063;136525,490538;198438,674688;198438,714375;125413,493713;65088,290513;11113,85725;0,0" o:connectangles="0,0,0,0,0,0,0,0,0"/>
                        </v:shape>
                        <v:shape id="Freeform 9" o:spid="_x0000_s1045" style="position:absolute;left:3282;top:58913;width:1874;height:4366;visibility:visible;mso-wrap-style:square;v-text-anchor:top" coordsize="11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jpwgAAANoAAAAPAAAAZHJzL2Rvd25yZXYueG1sRI/RasJA&#10;FETfBf9huQVfRDcRlDa6ithK+6Q09QMu2Ws2NHs3ZDcx/n1XKPg4zMwZZrMbbC16an3lWEE6T0AQ&#10;F05XXCq4/BxnryB8QNZYOyYFd/Kw245HG8y0u/E39XkoRYSwz1CBCaHJpPSFIYt+7hri6F1dazFE&#10;2ZZSt3iLcFvLRZKspMWK44LBhg6Git+8swryE3fNx5Iv5/fzdLCfq9ReD6lSk5dhvwYRaAjP8H/7&#10;Syt4g8eVeAPk9g8AAP//AwBQSwECLQAUAAYACAAAACEA2+H2y+4AAACFAQAAEwAAAAAAAAAAAAAA&#10;AAAAAAAAW0NvbnRlbnRfVHlwZXNdLnhtbFBLAQItABQABgAIAAAAIQBa9CxbvwAAABUBAAALAAAA&#10;AAAAAAAAAAAAAB8BAABfcmVscy8ucmVsc1BLAQItABQABgAIAAAAIQDb/ljpwgAAANoAAAAPAAAA&#10;AAAAAAAAAAAAAAcCAABkcnMvZG93bnJldi54bWxQSwUGAAAAAAMAAwC3AAAA9gIAAAAA&#10;" path="m,l8,20,37,96r32,74l118,275r-9,l61,174,30,100,,26,,xe" fillcolor="#1f497d [3215]" strokecolor="#1f497d [3215]" strokeweight="0">
                          <v:fill opacity="13107f"/>
                          <v:stroke opacity="13107f"/>
                          <v:path arrowok="t" o:connecttype="custom" o:connectlocs="0,0;12700,31750;58738,152400;109538,269875;187325,436563;173038,436563;96838,276225;47625,158750;0,41275;0,0" o:connectangles="0,0,0,0,0,0,0,0,0,0"/>
                        </v:shape>
                        <v:shape id="Freeform 10" o:spid="_x0000_s1046" style="position:absolute;left:806;top:50103;width:317;height:1921;visibility:visible;mso-wrap-style:square;v-text-anchor:top" coordsize="20,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jLfxQAAANsAAAAPAAAAZHJzL2Rvd25yZXYueG1sRI9PawJB&#10;DMXvhX6HIUJvddYKIltHEaG1p6XaHnqMO9k/uJMZdkZ320/fHARvCe/lvV9Wm9F16kp9bD0bmE0z&#10;UMSlty3XBr6/3p6XoGJCtth5JgO/FGGzfnxYYW79wAe6HlOtJIRjjgaalEKudSwbchinPhCLVvne&#10;YZK1r7XtcZBw1+mXLFtohy1LQ4OBdg2V5+PFGajeP89u/1P9LU+XYT/fFkWYh8KYp8m4fQWVaEx3&#10;8+36wwq+0MsvMoBe/wMAAP//AwBQSwECLQAUAAYACAAAACEA2+H2y+4AAACFAQAAEwAAAAAAAAAA&#10;AAAAAAAAAAAAW0NvbnRlbnRfVHlwZXNdLnhtbFBLAQItABQABgAIAAAAIQBa9CxbvwAAABUBAAAL&#10;AAAAAAAAAAAAAAAAAB8BAABfcmVscy8ucmVsc1BLAQItABQABgAIAAAAIQDlljLfxQAAANsAAAAP&#10;AAAAAAAAAAAAAAAAAAcCAABkcnMvZG93bnJldi54bWxQSwUGAAAAAAMAAwC3AAAA+QIAAAAA&#10;" path="m,l16,72r4,49l18,112,,31,,xe" fillcolor="#1f497d [3215]" strokecolor="#1f497d [3215]" strokeweight="0">
                          <v:fill opacity="13107f"/>
                          <v:stroke opacity="13107f"/>
                          <v:path arrowok="t" o:connecttype="custom" o:connectlocs="0,0;25400,114300;31750,192088;28575,177800;0,49213;0,0" o:connectangles="0,0,0,0,0,0"/>
                        </v:shape>
                        <v:shape id="Freeform 12" o:spid="_x0000_s1047" style="position:absolute;left:1123;top:52024;width:2509;height:10207;visibility:visible;mso-wrap-style:square;v-text-anchor:top" coordsize="158,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FrkvgAAANsAAAAPAAAAZHJzL2Rvd25yZXYueG1sRE9Ni8Iw&#10;EL0v+B/CCN7WxCIq1SgiuCzCHnTX+9CMTbGZlCba+u/NguBtHu9zVpve1eJObag8a5iMFQjiwpuK&#10;Sw1/v/vPBYgQkQ3WnknDgwJs1oOPFebGd3yk+ymWIoVwyFGDjbHJpQyFJYdh7BvixF186zAm2JbS&#10;tNilcFfLTKmZdFhxarDY0M5ScT3dnAY+ZMFyF5SZ/Symj/nXWU32Z61Hw367BBGpj2/xy/1t0vwM&#10;/n9JB8j1EwAA//8DAFBLAQItABQABgAIAAAAIQDb4fbL7gAAAIUBAAATAAAAAAAAAAAAAAAAAAAA&#10;AABbQ29udGVudF9UeXBlc10ueG1sUEsBAi0AFAAGAAgAAAAhAFr0LFu/AAAAFQEAAAsAAAAAAAAA&#10;AAAAAAAAHwEAAF9yZWxzLy5yZWxzUEsBAi0AFAAGAAgAAAAhACl4WuS+AAAA2wAAAA8AAAAAAAAA&#10;AAAAAAAABwIAAGRycy9kb3ducmV2LnhtbFBLBQYAAAAAAwADALcAAADyAgAAAAA=&#10;" path="m,l11,46r11,83l36,211r19,90l76,389r27,87l123,533r21,55l155,632r3,11l142,608,118,544,95,478,69,391,47,302,29,212,13,107,,xe" fillcolor="#1f497d [3215]" strokecolor="#1f497d [3215]" strokeweight="0">
                          <v:fill opacity="13107f"/>
                          <v:stroke opacity="13107f"/>
                          <v:path arrowok="t" o:connecttype="custom" o:connectlocs="0,0;17463,73025;34925,204788;57150,334963;87313,477838;120650,617538;163513,755650;195263,846138;228600,933450;246063,1003300;250825,1020763;225425,965200;187325,863600;150813,758825;109538,620713;74613,479425;46038,336550;20638,169863;0,0" o:connectangles="0,0,0,0,0,0,0,0,0,0,0,0,0,0,0,0,0,0,0"/>
                        </v:shape>
                        <v:shape id="Freeform 13" o:spid="_x0000_s1048" style="position:absolute;left:3759;top:62152;width:524;height:1127;visibility:visible;mso-wrap-style:square;v-text-anchor:top" coordsize="3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87WwAAAANsAAAAPAAAAZHJzL2Rvd25yZXYueG1sRE/LqsIw&#10;EN0L/kMYwZ2mKohUo/jggrjR6wN0NzRjW2wmpcm19e+NcMHdHM5zZovGFOJJlcstKxj0IxDEidU5&#10;pwrOp5/eBITzyBoLy6TgRQ4W83ZrhrG2Nf/S8+hTEULYxagg876MpXRJRgZd35bEgbvbyqAPsEql&#10;rrAO4aaQwygaS4M5h4YMS1pnlDyOf0ZBeVht6vXN7fLLcNL412W7v6VXpbqdZjkF4anxX/G/e6vD&#10;/BF8fgkHyPkbAAD//wMAUEsBAi0AFAAGAAgAAAAhANvh9svuAAAAhQEAABMAAAAAAAAAAAAAAAAA&#10;AAAAAFtDb250ZW50X1R5cGVzXS54bWxQSwECLQAUAAYACAAAACEAWvQsW78AAAAVAQAACwAAAAAA&#10;AAAAAAAAAAAfAQAAX3JlbHMvLnJlbHNQSwECLQAUAAYACAAAACEA8IfO1sAAAADbAAAADwAAAAAA&#10;AAAAAAAAAAAHAgAAZHJzL2Rvd25yZXYueG1sUEsFBgAAAAADAAMAtwAAAPQCAAAAAA==&#10;" path="m,l33,71r-9,l11,36,,xe" fillcolor="#1f497d [3215]" strokecolor="#1f497d [3215]" strokeweight="0">
                          <v:fill opacity="13107f"/>
                          <v:stroke opacity="13107f"/>
                          <v:path arrowok="t" o:connecttype="custom" o:connectlocs="0,0;52388,112713;38100,112713;17463,57150;0,0" o:connectangles="0,0,0,0,0"/>
                        </v:shape>
                        <v:shape id="Freeform 14" o:spid="_x0000_s1049" style="position:absolute;left:1060;top:51246;width:238;height:1508;visibility:visible;mso-wrap-style:square;v-text-anchor:top" coordsize="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SNMiwgAAANsAAAAPAAAAZHJzL2Rvd25yZXYueG1sRE/JasMw&#10;EL0X8g9iArnVctMSimM5hEAg4EPIUmhvY2tim1ojI6mO+/dVodDbPN46+WYyvRjJ+c6ygqckBUFc&#10;W91xo+B62T++gvABWWNvmRR8k4dNMXvIMdP2zicaz6ERMYR9hgraEIZMSl+3ZNAndiCO3M06gyFC&#10;10jt8B7DTS+XabqSBjuODS0OtGup/jx/GQVv5dENevmxr1bP28u7tKWmU6XUYj5t1yACTeFf/Oc+&#10;6Dj/BX5/iQfI4gcAAP//AwBQSwECLQAUAAYACAAAACEA2+H2y+4AAACFAQAAEwAAAAAAAAAAAAAA&#10;AAAAAAAAW0NvbnRlbnRfVHlwZXNdLnhtbFBLAQItABQABgAIAAAAIQBa9CxbvwAAABUBAAALAAAA&#10;AAAAAAAAAAAAAB8BAABfcmVscy8ucmVsc1BLAQItABQABgAIAAAAIQA1SNMiwgAAANsAAAAPAAAA&#10;AAAAAAAAAAAAAAcCAABkcnMvZG93bnJldi54bWxQSwUGAAAAAAMAAwC3AAAA9gIAAAAA&#10;" path="m,l8,37r,4l15,95,4,49,,xe" fillcolor="#1f497d [3215]" strokecolor="#1f497d [3215]" strokeweight="0">
                          <v:fill opacity="13107f"/>
                          <v:stroke opacity="13107f"/>
                          <v:path arrowok="t" o:connecttype="custom" o:connectlocs="0,0;12700,58738;12700,65088;23813,150813;6350,77788;0,0" o:connectangles="0,0,0,0,0,0"/>
                        </v:shape>
                        <v:shape id="Freeform 15" o:spid="_x0000_s1050" style="position:absolute;left:3171;top:46499;width:6382;height:12414;visibility:visible;mso-wrap-style:square;v-text-anchor:top" coordsize="402,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cbZwwAAANsAAAAPAAAAZHJzL2Rvd25yZXYueG1sRE9La8JA&#10;EL4L/Q/LFHrTjaJSoptQ7AOpIJj20tuQHbNps7Mhu2r013cFwdt8fM9Z5r1txJE6XztWMB4lIIhL&#10;p2uuFHx/vQ+fQfiArLFxTArO5CHPHgZLTLU78Y6ORahEDGGfogITQptK6UtDFv3ItcSR27vOYoiw&#10;q6Tu8BTDbSMnSTKXFmuODQZbWhkq/4qDVTBdfR4ub9uJfi2mrH8/Nma8/TFKPT32LwsQgfpwF9/c&#10;ax3nz+D6SzxAZv8AAAD//wMAUEsBAi0AFAAGAAgAAAAhANvh9svuAAAAhQEAABMAAAAAAAAAAAAA&#10;AAAAAAAAAFtDb250ZW50X1R5cGVzXS54bWxQSwECLQAUAAYACAAAACEAWvQsW78AAAAVAQAACwAA&#10;AAAAAAAAAAAAAAAfAQAAX3JlbHMvLnJlbHNQSwECLQAUAAYACAAAACEAII3G2cMAAADbAAAADwAA&#10;AAAAAAAAAAAAAAAHAgAAZHJzL2Rvd25yZXYueG1sUEsFBgAAAAADAAMAtwAAAPcCAAAAAA==&#10;" path="m402,r,1l363,39,325,79r-35,42l255,164r-44,58l171,284r-38,62l100,411,71,478,45,546,27,617,13,689,7,761r,21l,765r1,-4l7,688,21,616,40,545,66,475,95,409r35,-66l167,281r42,-61l253,163r34,-43l324,78,362,38,402,xe" fillcolor="#1f497d [3215]" strokecolor="#1f497d [3215]" strokeweight="0">
                          <v:fill opacity="13107f"/>
                          <v:stroke opacity="13107f"/>
                          <v:path arrowok="t" o:connecttype="custom" o:connectlocs="638175,0;638175,1588;576263,61913;515938,125413;460375,192088;404813,260350;334963,352425;271463,450850;211138,549275;158750,652463;112713,758825;71438,866775;42863,979488;20638,1093788;11113,1208088;11113,1241425;0,1214438;1588,1208088;11113,1092200;33338,977900;63500,865188;104775,754063;150813,649288;206375,544513;265113,446088;331788,349250;401638,258763;455613,190500;514350,123825;574675,60325;638175,0" o:connectangles="0,0,0,0,0,0,0,0,0,0,0,0,0,0,0,0,0,0,0,0,0,0,0,0,0,0,0,0,0,0,0"/>
                        </v:shape>
                        <v:shape id="Freeform 16" o:spid="_x0000_s1051" style="position:absolute;left:3171;top:59040;width:588;height:3112;visibility:visible;mso-wrap-style:square;v-text-anchor:top" coordsize="37,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GsjxAAAANsAAAAPAAAAZHJzL2Rvd25yZXYueG1sRI/LbsIw&#10;EEX3SPyDNZXYFadVeQUMiloqZdMFjw+YxtMkIh6H2Hn07zESErsZ3Xvu3NnsBlOJjhpXWlbwNo1A&#10;EGdWl5wrOJ++X5cgnEfWWFkmBf/kYLcdjzYYa9vzgbqjz0UIYRejgsL7OpbSZQUZdFNbEwftzzYG&#10;fVibXOoG+xBuKvkeRXNpsORwocCaPgvKLsfWhBq498uPRX6lpJt9taffVfpTrpSavAzJGoSnwT/N&#10;DzrVgZvD/ZcwgNzeAAAA//8DAFBLAQItABQABgAIAAAAIQDb4fbL7gAAAIUBAAATAAAAAAAAAAAA&#10;AAAAAAAAAABbQ29udGVudF9UeXBlc10ueG1sUEsBAi0AFAAGAAgAAAAhAFr0LFu/AAAAFQEAAAsA&#10;AAAAAAAAAAAAAAAAHwEAAF9yZWxzLy5yZWxzUEsBAi0AFAAGAAgAAAAhAPacayPEAAAA2wAAAA8A&#10;AAAAAAAAAAAAAAAABwIAAGRycy9kb3ducmV2LnhtbFBLBQYAAAAAAwADALcAAAD4AgAAAAA=&#10;" path="m,l6,15r1,3l12,80r9,54l33,188r4,8l22,162,15,146,5,81,1,40,,xe" fillcolor="#1f497d [3215]" strokecolor="#1f497d [3215]" strokeweight="0">
                          <v:fill opacity="13107f"/>
                          <v:stroke opacity="13107f"/>
                          <v:path arrowok="t" o:connecttype="custom" o:connectlocs="0,0;9525,23813;11113,28575;19050,127000;33338,212725;52388,298450;58738,311150;34925,257175;23813,231775;7938,128588;1588,63500;0,0" o:connectangles="0,0,0,0,0,0,0,0,0,0,0,0"/>
                        </v:shape>
                        <v:shape id="Freeform 17" o:spid="_x0000_s1052" style="position:absolute;left:3632;top:62231;width:492;height:1048;visibility:visible;mso-wrap-style:square;v-text-anchor:top" coordsize="3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uxYwgAAANsAAAAPAAAAZHJzL2Rvd25yZXYueG1sRE9NawIx&#10;EL0X/A9hBC9Ss3qodTWKSEt7kVINpb0Nybi7uJksm7hu/70pCL3N433OatO7WnTUhsqzgukkA0Fs&#10;vK24UKCPr4/PIEJEtlh7JgW/FGCzHjysMLf+yp/UHWIhUgiHHBWUMTa5lMGU5DBMfEOcuJNvHcYE&#10;20LaFq8p3NVylmVP0mHFqaHEhnYlmfPh4hTQd7fYf/xUZs76Resvuug3M1ZqNOy3SxCR+vgvvrvf&#10;bZo/h79f0gFyfQMAAP//AwBQSwECLQAUAAYACAAAACEA2+H2y+4AAACFAQAAEwAAAAAAAAAAAAAA&#10;AAAAAAAAW0NvbnRlbnRfVHlwZXNdLnhtbFBLAQItABQABgAIAAAAIQBa9CxbvwAAABUBAAALAAAA&#10;AAAAAAAAAAAAAB8BAABfcmVscy8ucmVsc1BLAQItABQABgAIAAAAIQBvLuxYwgAAANsAAAAPAAAA&#10;AAAAAAAAAAAAAAcCAABkcnMvZG93bnJldi54bWxQSwUGAAAAAAMAAwC3AAAA9gIAAAAA&#10;" path="m,l31,66r-7,l,xe" fillcolor="#1f497d [3215]" strokecolor="#1f497d [3215]" strokeweight="0">
                          <v:fill opacity="13107f"/>
                          <v:stroke opacity="13107f"/>
                          <v:path arrowok="t" o:connecttype="custom" o:connectlocs="0,0;49213,104775;38100,104775;0,0" o:connectangles="0,0,0,0"/>
                        </v:shape>
                        <v:shape id="Freeform 18" o:spid="_x0000_s1053" style="position:absolute;left:3171;top:58644;width:111;height:682;visibility:visible;mso-wrap-style:square;v-text-anchor:top" coordsize="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6SywgAAANsAAAAPAAAAZHJzL2Rvd25yZXYueG1sRI9PawIx&#10;EMXvhX6HMAVvNasHKVujiFjoRbD+gR6HZNysbibLJurqp+8cCt5meG/e+8103odGXalLdWQDo2EB&#10;ithGV3NlYL/7ev8AlTKywyYyGbhTgvns9WWKpYs3/qHrNldKQjiVaMDn3JZaJ+spYBrGlli0Y+wC&#10;Zlm7SrsObxIeGj0uiokOWLM0eGxp6cmet5dgoPYnXB8eNuFBr/bRnja/mipjBm/94hNUpj4/zf/X&#10;307wBVZ+kQH07A8AAP//AwBQSwECLQAUAAYACAAAACEA2+H2y+4AAACFAQAAEwAAAAAAAAAAAAAA&#10;AAAAAAAAW0NvbnRlbnRfVHlwZXNdLnhtbFBLAQItABQABgAIAAAAIQBa9CxbvwAAABUBAAALAAAA&#10;AAAAAAAAAAAAAB8BAABfcmVscy8ucmVsc1BLAQItABQABgAIAAAAIQCTN6SywgAAANsAAAAPAAAA&#10;AAAAAAAAAAAAAAcCAABkcnMvZG93bnJldi54bWxQSwUGAAAAAAMAAwC3AAAA9gIAAAAA&#10;" path="m,l7,17r,26l6,40,,25,,xe" fillcolor="#1f497d [3215]" strokecolor="#1f497d [3215]" strokeweight="0">
                          <v:fill opacity="13107f"/>
                          <v:stroke opacity="13107f"/>
                          <v:path arrowok="t" o:connecttype="custom" o:connectlocs="0,0;11113,26988;11113,68263;9525,63500;0,39688;0,0" o:connectangles="0,0,0,0,0,0"/>
                        </v:shape>
                        <v:shape id="Freeform 19" o:spid="_x0000_s1054" style="position:absolute;left:3409;top:61358;width:731;height:1921;visibility:visible;mso-wrap-style:square;v-text-anchor:top" coordsize="46,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kBvwAAANsAAAAPAAAAZHJzL2Rvd25yZXYueG1sRE9Ni8Iw&#10;EL0L/ocwgjdN3YNoNYoKC7I96Qpex2Zsis0kNFmt/94Iwt7m8T5nue5sI+7Uhtqxgsk4A0FcOl1z&#10;peD0+z2agQgRWWPjmBQ8KcB61e8tMdfuwQe6H2MlUgiHHBWYGH0uZSgNWQxj54kTd3WtxZhgW0nd&#10;4iOF20Z+ZdlUWqw5NRj0tDNU3o5/VkGxNfO6OvxMiq2c+osvzvvN6azUcNBtFiAidfFf/HHvdZo/&#10;h/cv6QC5egEAAP//AwBQSwECLQAUAAYACAAAACEA2+H2y+4AAACFAQAAEwAAAAAAAAAAAAAAAAAA&#10;AAAAW0NvbnRlbnRfVHlwZXNdLnhtbFBLAQItABQABgAIAAAAIQBa9CxbvwAAABUBAAALAAAAAAAA&#10;AAAAAAAAAB8BAABfcmVscy8ucmVsc1BLAQItABQABgAIAAAAIQC+jQkBvwAAANsAAAAPAAAAAAAA&#10;AAAAAAAAAAcCAABkcnMvZG93bnJldi54bWxQSwUGAAAAAAMAAwC3AAAA8wIAAAAA&#10;" path="m,l7,16,22,50,33,86r13,35l45,121,14,55,11,44,,xe" fillcolor="#1f497d [3215]" strokecolor="#1f497d [3215]" strokeweight="0">
                          <v:fill opacity="13107f"/>
                          <v:stroke opacity="13107f"/>
                          <v:path arrowok="t" o:connecttype="custom" o:connectlocs="0,0;11113,25400;34925,79375;52388,136525;73025,192088;71438,192088;22225,87313;17463,69850;0,0" o:connectangles="0,0,0,0,0,0,0,0,0"/>
                        </v:shape>
                      </v:group>
                    </v:group>
                    <w10:wrap anchorx="page" anchory="page"/>
                  </v:group>
                </w:pict>
              </mc:Fallback>
            </mc:AlternateContent>
          </w:r>
          <w:r w:rsidR="00053BEC" w:rsidRPr="00684C6D">
            <w:rPr>
              <w:rFonts w:ascii="Arial" w:hAnsi="Arial" w:cs="Arial"/>
              <w:noProof/>
            </w:rPr>
            <mc:AlternateContent>
              <mc:Choice Requires="wps">
                <w:drawing>
                  <wp:anchor distT="0" distB="0" distL="114300" distR="114300" simplePos="0" relativeHeight="251668992" behindDoc="0" locked="0" layoutInCell="1" allowOverlap="1" wp14:anchorId="53975ECE" wp14:editId="35992D14">
                    <wp:simplePos x="0" y="0"/>
                    <mc:AlternateContent>
                      <mc:Choice Requires="wp14">
                        <wp:positionH relativeFrom="page">
                          <wp14:pctPosHOffset>42000</wp14:pctPosHOffset>
                        </wp:positionH>
                      </mc:Choice>
                      <mc:Fallback>
                        <wp:positionH relativeFrom="page">
                          <wp:posOffset>3175000</wp:posOffset>
                        </wp:positionH>
                      </mc:Fallback>
                    </mc:AlternateContent>
                    <mc:AlternateContent>
                      <mc:Choice Requires="wp14">
                        <wp:positionV relativeFrom="page">
                          <wp14:pctPosVOffset>17500</wp14:pctPosVOffset>
                        </wp:positionV>
                      </mc:Choice>
                      <mc:Fallback>
                        <wp:positionV relativeFrom="page">
                          <wp:posOffset>1870710</wp:posOffset>
                        </wp:positionV>
                      </mc:Fallback>
                    </mc:AlternateContent>
                    <wp:extent cx="3657600" cy="1069848"/>
                    <wp:effectExtent l="0" t="0" r="7620" b="635"/>
                    <wp:wrapNone/>
                    <wp:docPr id="1" name="Text Box 3"/>
                    <wp:cNvGraphicFramePr/>
                    <a:graphic xmlns:a="http://schemas.openxmlformats.org/drawingml/2006/main">
                      <a:graphicData uri="http://schemas.microsoft.com/office/word/2010/wordprocessingShape">
                        <wps:wsp>
                          <wps:cNvSpPr txBox="1"/>
                          <wps:spPr>
                            <a:xfrm>
                              <a:off x="0" y="0"/>
                              <a:ext cx="3657600" cy="106984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96731C2" w14:textId="34E188B3" w:rsidR="00053BEC" w:rsidRPr="002A2EE6" w:rsidRDefault="003B700C">
                                <w:pPr>
                                  <w:pStyle w:val="NoSpacing"/>
                                  <w:rPr>
                                    <w:rFonts w:asciiTheme="majorHAnsi" w:eastAsiaTheme="majorEastAsia" w:hAnsiTheme="majorHAnsi" w:cstheme="majorHAnsi"/>
                                    <w:color w:val="002060"/>
                                    <w:sz w:val="96"/>
                                    <w:szCs w:val="96"/>
                                  </w:rPr>
                                </w:pPr>
                                <w:sdt>
                                  <w:sdtPr>
                                    <w:rPr>
                                      <w:rFonts w:asciiTheme="majorHAnsi" w:hAnsiTheme="majorHAnsi" w:cstheme="majorHAnsi"/>
                                      <w:b/>
                                      <w:color w:val="002060"/>
                                      <w:sz w:val="96"/>
                                      <w:szCs w:val="96"/>
                                    </w:rPr>
                                    <w:alias w:val="Title"/>
                                    <w:tag w:val=""/>
                                    <w:id w:val="-705018352"/>
                                    <w:dataBinding w:prefixMappings="xmlns:ns0='http://purl.org/dc/elements/1.1/' xmlns:ns1='http://schemas.openxmlformats.org/package/2006/metadata/core-properties' " w:xpath="/ns1:coreProperties[1]/ns0:title[1]" w:storeItemID="{6C3C8BC8-F283-45AE-878A-BAB7291924A1}"/>
                                    <w:text/>
                                  </w:sdtPr>
                                  <w:sdtEndPr/>
                                  <w:sdtContent>
                                    <w:r w:rsidR="00231E28" w:rsidRPr="002A2EE6">
                                      <w:rPr>
                                        <w:rFonts w:asciiTheme="majorHAnsi" w:hAnsiTheme="majorHAnsi" w:cstheme="majorHAnsi"/>
                                        <w:b/>
                                        <w:color w:val="002060"/>
                                        <w:sz w:val="96"/>
                                        <w:szCs w:val="96"/>
                                      </w:rPr>
                                      <w:t>Rural Needs Act (NI) 2016 - Annual Monitoring Report</w:t>
                                    </w:r>
                                  </w:sdtContent>
                                </w:sdt>
                              </w:p>
                              <w:p w14:paraId="26EC919B" w14:textId="2D75F004" w:rsidR="00053BEC" w:rsidRPr="002A2EE6" w:rsidRDefault="00053BEC" w:rsidP="00053BEC">
                                <w:pPr>
                                  <w:spacing w:before="120"/>
                                  <w:rPr>
                                    <w:rFonts w:asciiTheme="majorHAnsi" w:hAnsiTheme="majorHAnsi" w:cstheme="majorHAnsi"/>
                                    <w:b/>
                                    <w:color w:val="00AA4F"/>
                                    <w:sz w:val="72"/>
                                    <w:szCs w:val="72"/>
                                  </w:rPr>
                                </w:pPr>
                                <w:r w:rsidRPr="002A2EE6">
                                  <w:rPr>
                                    <w:rFonts w:asciiTheme="majorHAnsi" w:hAnsiTheme="majorHAnsi" w:cstheme="majorHAnsi"/>
                                    <w:b/>
                                    <w:color w:val="00AA4F"/>
                                    <w:sz w:val="72"/>
                                    <w:szCs w:val="72"/>
                                  </w:rPr>
                                  <w:t xml:space="preserve">User Guide </w:t>
                                </w:r>
                              </w:p>
                              <w:p w14:paraId="6CCE25BC" w14:textId="13D1CB6C" w:rsidR="00B400F1" w:rsidRPr="002A2EE6" w:rsidRDefault="00B400F1" w:rsidP="00053BEC">
                                <w:pPr>
                                  <w:spacing w:before="120"/>
                                  <w:rPr>
                                    <w:rFonts w:asciiTheme="majorHAnsi" w:hAnsiTheme="majorHAnsi" w:cstheme="majorHAnsi"/>
                                    <w:color w:val="002060"/>
                                    <w:sz w:val="72"/>
                                    <w:szCs w:val="72"/>
                                  </w:rPr>
                                </w:pPr>
                                <w:r w:rsidRPr="002A2EE6">
                                  <w:rPr>
                                    <w:rFonts w:asciiTheme="majorHAnsi" w:hAnsiTheme="majorHAnsi" w:cstheme="majorHAnsi"/>
                                    <w:b/>
                                    <w:color w:val="002060"/>
                                    <w:sz w:val="72"/>
                                    <w:szCs w:val="72"/>
                                  </w:rPr>
                                  <w:t>M</w:t>
                                </w:r>
                                <w:r w:rsidR="001A4405" w:rsidRPr="002A2EE6">
                                  <w:rPr>
                                    <w:rFonts w:asciiTheme="majorHAnsi" w:hAnsiTheme="majorHAnsi" w:cstheme="majorHAnsi"/>
                                    <w:b/>
                                    <w:color w:val="002060"/>
                                    <w:sz w:val="72"/>
                                    <w:szCs w:val="72"/>
                                  </w:rPr>
                                  <w:t>arch</w:t>
                                </w:r>
                                <w:r w:rsidRPr="002A2EE6">
                                  <w:rPr>
                                    <w:rFonts w:asciiTheme="majorHAnsi" w:hAnsiTheme="majorHAnsi" w:cstheme="majorHAnsi"/>
                                    <w:b/>
                                    <w:color w:val="002060"/>
                                    <w:sz w:val="72"/>
                                    <w:szCs w:val="72"/>
                                  </w:rPr>
                                  <w:t xml:space="preserve"> 2026</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45000</wp14:pctWidth>
                    </wp14:sizeRelH>
                    <wp14:sizeRelV relativeFrom="margin">
                      <wp14:pctHeight>0</wp14:pctHeight>
                    </wp14:sizeRelV>
                  </wp:anchor>
                </w:drawing>
              </mc:Choice>
              <mc:Fallback>
                <w:pict>
                  <v:shapetype w14:anchorId="53975ECE" id="_x0000_t202" coordsize="21600,21600" o:spt="202" path="m,l,21600r21600,l21600,xe">
                    <v:stroke joinstyle="miter"/>
                    <v:path gradientshapeok="t" o:connecttype="rect"/>
                  </v:shapetype>
                  <v:shape id="Text Box 3" o:spid="_x0000_s1055" type="#_x0000_t202" style="position:absolute;margin-left:0;margin-top:0;width:4in;height:84.25pt;z-index:251668992;visibility:visible;mso-wrap-style:square;mso-width-percent:450;mso-height-percent:0;mso-left-percent:420;mso-top-percent:175;mso-wrap-distance-left:9pt;mso-wrap-distance-top:0;mso-wrap-distance-right:9pt;mso-wrap-distance-bottom:0;mso-position-horizontal-relative:page;mso-position-vertical-relative:page;mso-width-percent:450;mso-height-percent:0;mso-left-percent:420;mso-top-percent:175;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7RNHYQIAADUFAAAOAAAAZHJzL2Uyb0RvYy54bWysVN9v0zAQfkfif7D8TpNurJRq6VQ2FSFN&#10;20SH9uw69hrh+Ix9bVL++p2dpJ0KL0O8OBffd7+/8+VVWxu2Uz5UYAs+HuWcKSuhrOxzwX88Lj9M&#10;OQsobCkMWFXwvQr8av7+3WXjZuoMNmBK5Rk5sWHWuIJvEN0sy4LcqFqEEThlSanB1wLp1z9npRcN&#10;ea9Ndpbnk6wBXzoPUoVAtzedks+Tf62VxHutg0JmCk65YTp9OtfxzOaXYvbshdtUsk9D/EMWtags&#10;BT24uhEo2NZXf7iqK+khgMaRhDoDrSupUg1UzTg/qWa1EU6lWqg5wR3aFP6fW3m3W7kHz7D9Ai0N&#10;MDakcWEW6DLW02pfxy9lykhPLdwf2qZaZJIuzycXnyY5qSTpxvnk8/TjNPrJjubOB/yqoGZRKLin&#10;uaR2id1twA46QGI0C8vKmDQbY1lT8Mn5RZ4MDhpybmzEqjTl3s0x9STh3qiIMfa70qwqUwXxIvFL&#10;XRvPdoKYIaRUFlPxyS+hI0pTEm8x7PHHrN5i3NUxRAaLB+O6suBT9Sdplz+HlHWHp56/qjuK2K5b&#10;KvzVZNdQ7mngHrpdCE4uKxrKrQj4IDyRnwZJC433dGgD1HzoJc424H//7T7iiZOk5ayhZSp4+LUV&#10;XnFmvllia9y8QfCDsB4Eu62vgaYwpqfCySSSgUcziNpD/UR7vohRSCWspFgFx0G8xm6l6Z2QarFI&#10;INovJ/DWrpyMruNQIsUe2yfhXc9DJArfwbBmYnZCxw6b+OIWWyRSJq7GvnZd7PtNu5nY3r8jcflf&#10;/yfU8bWbvwAAAP//AwBQSwMEFAAGAAgAAAAhAMjPqBXYAAAABQEAAA8AAABkcnMvZG93bnJldi54&#10;bWxMj8FOwzAQRO9I/QdrK3GjTikJUYhTQaUeOVD4ADte4oh4HWK3CX/PwgUuK41mNPum3i9+EBec&#10;Yh9IwXaTgUBqg+2pU/D2erwpQcSkyeohECr4wgj7ZnVV68qGmV7wckqd4BKKlVbgUhorKWPr0Ou4&#10;CSMSe+9h8jqxnDppJz1zuR/kbZYV0uue+IPTIx4cth+ns1fwbO7srvw02+44P1lrUuly3yp1vV4e&#10;H0AkXNJfGH7wGR0aZjLhTDaKQQEPSb+Xvfy+YGk4VJQ5yKaW/+mbbwAAAP//AwBQSwECLQAUAAYA&#10;CAAAACEAtoM4kv4AAADhAQAAEwAAAAAAAAAAAAAAAAAAAAAAW0NvbnRlbnRfVHlwZXNdLnhtbFBL&#10;AQItABQABgAIAAAAIQA4/SH/1gAAAJQBAAALAAAAAAAAAAAAAAAAAC8BAABfcmVscy8ucmVsc1BL&#10;AQItABQABgAIAAAAIQA87RNHYQIAADUFAAAOAAAAAAAAAAAAAAAAAC4CAABkcnMvZTJvRG9jLnht&#10;bFBLAQItABQABgAIAAAAIQDIz6gV2AAAAAUBAAAPAAAAAAAAAAAAAAAAALsEAABkcnMvZG93bnJl&#10;di54bWxQSwUGAAAAAAQABADzAAAAwAUAAAAA&#10;" filled="f" stroked="f" strokeweight=".5pt">
                    <v:textbox style="mso-fit-shape-to-text:t" inset="0,0,0,0">
                      <w:txbxContent>
                        <w:p w14:paraId="196731C2" w14:textId="34E188B3" w:rsidR="00053BEC" w:rsidRPr="002A2EE6" w:rsidRDefault="00000000">
                          <w:pPr>
                            <w:pStyle w:val="NoSpacing"/>
                            <w:rPr>
                              <w:rFonts w:asciiTheme="majorHAnsi" w:eastAsiaTheme="majorEastAsia" w:hAnsiTheme="majorHAnsi" w:cstheme="majorHAnsi"/>
                              <w:color w:val="002060"/>
                              <w:sz w:val="96"/>
                              <w:szCs w:val="96"/>
                            </w:rPr>
                          </w:pPr>
                          <w:sdt>
                            <w:sdtPr>
                              <w:rPr>
                                <w:rFonts w:asciiTheme="majorHAnsi" w:hAnsiTheme="majorHAnsi" w:cstheme="majorHAnsi"/>
                                <w:b/>
                                <w:color w:val="002060"/>
                                <w:sz w:val="96"/>
                                <w:szCs w:val="96"/>
                              </w:rPr>
                              <w:alias w:val="Title"/>
                              <w:tag w:val=""/>
                              <w:id w:val="-705018352"/>
                              <w:dataBinding w:prefixMappings="xmlns:ns0='http://purl.org/dc/elements/1.1/' xmlns:ns1='http://schemas.openxmlformats.org/package/2006/metadata/core-properties' " w:xpath="/ns1:coreProperties[1]/ns0:title[1]" w:storeItemID="{6C3C8BC8-F283-45AE-878A-BAB7291924A1}"/>
                              <w:text/>
                            </w:sdtPr>
                            <w:sdtContent>
                              <w:r w:rsidR="00231E28" w:rsidRPr="002A2EE6">
                                <w:rPr>
                                  <w:rFonts w:asciiTheme="majorHAnsi" w:hAnsiTheme="majorHAnsi" w:cstheme="majorHAnsi"/>
                                  <w:b/>
                                  <w:color w:val="002060"/>
                                  <w:sz w:val="96"/>
                                  <w:szCs w:val="96"/>
                                </w:rPr>
                                <w:t>Rural Needs Act (NI) 2016 - Annual Monitoring Report</w:t>
                              </w:r>
                            </w:sdtContent>
                          </w:sdt>
                        </w:p>
                        <w:p w14:paraId="26EC919B" w14:textId="2D75F004" w:rsidR="00053BEC" w:rsidRPr="002A2EE6" w:rsidRDefault="00053BEC" w:rsidP="00053BEC">
                          <w:pPr>
                            <w:spacing w:before="120"/>
                            <w:rPr>
                              <w:rFonts w:asciiTheme="majorHAnsi" w:hAnsiTheme="majorHAnsi" w:cstheme="majorHAnsi"/>
                              <w:b/>
                              <w:color w:val="00AA4F"/>
                              <w:sz w:val="72"/>
                              <w:szCs w:val="72"/>
                            </w:rPr>
                          </w:pPr>
                          <w:r w:rsidRPr="002A2EE6">
                            <w:rPr>
                              <w:rFonts w:asciiTheme="majorHAnsi" w:hAnsiTheme="majorHAnsi" w:cstheme="majorHAnsi"/>
                              <w:b/>
                              <w:color w:val="00AA4F"/>
                              <w:sz w:val="72"/>
                              <w:szCs w:val="72"/>
                            </w:rPr>
                            <w:t xml:space="preserve">User Guide </w:t>
                          </w:r>
                        </w:p>
                        <w:p w14:paraId="6CCE25BC" w14:textId="13D1CB6C" w:rsidR="00B400F1" w:rsidRPr="002A2EE6" w:rsidRDefault="00B400F1" w:rsidP="00053BEC">
                          <w:pPr>
                            <w:spacing w:before="120"/>
                            <w:rPr>
                              <w:rFonts w:asciiTheme="majorHAnsi" w:hAnsiTheme="majorHAnsi" w:cstheme="majorHAnsi"/>
                              <w:color w:val="002060"/>
                              <w:sz w:val="72"/>
                              <w:szCs w:val="72"/>
                            </w:rPr>
                          </w:pPr>
                          <w:r w:rsidRPr="002A2EE6">
                            <w:rPr>
                              <w:rFonts w:asciiTheme="majorHAnsi" w:hAnsiTheme="majorHAnsi" w:cstheme="majorHAnsi"/>
                              <w:b/>
                              <w:color w:val="002060"/>
                              <w:sz w:val="72"/>
                              <w:szCs w:val="72"/>
                            </w:rPr>
                            <w:t>M</w:t>
                          </w:r>
                          <w:r w:rsidR="001A4405" w:rsidRPr="002A2EE6">
                            <w:rPr>
                              <w:rFonts w:asciiTheme="majorHAnsi" w:hAnsiTheme="majorHAnsi" w:cstheme="majorHAnsi"/>
                              <w:b/>
                              <w:color w:val="002060"/>
                              <w:sz w:val="72"/>
                              <w:szCs w:val="72"/>
                            </w:rPr>
                            <w:t>arch</w:t>
                          </w:r>
                          <w:r w:rsidRPr="002A2EE6">
                            <w:rPr>
                              <w:rFonts w:asciiTheme="majorHAnsi" w:hAnsiTheme="majorHAnsi" w:cstheme="majorHAnsi"/>
                              <w:b/>
                              <w:color w:val="002060"/>
                              <w:sz w:val="72"/>
                              <w:szCs w:val="72"/>
                            </w:rPr>
                            <w:t xml:space="preserve"> 2026</w:t>
                          </w:r>
                        </w:p>
                      </w:txbxContent>
                    </v:textbox>
                    <w10:wrap anchorx="page" anchory="page"/>
                  </v:shape>
                </w:pict>
              </mc:Fallback>
            </mc:AlternateContent>
          </w:r>
        </w:sdtContent>
      </w:sdt>
    </w:p>
    <w:p w14:paraId="4519BDCE" w14:textId="35F1A3CC" w:rsidR="00403804" w:rsidRPr="00684C6D" w:rsidRDefault="004A6879" w:rsidP="004A6879">
      <w:pPr>
        <w:tabs>
          <w:tab w:val="left" w:pos="3080"/>
        </w:tabs>
        <w:rPr>
          <w:rFonts w:ascii="Arial" w:hAnsi="Arial" w:cs="Arial"/>
        </w:rPr>
      </w:pPr>
      <w:r>
        <w:rPr>
          <w:rFonts w:ascii="Arial" w:hAnsi="Arial" w:cs="Arial"/>
        </w:rPr>
        <w:tab/>
      </w:r>
    </w:p>
    <w:p w14:paraId="3A17528A" w14:textId="6CDBAD3C" w:rsidR="00403804" w:rsidRPr="00684C6D" w:rsidRDefault="00403804">
      <w:pPr>
        <w:rPr>
          <w:rFonts w:ascii="Arial" w:hAnsi="Arial" w:cs="Arial"/>
        </w:rPr>
      </w:pPr>
    </w:p>
    <w:p w14:paraId="72E487E2" w14:textId="1E8FE92A" w:rsidR="00403804" w:rsidRPr="00684C6D" w:rsidRDefault="00403804">
      <w:pPr>
        <w:rPr>
          <w:rFonts w:ascii="Arial" w:hAnsi="Arial" w:cs="Arial"/>
        </w:rPr>
      </w:pPr>
    </w:p>
    <w:p w14:paraId="1603E8E5" w14:textId="4439B962" w:rsidR="00403804" w:rsidRPr="002A2EE6" w:rsidRDefault="00403804">
      <w:pPr>
        <w:rPr>
          <w:rFonts w:ascii="Arial" w:hAnsi="Arial" w:cs="Arial"/>
          <w:color w:val="002060"/>
        </w:rPr>
      </w:pPr>
    </w:p>
    <w:p w14:paraId="3D0BC12D" w14:textId="742A9F11" w:rsidR="00403804" w:rsidRPr="002A2EE6" w:rsidRDefault="00403804">
      <w:pPr>
        <w:rPr>
          <w:rFonts w:ascii="Arial" w:hAnsi="Arial" w:cs="Arial"/>
          <w:color w:val="002060"/>
        </w:rPr>
      </w:pPr>
    </w:p>
    <w:p w14:paraId="740F68E4" w14:textId="721F5EE6" w:rsidR="00403804" w:rsidRPr="002A2EE6" w:rsidRDefault="00403804">
      <w:pPr>
        <w:rPr>
          <w:rFonts w:ascii="Arial" w:hAnsi="Arial" w:cs="Arial"/>
          <w:color w:val="002060"/>
        </w:rPr>
      </w:pPr>
    </w:p>
    <w:p w14:paraId="133CAE0A" w14:textId="77777777" w:rsidR="00403804" w:rsidRPr="002A2EE6" w:rsidRDefault="00403804">
      <w:pPr>
        <w:rPr>
          <w:rFonts w:ascii="Arial" w:hAnsi="Arial" w:cs="Arial"/>
          <w:color w:val="002060"/>
        </w:rPr>
      </w:pPr>
    </w:p>
    <w:p w14:paraId="441146E7" w14:textId="3EFF1481" w:rsidR="00403804" w:rsidRPr="002A2EE6" w:rsidRDefault="00403804">
      <w:pPr>
        <w:rPr>
          <w:rFonts w:ascii="Arial" w:hAnsi="Arial" w:cs="Arial"/>
          <w:color w:val="002060"/>
        </w:rPr>
      </w:pPr>
    </w:p>
    <w:p w14:paraId="757ADC30" w14:textId="77777777" w:rsidR="00403804" w:rsidRPr="00684C6D" w:rsidRDefault="00403804">
      <w:pPr>
        <w:rPr>
          <w:rFonts w:ascii="Arial" w:hAnsi="Arial" w:cs="Arial"/>
        </w:rPr>
      </w:pPr>
    </w:p>
    <w:p w14:paraId="025CBFAD" w14:textId="0508A84A" w:rsidR="00403804" w:rsidRPr="00684C6D" w:rsidRDefault="00403804">
      <w:pPr>
        <w:rPr>
          <w:rFonts w:ascii="Arial" w:hAnsi="Arial" w:cs="Arial"/>
        </w:rPr>
      </w:pPr>
    </w:p>
    <w:p w14:paraId="0A516656" w14:textId="1F7C0C8E" w:rsidR="00403804" w:rsidRPr="00684C6D" w:rsidRDefault="00403804">
      <w:pPr>
        <w:rPr>
          <w:rFonts w:ascii="Arial" w:hAnsi="Arial" w:cs="Arial"/>
        </w:rPr>
      </w:pPr>
    </w:p>
    <w:p w14:paraId="0D3C6984" w14:textId="0AC5F2B3" w:rsidR="00403804" w:rsidRPr="00684C6D" w:rsidRDefault="00403804">
      <w:pPr>
        <w:rPr>
          <w:rFonts w:ascii="Arial" w:hAnsi="Arial" w:cs="Arial"/>
        </w:rPr>
      </w:pPr>
    </w:p>
    <w:p w14:paraId="202D4A75" w14:textId="1A04E307" w:rsidR="00403804" w:rsidRPr="00684C6D" w:rsidRDefault="00403804">
      <w:pPr>
        <w:rPr>
          <w:rFonts w:ascii="Arial" w:hAnsi="Arial" w:cs="Arial"/>
        </w:rPr>
      </w:pPr>
    </w:p>
    <w:p w14:paraId="5F8D84E6" w14:textId="77777777" w:rsidR="00403804" w:rsidRPr="00684C6D" w:rsidRDefault="00403804">
      <w:pPr>
        <w:rPr>
          <w:rFonts w:ascii="Arial" w:hAnsi="Arial" w:cs="Arial"/>
        </w:rPr>
      </w:pPr>
    </w:p>
    <w:p w14:paraId="01B45966" w14:textId="76CA1413" w:rsidR="005821B6" w:rsidRPr="00684C6D" w:rsidRDefault="005821B6">
      <w:pPr>
        <w:rPr>
          <w:rFonts w:ascii="Arial" w:hAnsi="Arial" w:cs="Arial"/>
        </w:rPr>
      </w:pPr>
      <w:r w:rsidRPr="00684C6D">
        <w:rPr>
          <w:rFonts w:ascii="Arial" w:hAnsi="Arial" w:cs="Arial"/>
        </w:rPr>
        <w:br w:type="page"/>
      </w:r>
    </w:p>
    <w:p w14:paraId="08B89BE4" w14:textId="04226B1D" w:rsidR="00403804" w:rsidRPr="002A2EE6" w:rsidRDefault="005821B6" w:rsidP="00684C6D">
      <w:pPr>
        <w:pStyle w:val="DAERAHeading"/>
        <w:rPr>
          <w:color w:val="002060"/>
        </w:rPr>
      </w:pPr>
      <w:r w:rsidRPr="002A2EE6">
        <w:rPr>
          <w:color w:val="002060"/>
        </w:rPr>
        <w:lastRenderedPageBreak/>
        <w:t>Contents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2"/>
        <w:gridCol w:w="1224"/>
      </w:tblGrid>
      <w:tr w:rsidR="006908F7" w:rsidRPr="00684C6D" w14:paraId="267EB241" w14:textId="77777777" w:rsidTr="00D81571">
        <w:tc>
          <w:tcPr>
            <w:tcW w:w="7792" w:type="dxa"/>
          </w:tcPr>
          <w:p w14:paraId="2E0D7642" w14:textId="66560C6D" w:rsidR="00596329" w:rsidRPr="002A2EE6" w:rsidRDefault="005821B6" w:rsidP="00684C6D">
            <w:pPr>
              <w:pStyle w:val="DAERASub"/>
            </w:pPr>
            <w:r w:rsidRPr="00684C6D">
              <w:rPr>
                <w:color w:val="244061" w:themeColor="accent1" w:themeShade="80"/>
                <w:sz w:val="48"/>
              </w:rPr>
              <w:br w:type="page"/>
            </w:r>
            <w:r w:rsidR="006908F7" w:rsidRPr="002A2EE6">
              <w:t>Overview</w:t>
            </w:r>
          </w:p>
          <w:p w14:paraId="4D571BE4" w14:textId="1BF4CD6A" w:rsidR="00BD3FDB" w:rsidRPr="00684C6D" w:rsidRDefault="00BD3FDB" w:rsidP="00BD3FDB">
            <w:pPr>
              <w:spacing w:line="0" w:lineRule="atLeast"/>
              <w:rPr>
                <w:rFonts w:ascii="Arial" w:hAnsi="Arial" w:cs="Arial"/>
                <w:b/>
                <w:color w:val="002060"/>
                <w:sz w:val="24"/>
                <w:szCs w:val="24"/>
              </w:rPr>
            </w:pPr>
          </w:p>
        </w:tc>
        <w:tc>
          <w:tcPr>
            <w:tcW w:w="1224" w:type="dxa"/>
          </w:tcPr>
          <w:p w14:paraId="21D5E9FF" w14:textId="67AB3B2C" w:rsidR="006908F7" w:rsidRPr="00684C6D" w:rsidRDefault="006908F7" w:rsidP="00BD3FDB">
            <w:pPr>
              <w:jc w:val="center"/>
              <w:rPr>
                <w:rFonts w:ascii="Arial" w:hAnsi="Arial" w:cs="Arial"/>
                <w:b/>
                <w:color w:val="244061" w:themeColor="accent1" w:themeShade="80"/>
                <w:sz w:val="48"/>
              </w:rPr>
            </w:pPr>
          </w:p>
        </w:tc>
      </w:tr>
      <w:tr w:rsidR="00596329" w:rsidRPr="00684C6D" w14:paraId="6A31A55D" w14:textId="77777777" w:rsidTr="00D81571">
        <w:tc>
          <w:tcPr>
            <w:tcW w:w="7792" w:type="dxa"/>
          </w:tcPr>
          <w:p w14:paraId="38F153B0" w14:textId="03CABCC8" w:rsidR="0011579F" w:rsidRPr="0011579F" w:rsidRDefault="00596329" w:rsidP="0011579F">
            <w:pPr>
              <w:pStyle w:val="Heading1"/>
              <w:spacing w:before="0" w:line="0" w:lineRule="atLeast"/>
              <w:ind w:left="360"/>
              <w:rPr>
                <w:rFonts w:ascii="Arial" w:eastAsiaTheme="minorEastAsia" w:hAnsi="Arial" w:cs="Arial"/>
                <w:b w:val="0"/>
                <w:color w:val="auto"/>
                <w:sz w:val="24"/>
                <w:szCs w:val="24"/>
              </w:rPr>
            </w:pPr>
            <w:r w:rsidRPr="00684C6D">
              <w:rPr>
                <w:rFonts w:ascii="Arial" w:eastAsiaTheme="minorEastAsia" w:hAnsi="Arial" w:cs="Arial"/>
                <w:b w:val="0"/>
                <w:color w:val="auto"/>
                <w:sz w:val="24"/>
                <w:szCs w:val="24"/>
              </w:rPr>
              <w:t>User Guide Overview</w:t>
            </w:r>
          </w:p>
          <w:p w14:paraId="6EEAA549" w14:textId="0E278FA3" w:rsidR="00596329" w:rsidRPr="00684C6D" w:rsidRDefault="00596329" w:rsidP="00596329">
            <w:pPr>
              <w:rPr>
                <w:rFonts w:ascii="Arial" w:hAnsi="Arial" w:cs="Arial"/>
              </w:rPr>
            </w:pPr>
          </w:p>
        </w:tc>
        <w:tc>
          <w:tcPr>
            <w:tcW w:w="1224" w:type="dxa"/>
          </w:tcPr>
          <w:p w14:paraId="3AD3CB79" w14:textId="24DB5688" w:rsidR="00596329" w:rsidRPr="00684C6D" w:rsidRDefault="00596329" w:rsidP="00BD3FDB">
            <w:pPr>
              <w:jc w:val="center"/>
              <w:rPr>
                <w:rFonts w:ascii="Arial" w:eastAsiaTheme="majorEastAsia" w:hAnsi="Arial" w:cs="Arial"/>
                <w:b/>
                <w:bCs/>
                <w:color w:val="002060"/>
                <w:sz w:val="24"/>
                <w:szCs w:val="24"/>
              </w:rPr>
            </w:pPr>
            <w:hyperlink w:anchor="UserGuideOverview" w:history="1">
              <w:r w:rsidRPr="00A80B42">
                <w:rPr>
                  <w:rStyle w:val="Hyperlink"/>
                  <w:rFonts w:ascii="Arial" w:hAnsi="Arial" w:cs="Arial"/>
                  <w:bCs/>
                  <w:sz w:val="24"/>
                  <w:szCs w:val="24"/>
                </w:rPr>
                <w:t>2</w:t>
              </w:r>
            </w:hyperlink>
          </w:p>
        </w:tc>
      </w:tr>
      <w:tr w:rsidR="006908F7" w:rsidRPr="00684C6D" w14:paraId="522A9E43" w14:textId="77777777" w:rsidTr="00D81571">
        <w:tc>
          <w:tcPr>
            <w:tcW w:w="7792" w:type="dxa"/>
          </w:tcPr>
          <w:p w14:paraId="39907FB9" w14:textId="2BD92A8A" w:rsidR="006908F7" w:rsidRPr="002A2EE6" w:rsidRDefault="006908F7" w:rsidP="00684C6D">
            <w:pPr>
              <w:pStyle w:val="DAERASub"/>
            </w:pPr>
            <w:r w:rsidRPr="002A2EE6">
              <w:t xml:space="preserve">Account Setup </w:t>
            </w:r>
          </w:p>
          <w:p w14:paraId="6589408D" w14:textId="0B4D3C70" w:rsidR="00BD3FDB" w:rsidRPr="00684C6D" w:rsidRDefault="00BD3FDB" w:rsidP="00BD3FDB">
            <w:pPr>
              <w:rPr>
                <w:rFonts w:ascii="Arial" w:hAnsi="Arial" w:cs="Arial"/>
              </w:rPr>
            </w:pPr>
          </w:p>
        </w:tc>
        <w:tc>
          <w:tcPr>
            <w:tcW w:w="1224" w:type="dxa"/>
          </w:tcPr>
          <w:p w14:paraId="5D7E525D" w14:textId="252703C7" w:rsidR="006908F7" w:rsidRPr="00684C6D" w:rsidRDefault="006908F7" w:rsidP="00BD3FDB">
            <w:pPr>
              <w:jc w:val="center"/>
              <w:rPr>
                <w:rFonts w:ascii="Arial" w:hAnsi="Arial" w:cs="Arial"/>
                <w:b/>
                <w:color w:val="244061" w:themeColor="accent1" w:themeShade="80"/>
                <w:sz w:val="48"/>
              </w:rPr>
            </w:pPr>
          </w:p>
        </w:tc>
      </w:tr>
      <w:tr w:rsidR="006908F7" w:rsidRPr="00684C6D" w14:paraId="358B9A85" w14:textId="77777777" w:rsidTr="00D81571">
        <w:tc>
          <w:tcPr>
            <w:tcW w:w="7792" w:type="dxa"/>
          </w:tcPr>
          <w:p w14:paraId="681F74DE" w14:textId="6149ED59" w:rsidR="00A80B42" w:rsidRDefault="00596329" w:rsidP="00A80B42">
            <w:pPr>
              <w:spacing w:line="0" w:lineRule="atLeast"/>
              <w:ind w:left="360"/>
              <w:rPr>
                <w:rFonts w:ascii="Arial" w:hAnsi="Arial" w:cs="Arial"/>
                <w:bCs/>
                <w:sz w:val="24"/>
                <w:szCs w:val="24"/>
              </w:rPr>
            </w:pPr>
            <w:r w:rsidRPr="00D271FB">
              <w:rPr>
                <w:rFonts w:ascii="Arial" w:hAnsi="Arial" w:cs="Arial"/>
                <w:bCs/>
                <w:sz w:val="24"/>
                <w:szCs w:val="24"/>
              </w:rPr>
              <w:t>Accessing the Rural Needs Annual Monitoring Report Portal</w:t>
            </w:r>
          </w:p>
          <w:p w14:paraId="050777E2" w14:textId="48F7DE7E" w:rsidR="00A80B42" w:rsidRPr="00A80B42" w:rsidRDefault="00A80B42" w:rsidP="00A80B42">
            <w:pPr>
              <w:spacing w:line="0" w:lineRule="atLeast"/>
              <w:ind w:left="360"/>
              <w:rPr>
                <w:rFonts w:ascii="Arial" w:hAnsi="Arial" w:cs="Arial"/>
                <w:sz w:val="24"/>
                <w:szCs w:val="24"/>
              </w:rPr>
            </w:pPr>
            <w:r w:rsidRPr="00A80B42">
              <w:rPr>
                <w:rFonts w:ascii="Arial" w:hAnsi="Arial" w:cs="Arial"/>
                <w:sz w:val="24"/>
                <w:szCs w:val="24"/>
                <w:lang w:val="en-GB"/>
              </w:rPr>
              <w:t xml:space="preserve">NI Direct (NIDA) Government Services Account Setup </w:t>
            </w:r>
          </w:p>
          <w:p w14:paraId="5D44B204" w14:textId="77777777" w:rsidR="006908F7" w:rsidRPr="00D271FB" w:rsidRDefault="006908F7" w:rsidP="00D271FB">
            <w:pPr>
              <w:spacing w:line="0" w:lineRule="atLeast"/>
              <w:ind w:left="360"/>
              <w:rPr>
                <w:rFonts w:ascii="Arial" w:hAnsi="Arial" w:cs="Arial"/>
                <w:bCs/>
                <w:sz w:val="24"/>
                <w:szCs w:val="24"/>
              </w:rPr>
            </w:pPr>
            <w:r w:rsidRPr="00D271FB">
              <w:rPr>
                <w:rFonts w:ascii="Arial" w:hAnsi="Arial" w:cs="Arial"/>
                <w:bCs/>
                <w:sz w:val="24"/>
                <w:szCs w:val="24"/>
              </w:rPr>
              <w:t>Government Gateway Setup</w:t>
            </w:r>
          </w:p>
          <w:p w14:paraId="4806606F" w14:textId="44F394A0" w:rsidR="006908F7" w:rsidRPr="00684C6D" w:rsidRDefault="006908F7" w:rsidP="00BD3FDB">
            <w:pPr>
              <w:spacing w:line="0" w:lineRule="atLeast"/>
              <w:rPr>
                <w:rFonts w:ascii="Arial" w:hAnsi="Arial" w:cs="Arial"/>
                <w:bCs/>
                <w:sz w:val="24"/>
                <w:szCs w:val="24"/>
              </w:rPr>
            </w:pPr>
          </w:p>
        </w:tc>
        <w:tc>
          <w:tcPr>
            <w:tcW w:w="1224" w:type="dxa"/>
          </w:tcPr>
          <w:p w14:paraId="19F2D595" w14:textId="4BB87354" w:rsidR="00596329" w:rsidRPr="00684C6D" w:rsidRDefault="00596329" w:rsidP="00BD3FDB">
            <w:pPr>
              <w:spacing w:line="0" w:lineRule="atLeast"/>
              <w:jc w:val="center"/>
              <w:rPr>
                <w:rFonts w:ascii="Arial" w:hAnsi="Arial" w:cs="Arial"/>
                <w:bCs/>
                <w:sz w:val="24"/>
                <w:szCs w:val="24"/>
              </w:rPr>
            </w:pPr>
            <w:hyperlink w:anchor="UserGuideOverview" w:history="1">
              <w:r w:rsidRPr="00A80B42">
                <w:rPr>
                  <w:rStyle w:val="Hyperlink"/>
                  <w:rFonts w:ascii="Arial" w:hAnsi="Arial" w:cs="Arial"/>
                  <w:bCs/>
                  <w:sz w:val="24"/>
                  <w:szCs w:val="24"/>
                </w:rPr>
                <w:t>3</w:t>
              </w:r>
            </w:hyperlink>
          </w:p>
          <w:p w14:paraId="1BCB66F5" w14:textId="02C1F988" w:rsidR="006908F7" w:rsidRPr="00684C6D" w:rsidRDefault="00BD3FDB" w:rsidP="00BD3FDB">
            <w:pPr>
              <w:spacing w:line="0" w:lineRule="atLeast"/>
              <w:jc w:val="center"/>
              <w:rPr>
                <w:rFonts w:ascii="Arial" w:hAnsi="Arial" w:cs="Arial"/>
                <w:bCs/>
                <w:sz w:val="24"/>
                <w:szCs w:val="24"/>
              </w:rPr>
            </w:pPr>
            <w:hyperlink w:anchor="NIDAGovernmentServicesAcc" w:history="1">
              <w:r w:rsidRPr="00A80B42">
                <w:rPr>
                  <w:rStyle w:val="Hyperlink"/>
                  <w:rFonts w:ascii="Arial" w:hAnsi="Arial" w:cs="Arial"/>
                  <w:bCs/>
                  <w:sz w:val="24"/>
                  <w:szCs w:val="24"/>
                </w:rPr>
                <w:t>4</w:t>
              </w:r>
            </w:hyperlink>
          </w:p>
          <w:p w14:paraId="37AE51F9" w14:textId="63CDEC5C" w:rsidR="00BD3FDB" w:rsidRPr="00684C6D" w:rsidRDefault="00BD3FDB" w:rsidP="00BD3FDB">
            <w:pPr>
              <w:spacing w:line="0" w:lineRule="atLeast"/>
              <w:jc w:val="center"/>
              <w:rPr>
                <w:rFonts w:ascii="Arial" w:hAnsi="Arial" w:cs="Arial"/>
                <w:b/>
                <w:color w:val="244061" w:themeColor="accent1" w:themeShade="80"/>
                <w:sz w:val="48"/>
              </w:rPr>
            </w:pPr>
            <w:hyperlink w:anchor="GovernmentGatewayAccountSetup" w:history="1">
              <w:r w:rsidRPr="00A80B42">
                <w:rPr>
                  <w:rStyle w:val="Hyperlink"/>
                  <w:rFonts w:ascii="Arial" w:hAnsi="Arial" w:cs="Arial"/>
                  <w:bCs/>
                  <w:sz w:val="24"/>
                  <w:szCs w:val="24"/>
                </w:rPr>
                <w:t>10</w:t>
              </w:r>
            </w:hyperlink>
          </w:p>
        </w:tc>
      </w:tr>
      <w:tr w:rsidR="006908F7" w:rsidRPr="00684C6D" w14:paraId="285AD550" w14:textId="77777777" w:rsidTr="00D81571">
        <w:trPr>
          <w:trHeight w:val="414"/>
        </w:trPr>
        <w:tc>
          <w:tcPr>
            <w:tcW w:w="7792" w:type="dxa"/>
          </w:tcPr>
          <w:p w14:paraId="4DAE949C" w14:textId="78BE3ADA" w:rsidR="006908F7" w:rsidRPr="002A2EE6" w:rsidRDefault="004F35A6" w:rsidP="00BD3FDB">
            <w:pPr>
              <w:spacing w:line="0" w:lineRule="atLeast"/>
              <w:rPr>
                <w:rFonts w:ascii="Arial" w:hAnsi="Arial" w:cs="Arial"/>
                <w:b/>
                <w:bCs/>
                <w:color w:val="00AA4F"/>
                <w:sz w:val="28"/>
                <w:szCs w:val="28"/>
              </w:rPr>
            </w:pPr>
            <w:r>
              <w:rPr>
                <w:rFonts w:ascii="Arial" w:hAnsi="Arial" w:cs="Arial"/>
                <w:b/>
                <w:bCs/>
                <w:color w:val="00AA4F"/>
                <w:sz w:val="28"/>
                <w:szCs w:val="28"/>
              </w:rPr>
              <w:t>Using</w:t>
            </w:r>
            <w:r w:rsidR="006908F7" w:rsidRPr="002A2EE6">
              <w:rPr>
                <w:rFonts w:ascii="Arial" w:hAnsi="Arial" w:cs="Arial"/>
                <w:b/>
                <w:bCs/>
                <w:color w:val="00AA4F"/>
                <w:sz w:val="28"/>
                <w:szCs w:val="28"/>
              </w:rPr>
              <w:t xml:space="preserve"> the Public Authority Portal</w:t>
            </w:r>
          </w:p>
        </w:tc>
        <w:tc>
          <w:tcPr>
            <w:tcW w:w="1224" w:type="dxa"/>
          </w:tcPr>
          <w:p w14:paraId="3D881357" w14:textId="5CE054D7" w:rsidR="006908F7" w:rsidRPr="00684C6D" w:rsidRDefault="006908F7" w:rsidP="00BD3FDB">
            <w:pPr>
              <w:jc w:val="center"/>
              <w:rPr>
                <w:rFonts w:ascii="Arial" w:hAnsi="Arial" w:cs="Arial"/>
                <w:b/>
                <w:color w:val="244061" w:themeColor="accent1" w:themeShade="80"/>
                <w:sz w:val="48"/>
              </w:rPr>
            </w:pPr>
          </w:p>
        </w:tc>
      </w:tr>
      <w:tr w:rsidR="006908F7" w:rsidRPr="00684C6D" w14:paraId="204BAD3B" w14:textId="77777777" w:rsidTr="00D81571">
        <w:trPr>
          <w:trHeight w:val="2223"/>
        </w:trPr>
        <w:tc>
          <w:tcPr>
            <w:tcW w:w="7792" w:type="dxa"/>
          </w:tcPr>
          <w:p w14:paraId="35C2A2F2" w14:textId="6B4BD451" w:rsidR="00596329" w:rsidRPr="00D271FB" w:rsidRDefault="004F35A6" w:rsidP="00D271FB">
            <w:pPr>
              <w:spacing w:line="0" w:lineRule="atLeast"/>
              <w:ind w:left="360"/>
              <w:rPr>
                <w:rFonts w:ascii="Arial" w:hAnsi="Arial" w:cs="Arial"/>
                <w:sz w:val="24"/>
                <w:szCs w:val="24"/>
              </w:rPr>
            </w:pPr>
            <w:r>
              <w:rPr>
                <w:rFonts w:ascii="Arial" w:hAnsi="Arial" w:cs="Arial"/>
                <w:sz w:val="24"/>
                <w:szCs w:val="24"/>
              </w:rPr>
              <w:t xml:space="preserve">How to </w:t>
            </w:r>
            <w:r w:rsidR="00596329" w:rsidRPr="00D271FB">
              <w:rPr>
                <w:rFonts w:ascii="Arial" w:hAnsi="Arial" w:cs="Arial"/>
                <w:sz w:val="24"/>
                <w:szCs w:val="24"/>
              </w:rPr>
              <w:t xml:space="preserve">Access the Public Authority </w:t>
            </w:r>
            <w:r>
              <w:rPr>
                <w:rFonts w:ascii="Arial" w:hAnsi="Arial" w:cs="Arial"/>
                <w:sz w:val="24"/>
                <w:szCs w:val="24"/>
              </w:rPr>
              <w:t>Portal</w:t>
            </w:r>
          </w:p>
          <w:p w14:paraId="684F0D43" w14:textId="6DDF9777" w:rsidR="006908F7" w:rsidRPr="00D271FB" w:rsidRDefault="006908F7" w:rsidP="00D271FB">
            <w:pPr>
              <w:spacing w:line="0" w:lineRule="atLeast"/>
              <w:ind w:left="360"/>
              <w:rPr>
                <w:rFonts w:ascii="Arial" w:hAnsi="Arial" w:cs="Arial"/>
                <w:sz w:val="24"/>
                <w:szCs w:val="24"/>
              </w:rPr>
            </w:pPr>
            <w:r w:rsidRPr="00D271FB">
              <w:rPr>
                <w:rFonts w:ascii="Arial" w:hAnsi="Arial" w:cs="Arial"/>
                <w:sz w:val="24"/>
                <w:szCs w:val="24"/>
              </w:rPr>
              <w:t>Using the Submissions Dashboard</w:t>
            </w:r>
          </w:p>
          <w:p w14:paraId="41304C00" w14:textId="77777777" w:rsidR="006908F7" w:rsidRPr="00D271FB" w:rsidRDefault="006908F7" w:rsidP="00D271FB">
            <w:pPr>
              <w:spacing w:line="0" w:lineRule="atLeast"/>
              <w:ind w:left="360"/>
              <w:rPr>
                <w:rFonts w:ascii="Arial" w:hAnsi="Arial" w:cs="Arial"/>
                <w:sz w:val="24"/>
                <w:szCs w:val="24"/>
              </w:rPr>
            </w:pPr>
            <w:r w:rsidRPr="00D271FB">
              <w:rPr>
                <w:rFonts w:ascii="Arial" w:hAnsi="Arial" w:cs="Arial"/>
                <w:sz w:val="24"/>
                <w:szCs w:val="24"/>
              </w:rPr>
              <w:t>Creating a new Summary</w:t>
            </w:r>
          </w:p>
          <w:p w14:paraId="600D422F" w14:textId="77777777" w:rsidR="006908F7" w:rsidRPr="00D271FB" w:rsidRDefault="006908F7" w:rsidP="00D271FB">
            <w:pPr>
              <w:spacing w:line="0" w:lineRule="atLeast"/>
              <w:ind w:left="360"/>
              <w:rPr>
                <w:rFonts w:ascii="Arial" w:hAnsi="Arial" w:cs="Arial"/>
                <w:sz w:val="24"/>
                <w:szCs w:val="24"/>
              </w:rPr>
            </w:pPr>
            <w:r w:rsidRPr="00D271FB">
              <w:rPr>
                <w:rFonts w:ascii="Arial" w:hAnsi="Arial" w:cs="Arial"/>
                <w:sz w:val="24"/>
                <w:szCs w:val="24"/>
              </w:rPr>
              <w:t>Viewing and Managing Summaries</w:t>
            </w:r>
          </w:p>
          <w:p w14:paraId="59E2ABF8" w14:textId="46133876" w:rsidR="006908F7" w:rsidRPr="00D271FB" w:rsidRDefault="006908F7" w:rsidP="00D271FB">
            <w:pPr>
              <w:spacing w:line="0" w:lineRule="atLeast"/>
              <w:ind w:left="360"/>
              <w:rPr>
                <w:rFonts w:ascii="Arial" w:hAnsi="Arial" w:cs="Arial"/>
                <w:sz w:val="24"/>
                <w:szCs w:val="24"/>
              </w:rPr>
            </w:pPr>
            <w:r w:rsidRPr="00D271FB">
              <w:rPr>
                <w:rFonts w:ascii="Arial" w:hAnsi="Arial" w:cs="Arial"/>
                <w:sz w:val="24"/>
                <w:szCs w:val="24"/>
              </w:rPr>
              <w:t xml:space="preserve">Reassign </w:t>
            </w:r>
            <w:r w:rsidR="00684C6D" w:rsidRPr="00D271FB">
              <w:rPr>
                <w:rFonts w:ascii="Arial" w:hAnsi="Arial" w:cs="Arial"/>
                <w:sz w:val="24"/>
                <w:szCs w:val="24"/>
              </w:rPr>
              <w:t>a</w:t>
            </w:r>
            <w:r w:rsidRPr="00D271FB">
              <w:rPr>
                <w:rFonts w:ascii="Arial" w:hAnsi="Arial" w:cs="Arial"/>
                <w:sz w:val="24"/>
                <w:szCs w:val="24"/>
              </w:rPr>
              <w:t xml:space="preserve"> </w:t>
            </w:r>
            <w:r w:rsidR="00684C6D" w:rsidRPr="00D271FB">
              <w:rPr>
                <w:rFonts w:ascii="Arial" w:hAnsi="Arial" w:cs="Arial"/>
                <w:sz w:val="24"/>
                <w:szCs w:val="24"/>
              </w:rPr>
              <w:t>S</w:t>
            </w:r>
            <w:r w:rsidRPr="00D271FB">
              <w:rPr>
                <w:rFonts w:ascii="Arial" w:hAnsi="Arial" w:cs="Arial"/>
                <w:sz w:val="24"/>
                <w:szCs w:val="24"/>
              </w:rPr>
              <w:t>ummary</w:t>
            </w:r>
          </w:p>
          <w:p w14:paraId="69D3F32F" w14:textId="25CD1803" w:rsidR="006908F7" w:rsidRPr="00D271FB" w:rsidRDefault="006908F7" w:rsidP="00D271FB">
            <w:pPr>
              <w:spacing w:line="0" w:lineRule="atLeast"/>
              <w:ind w:left="360"/>
              <w:rPr>
                <w:rFonts w:ascii="Arial" w:hAnsi="Arial" w:cs="Arial"/>
                <w:sz w:val="24"/>
                <w:szCs w:val="24"/>
              </w:rPr>
            </w:pPr>
            <w:r w:rsidRPr="00D271FB">
              <w:rPr>
                <w:rFonts w:ascii="Arial" w:hAnsi="Arial" w:cs="Arial"/>
                <w:sz w:val="24"/>
                <w:szCs w:val="24"/>
              </w:rPr>
              <w:t xml:space="preserve">Sending a Summary to </w:t>
            </w:r>
            <w:r w:rsidR="0011579F">
              <w:rPr>
                <w:rFonts w:ascii="Arial" w:hAnsi="Arial" w:cs="Arial"/>
                <w:sz w:val="24"/>
                <w:szCs w:val="24"/>
              </w:rPr>
              <w:t>Rural Needs Coordinator</w:t>
            </w:r>
          </w:p>
          <w:p w14:paraId="652C8183" w14:textId="6715E6C3" w:rsidR="006908F7" w:rsidRPr="00D271FB" w:rsidRDefault="006908F7" w:rsidP="00D271FB">
            <w:pPr>
              <w:spacing w:line="0" w:lineRule="atLeast"/>
              <w:ind w:left="360"/>
              <w:rPr>
                <w:rFonts w:ascii="Arial" w:eastAsia="Times New Roman" w:hAnsi="Arial" w:cs="Arial"/>
                <w:sz w:val="24"/>
                <w:szCs w:val="24"/>
                <w:lang w:val="en-GB" w:eastAsia="en-GB"/>
              </w:rPr>
            </w:pPr>
            <w:r w:rsidRPr="00D271FB">
              <w:rPr>
                <w:rFonts w:ascii="Arial" w:eastAsia="Times New Roman" w:hAnsi="Arial" w:cs="Arial"/>
                <w:sz w:val="24"/>
                <w:szCs w:val="24"/>
                <w:lang w:val="en-GB" w:eastAsia="en-GB"/>
              </w:rPr>
              <w:t xml:space="preserve">Return Summary to Draft After Submission to </w:t>
            </w:r>
            <w:r w:rsidR="0011579F">
              <w:rPr>
                <w:rFonts w:ascii="Arial" w:eastAsia="Times New Roman" w:hAnsi="Arial" w:cs="Arial"/>
                <w:sz w:val="24"/>
                <w:szCs w:val="24"/>
                <w:lang w:val="en-GB" w:eastAsia="en-GB"/>
              </w:rPr>
              <w:t>Rural Needs Coordinator</w:t>
            </w:r>
          </w:p>
          <w:p w14:paraId="3FB61656" w14:textId="058AB066" w:rsidR="00A777E1" w:rsidRPr="00684C6D" w:rsidRDefault="00A777E1" w:rsidP="00A777E1">
            <w:pPr>
              <w:pStyle w:val="ListParagraph"/>
              <w:spacing w:line="0" w:lineRule="atLeast"/>
              <w:rPr>
                <w:rFonts w:ascii="Arial" w:eastAsia="Times New Roman" w:hAnsi="Arial" w:cs="Arial"/>
                <w:sz w:val="24"/>
                <w:szCs w:val="24"/>
                <w:lang w:val="en-GB" w:eastAsia="en-GB"/>
              </w:rPr>
            </w:pPr>
          </w:p>
        </w:tc>
        <w:tc>
          <w:tcPr>
            <w:tcW w:w="1224" w:type="dxa"/>
          </w:tcPr>
          <w:p w14:paraId="0C447295" w14:textId="6A1550CB" w:rsidR="00596329" w:rsidRPr="00684C6D" w:rsidRDefault="00596329" w:rsidP="00BD3FDB">
            <w:pPr>
              <w:jc w:val="center"/>
              <w:rPr>
                <w:rFonts w:ascii="Arial" w:hAnsi="Arial" w:cs="Arial"/>
                <w:sz w:val="24"/>
                <w:szCs w:val="24"/>
              </w:rPr>
            </w:pPr>
            <w:hyperlink w:anchor="AccessingthePublicAuthorityPortal" w:history="1">
              <w:r w:rsidRPr="00A80B42">
                <w:rPr>
                  <w:rStyle w:val="Hyperlink"/>
                  <w:rFonts w:ascii="Arial" w:hAnsi="Arial" w:cs="Arial"/>
                  <w:sz w:val="24"/>
                  <w:szCs w:val="24"/>
                </w:rPr>
                <w:t>14</w:t>
              </w:r>
            </w:hyperlink>
          </w:p>
          <w:p w14:paraId="0F621FDB" w14:textId="77777777" w:rsidR="00D10D61" w:rsidRPr="00684C6D" w:rsidRDefault="00D10D61" w:rsidP="00D10D61">
            <w:pPr>
              <w:jc w:val="center"/>
              <w:rPr>
                <w:rFonts w:ascii="Arial" w:eastAsia="Times New Roman" w:hAnsi="Arial" w:cs="Arial"/>
                <w:sz w:val="24"/>
                <w:szCs w:val="24"/>
                <w:lang w:val="en-GB" w:eastAsia="en-GB"/>
              </w:rPr>
            </w:pPr>
            <w:hyperlink w:anchor="CreatinganewSummary" w:history="1">
              <w:r w:rsidRPr="00A80B42">
                <w:rPr>
                  <w:rStyle w:val="Hyperlink"/>
                  <w:rFonts w:ascii="Arial" w:eastAsia="Times New Roman" w:hAnsi="Arial" w:cs="Arial"/>
                  <w:sz w:val="24"/>
                  <w:szCs w:val="24"/>
                  <w:lang w:val="en-GB" w:eastAsia="en-GB"/>
                </w:rPr>
                <w:t>16</w:t>
              </w:r>
            </w:hyperlink>
          </w:p>
          <w:p w14:paraId="1EB51916" w14:textId="74DC4975" w:rsidR="00BD3FDB" w:rsidRPr="00684C6D" w:rsidRDefault="00D10D61" w:rsidP="00BD3FDB">
            <w:pPr>
              <w:jc w:val="center"/>
              <w:rPr>
                <w:rFonts w:ascii="Arial" w:eastAsia="Times New Roman" w:hAnsi="Arial" w:cs="Arial"/>
                <w:sz w:val="24"/>
                <w:szCs w:val="24"/>
                <w:lang w:val="en-GB" w:eastAsia="en-GB"/>
              </w:rPr>
            </w:pPr>
            <w:hyperlink w:anchor="CreatinganewSummary" w:history="1">
              <w:r w:rsidRPr="00D10D61">
                <w:rPr>
                  <w:rStyle w:val="Hyperlink"/>
                  <w:rFonts w:ascii="Arial" w:eastAsia="Times New Roman" w:hAnsi="Arial" w:cs="Arial"/>
                  <w:sz w:val="24"/>
                  <w:szCs w:val="24"/>
                  <w:lang w:val="en-GB" w:eastAsia="en-GB"/>
                </w:rPr>
                <w:t>17</w:t>
              </w:r>
            </w:hyperlink>
          </w:p>
          <w:p w14:paraId="60CF84E0" w14:textId="56EBA95A" w:rsidR="00BD3FDB" w:rsidRPr="00684C6D" w:rsidRDefault="00D10D61" w:rsidP="00BD3FDB">
            <w:pPr>
              <w:jc w:val="center"/>
              <w:rPr>
                <w:rFonts w:ascii="Arial" w:eastAsia="Times New Roman" w:hAnsi="Arial" w:cs="Arial"/>
                <w:sz w:val="24"/>
                <w:szCs w:val="24"/>
                <w:lang w:val="en-GB" w:eastAsia="en-GB"/>
              </w:rPr>
            </w:pPr>
            <w:hyperlink w:anchor="ViewingandManagingSummaries" w:history="1">
              <w:r>
                <w:rPr>
                  <w:rStyle w:val="Hyperlink"/>
                  <w:rFonts w:ascii="Arial" w:eastAsia="Times New Roman" w:hAnsi="Arial" w:cs="Arial"/>
                  <w:sz w:val="24"/>
                  <w:szCs w:val="24"/>
                  <w:lang w:val="en-GB" w:eastAsia="en-GB"/>
                </w:rPr>
                <w:t>20</w:t>
              </w:r>
            </w:hyperlink>
          </w:p>
          <w:p w14:paraId="4437BF71" w14:textId="4FF5E418" w:rsidR="00BD3FDB" w:rsidRPr="00684C6D" w:rsidRDefault="00BD3FDB" w:rsidP="00BD3FDB">
            <w:pPr>
              <w:jc w:val="center"/>
              <w:rPr>
                <w:rFonts w:ascii="Arial" w:eastAsia="Times New Roman" w:hAnsi="Arial" w:cs="Arial"/>
                <w:sz w:val="24"/>
                <w:szCs w:val="24"/>
                <w:lang w:val="en-GB" w:eastAsia="en-GB"/>
              </w:rPr>
            </w:pPr>
            <w:hyperlink w:anchor="Reassignasummary" w:history="1">
              <w:r w:rsidRPr="00E34E12">
                <w:rPr>
                  <w:rStyle w:val="Hyperlink"/>
                  <w:rFonts w:ascii="Arial" w:eastAsia="Times New Roman" w:hAnsi="Arial" w:cs="Arial"/>
                  <w:sz w:val="24"/>
                  <w:szCs w:val="24"/>
                  <w:lang w:val="en-GB" w:eastAsia="en-GB"/>
                </w:rPr>
                <w:t>2</w:t>
              </w:r>
              <w:r w:rsidR="00D10D61">
                <w:rPr>
                  <w:rStyle w:val="Hyperlink"/>
                  <w:rFonts w:ascii="Arial" w:eastAsia="Times New Roman" w:hAnsi="Arial" w:cs="Arial"/>
                  <w:sz w:val="24"/>
                  <w:szCs w:val="24"/>
                  <w:lang w:val="en-GB" w:eastAsia="en-GB"/>
                </w:rPr>
                <w:t>3</w:t>
              </w:r>
            </w:hyperlink>
          </w:p>
          <w:p w14:paraId="7C0B1977" w14:textId="26EE6572" w:rsidR="00BD3FDB" w:rsidRPr="00684C6D" w:rsidRDefault="00596329" w:rsidP="00BD3FDB">
            <w:pPr>
              <w:jc w:val="center"/>
              <w:rPr>
                <w:rFonts w:ascii="Arial" w:eastAsia="Times New Roman" w:hAnsi="Arial" w:cs="Arial"/>
                <w:sz w:val="24"/>
                <w:szCs w:val="24"/>
                <w:lang w:val="en-GB" w:eastAsia="en-GB"/>
              </w:rPr>
            </w:pPr>
            <w:hyperlink w:anchor="SendingtoCoordinator" w:history="1">
              <w:r w:rsidRPr="00E34E12">
                <w:rPr>
                  <w:rStyle w:val="Hyperlink"/>
                  <w:rFonts w:ascii="Arial" w:eastAsia="Times New Roman" w:hAnsi="Arial" w:cs="Arial"/>
                  <w:sz w:val="24"/>
                  <w:szCs w:val="24"/>
                  <w:lang w:val="en-GB" w:eastAsia="en-GB"/>
                </w:rPr>
                <w:t>2</w:t>
              </w:r>
              <w:r w:rsidR="00D10D61">
                <w:rPr>
                  <w:rStyle w:val="Hyperlink"/>
                  <w:rFonts w:ascii="Arial" w:eastAsia="Times New Roman" w:hAnsi="Arial" w:cs="Arial"/>
                  <w:sz w:val="24"/>
                  <w:szCs w:val="24"/>
                  <w:lang w:val="en-GB" w:eastAsia="en-GB"/>
                </w:rPr>
                <w:t>4</w:t>
              </w:r>
            </w:hyperlink>
          </w:p>
          <w:p w14:paraId="4783A487" w14:textId="6211CE84" w:rsidR="00596329" w:rsidRPr="00684C6D" w:rsidRDefault="00D10D61" w:rsidP="00596329">
            <w:pPr>
              <w:jc w:val="center"/>
              <w:rPr>
                <w:rFonts w:ascii="Arial" w:hAnsi="Arial" w:cs="Arial"/>
                <w:b/>
                <w:color w:val="244061" w:themeColor="accent1" w:themeShade="80"/>
                <w:sz w:val="48"/>
              </w:rPr>
            </w:pPr>
            <w:hyperlink w:anchor="ReturnSummarytodraftafterSubtocoord" w:history="1">
              <w:r>
                <w:rPr>
                  <w:rStyle w:val="Hyperlink"/>
                  <w:rFonts w:ascii="Arial" w:eastAsia="Times New Roman" w:hAnsi="Arial" w:cs="Arial"/>
                  <w:sz w:val="24"/>
                  <w:szCs w:val="24"/>
                  <w:lang w:val="en-GB" w:eastAsia="en-GB"/>
                </w:rPr>
                <w:t>25</w:t>
              </w:r>
            </w:hyperlink>
          </w:p>
        </w:tc>
      </w:tr>
      <w:tr w:rsidR="006908F7" w:rsidRPr="00684C6D" w14:paraId="20FD8E94" w14:textId="77777777" w:rsidTr="00D81571">
        <w:tc>
          <w:tcPr>
            <w:tcW w:w="7792" w:type="dxa"/>
          </w:tcPr>
          <w:p w14:paraId="2C2EAE7E" w14:textId="71A170C3" w:rsidR="006908F7" w:rsidRPr="002A2EE6" w:rsidRDefault="0011579F" w:rsidP="00BD3FDB">
            <w:pPr>
              <w:spacing w:line="0" w:lineRule="atLeast"/>
              <w:rPr>
                <w:rFonts w:ascii="Arial" w:hAnsi="Arial" w:cs="Arial"/>
                <w:color w:val="002060"/>
                <w:sz w:val="28"/>
                <w:szCs w:val="28"/>
              </w:rPr>
            </w:pPr>
            <w:r>
              <w:rPr>
                <w:rFonts w:ascii="Arial" w:hAnsi="Arial" w:cs="Arial"/>
                <w:b/>
                <w:bCs/>
                <w:color w:val="00AA4F"/>
                <w:sz w:val="28"/>
                <w:szCs w:val="28"/>
                <w:lang w:val="en-GB"/>
              </w:rPr>
              <w:t>Rural Needs Coordinator</w:t>
            </w:r>
            <w:r w:rsidR="006908F7" w:rsidRPr="002A2EE6">
              <w:rPr>
                <w:rFonts w:ascii="Arial" w:hAnsi="Arial" w:cs="Arial"/>
                <w:b/>
                <w:bCs/>
                <w:color w:val="00AA4F"/>
                <w:sz w:val="28"/>
                <w:szCs w:val="28"/>
                <w:lang w:val="en-GB"/>
              </w:rPr>
              <w:t xml:space="preserve"> Only Functions</w:t>
            </w:r>
          </w:p>
        </w:tc>
        <w:tc>
          <w:tcPr>
            <w:tcW w:w="1224" w:type="dxa"/>
          </w:tcPr>
          <w:p w14:paraId="15E8D9F0" w14:textId="65A02404" w:rsidR="006908F7" w:rsidRPr="00684C6D" w:rsidRDefault="006908F7" w:rsidP="00AC2A22">
            <w:pPr>
              <w:rPr>
                <w:rFonts w:ascii="Arial" w:hAnsi="Arial" w:cs="Arial"/>
                <w:b/>
                <w:color w:val="244061" w:themeColor="accent1" w:themeShade="80"/>
                <w:sz w:val="48"/>
              </w:rPr>
            </w:pPr>
          </w:p>
        </w:tc>
      </w:tr>
      <w:tr w:rsidR="006908F7" w:rsidRPr="00684C6D" w14:paraId="484DE245" w14:textId="77777777" w:rsidTr="00D81571">
        <w:tc>
          <w:tcPr>
            <w:tcW w:w="7792" w:type="dxa"/>
          </w:tcPr>
          <w:p w14:paraId="7A3BEFDF" w14:textId="338E90B7" w:rsidR="00D84822" w:rsidRDefault="0011579F" w:rsidP="00D84822">
            <w:pPr>
              <w:spacing w:line="0" w:lineRule="atLeast"/>
              <w:ind w:left="360"/>
              <w:rPr>
                <w:rFonts w:ascii="Arial" w:hAnsi="Arial" w:cs="Arial"/>
                <w:sz w:val="24"/>
                <w:szCs w:val="24"/>
              </w:rPr>
            </w:pPr>
            <w:r>
              <w:rPr>
                <w:rFonts w:ascii="Arial" w:hAnsi="Arial" w:cs="Arial"/>
                <w:sz w:val="24"/>
                <w:szCs w:val="24"/>
              </w:rPr>
              <w:t>Rural Needs Coordinator</w:t>
            </w:r>
            <w:r w:rsidR="00AC2A22">
              <w:rPr>
                <w:rFonts w:ascii="Arial" w:hAnsi="Arial" w:cs="Arial"/>
                <w:sz w:val="24"/>
                <w:szCs w:val="24"/>
              </w:rPr>
              <w:t xml:space="preserve"> Summary Page</w:t>
            </w:r>
          </w:p>
          <w:p w14:paraId="3AE657B3" w14:textId="1B3AB1A6" w:rsidR="00D84822" w:rsidRDefault="00D84822" w:rsidP="00D84822">
            <w:pPr>
              <w:spacing w:line="0" w:lineRule="atLeast"/>
              <w:ind w:left="360"/>
              <w:rPr>
                <w:rFonts w:ascii="Arial" w:hAnsi="Arial" w:cs="Arial"/>
                <w:bCs/>
                <w:sz w:val="24"/>
                <w:szCs w:val="24"/>
                <w:lang w:val="en-GB"/>
              </w:rPr>
            </w:pPr>
            <w:r w:rsidRPr="00D84822">
              <w:rPr>
                <w:rFonts w:ascii="Arial" w:hAnsi="Arial" w:cs="Arial"/>
                <w:bCs/>
                <w:sz w:val="24"/>
                <w:szCs w:val="24"/>
                <w:lang w:val="en-GB"/>
              </w:rPr>
              <w:t xml:space="preserve">How to Return a Summary to the </w:t>
            </w:r>
            <w:r w:rsidR="00862EED">
              <w:rPr>
                <w:rFonts w:ascii="Arial" w:hAnsi="Arial" w:cs="Arial"/>
                <w:bCs/>
                <w:sz w:val="24"/>
                <w:szCs w:val="24"/>
                <w:lang w:val="en-GB"/>
              </w:rPr>
              <w:t>Policy Lead</w:t>
            </w:r>
            <w:r w:rsidRPr="00D84822">
              <w:rPr>
                <w:rFonts w:ascii="Arial" w:hAnsi="Arial" w:cs="Arial"/>
                <w:bCs/>
                <w:sz w:val="24"/>
                <w:szCs w:val="24"/>
                <w:lang w:val="en-GB"/>
              </w:rPr>
              <w:t xml:space="preserve"> (Pre</w:t>
            </w:r>
            <w:r w:rsidRPr="00D84822">
              <w:rPr>
                <w:rFonts w:ascii="Arial" w:hAnsi="Arial" w:cs="Arial"/>
                <w:bCs/>
                <w:sz w:val="24"/>
                <w:szCs w:val="24"/>
                <w:lang w:val="en-GB"/>
              </w:rPr>
              <w:noBreakHyphen/>
              <w:t>Approval Stage)</w:t>
            </w:r>
          </w:p>
          <w:p w14:paraId="0F16F97E" w14:textId="1C49D164" w:rsidR="006908F7" w:rsidRPr="00D271FB" w:rsidRDefault="0011579F" w:rsidP="00D84822">
            <w:pPr>
              <w:spacing w:line="0" w:lineRule="atLeast"/>
              <w:ind w:left="360"/>
              <w:rPr>
                <w:rFonts w:ascii="Arial" w:hAnsi="Arial" w:cs="Arial"/>
                <w:sz w:val="24"/>
                <w:szCs w:val="24"/>
              </w:rPr>
            </w:pPr>
            <w:r>
              <w:rPr>
                <w:rFonts w:ascii="Arial" w:hAnsi="Arial" w:cs="Arial"/>
                <w:sz w:val="24"/>
                <w:szCs w:val="24"/>
              </w:rPr>
              <w:t>Rural Needs Coordinator</w:t>
            </w:r>
            <w:r w:rsidR="006908F7" w:rsidRPr="00D271FB">
              <w:rPr>
                <w:rFonts w:ascii="Arial" w:hAnsi="Arial" w:cs="Arial"/>
                <w:sz w:val="24"/>
                <w:szCs w:val="24"/>
              </w:rPr>
              <w:t xml:space="preserve"> Summary approval</w:t>
            </w:r>
          </w:p>
          <w:p w14:paraId="30A798E3" w14:textId="33AD2590" w:rsidR="006908F7" w:rsidRPr="00D271FB" w:rsidRDefault="0011579F" w:rsidP="00D84822">
            <w:pPr>
              <w:spacing w:line="0" w:lineRule="atLeast"/>
              <w:ind w:left="360"/>
              <w:rPr>
                <w:rFonts w:ascii="Arial" w:hAnsi="Arial" w:cs="Arial"/>
                <w:sz w:val="24"/>
                <w:szCs w:val="24"/>
              </w:rPr>
            </w:pPr>
            <w:r>
              <w:rPr>
                <w:rFonts w:ascii="Arial" w:hAnsi="Arial" w:cs="Arial"/>
                <w:sz w:val="24"/>
                <w:szCs w:val="24"/>
              </w:rPr>
              <w:t>Rural Needs Coordinator</w:t>
            </w:r>
            <w:r w:rsidR="006908F7" w:rsidRPr="00D271FB">
              <w:rPr>
                <w:rFonts w:ascii="Arial" w:hAnsi="Arial" w:cs="Arial"/>
                <w:sz w:val="24"/>
                <w:szCs w:val="24"/>
              </w:rPr>
              <w:t xml:space="preserve"> Overall Submission Approval</w:t>
            </w:r>
          </w:p>
          <w:p w14:paraId="3A5374B2" w14:textId="23D9D479" w:rsidR="00BD3FDB" w:rsidRPr="00684C6D" w:rsidRDefault="00BD3FDB" w:rsidP="00BD3FDB">
            <w:pPr>
              <w:pStyle w:val="ListParagraph"/>
              <w:spacing w:line="0" w:lineRule="atLeast"/>
              <w:rPr>
                <w:rFonts w:ascii="Arial" w:hAnsi="Arial" w:cs="Arial"/>
                <w:sz w:val="24"/>
                <w:szCs w:val="24"/>
              </w:rPr>
            </w:pPr>
          </w:p>
        </w:tc>
        <w:tc>
          <w:tcPr>
            <w:tcW w:w="1224" w:type="dxa"/>
          </w:tcPr>
          <w:p w14:paraId="412D5ABE" w14:textId="0EFBE146" w:rsidR="00312DA1" w:rsidRDefault="00AC2A22" w:rsidP="00BD3FDB">
            <w:pPr>
              <w:jc w:val="center"/>
              <w:rPr>
                <w:rFonts w:ascii="Arial" w:hAnsi="Arial" w:cs="Arial"/>
                <w:sz w:val="24"/>
                <w:szCs w:val="24"/>
              </w:rPr>
            </w:pPr>
            <w:hyperlink w:anchor="CoordinatorOnlyFunction" w:history="1">
              <w:r w:rsidRPr="00E34E12">
                <w:rPr>
                  <w:rStyle w:val="Hyperlink"/>
                  <w:rFonts w:ascii="Arial" w:hAnsi="Arial" w:cs="Arial"/>
                  <w:sz w:val="24"/>
                  <w:szCs w:val="24"/>
                </w:rPr>
                <w:t>2</w:t>
              </w:r>
              <w:r w:rsidR="00CE0025">
                <w:rPr>
                  <w:rStyle w:val="Hyperlink"/>
                  <w:rFonts w:ascii="Arial" w:hAnsi="Arial" w:cs="Arial"/>
                  <w:sz w:val="24"/>
                  <w:szCs w:val="24"/>
                </w:rPr>
                <w:t>7</w:t>
              </w:r>
            </w:hyperlink>
          </w:p>
          <w:p w14:paraId="15F5FC31" w14:textId="303E26F7" w:rsidR="00596329" w:rsidRPr="00684C6D" w:rsidRDefault="00E34E12" w:rsidP="00D84822">
            <w:pPr>
              <w:jc w:val="center"/>
              <w:rPr>
                <w:rFonts w:ascii="Arial" w:hAnsi="Arial" w:cs="Arial"/>
                <w:sz w:val="24"/>
                <w:szCs w:val="24"/>
              </w:rPr>
            </w:pPr>
            <w:hyperlink w:anchor="HowtoReturnaSummarytotheAdmin" w:history="1">
              <w:r w:rsidRPr="00E34E12">
                <w:rPr>
                  <w:rStyle w:val="Hyperlink"/>
                  <w:rFonts w:ascii="Arial" w:hAnsi="Arial" w:cs="Arial"/>
                  <w:sz w:val="24"/>
                  <w:szCs w:val="24"/>
                </w:rPr>
                <w:t>2</w:t>
              </w:r>
              <w:r w:rsidR="00CE0025">
                <w:rPr>
                  <w:rStyle w:val="Hyperlink"/>
                  <w:rFonts w:ascii="Arial" w:hAnsi="Arial" w:cs="Arial"/>
                  <w:sz w:val="24"/>
                  <w:szCs w:val="24"/>
                </w:rPr>
                <w:t>8</w:t>
              </w:r>
            </w:hyperlink>
          </w:p>
          <w:p w14:paraId="4B3D7E31" w14:textId="5A20606E" w:rsidR="00596329" w:rsidRDefault="00CE0025" w:rsidP="00E34E12">
            <w:pPr>
              <w:jc w:val="center"/>
              <w:rPr>
                <w:rFonts w:ascii="Arial" w:hAnsi="Arial" w:cs="Arial"/>
                <w:sz w:val="24"/>
                <w:szCs w:val="24"/>
              </w:rPr>
            </w:pPr>
            <w:hyperlink w:anchor="CoordinatorSummaryApproval" w:history="1">
              <w:r>
                <w:rPr>
                  <w:rStyle w:val="Hyperlink"/>
                  <w:rFonts w:ascii="Arial" w:hAnsi="Arial" w:cs="Arial"/>
                  <w:sz w:val="24"/>
                  <w:szCs w:val="24"/>
                </w:rPr>
                <w:t>30</w:t>
              </w:r>
            </w:hyperlink>
          </w:p>
          <w:p w14:paraId="2EB09B98" w14:textId="684715DF" w:rsidR="00E34E12" w:rsidRPr="00E34E12" w:rsidRDefault="00CE0025" w:rsidP="00E34E12">
            <w:pPr>
              <w:jc w:val="center"/>
              <w:rPr>
                <w:rFonts w:ascii="Arial" w:hAnsi="Arial" w:cs="Arial"/>
                <w:sz w:val="24"/>
                <w:szCs w:val="24"/>
              </w:rPr>
            </w:pPr>
            <w:hyperlink w:anchor="CoordinatorOverallSubmissionApproval" w:history="1">
              <w:r>
                <w:rPr>
                  <w:rStyle w:val="Hyperlink"/>
                  <w:rFonts w:ascii="Arial" w:hAnsi="Arial" w:cs="Arial"/>
                  <w:sz w:val="24"/>
                  <w:szCs w:val="24"/>
                </w:rPr>
                <w:t>31</w:t>
              </w:r>
            </w:hyperlink>
          </w:p>
        </w:tc>
      </w:tr>
      <w:tr w:rsidR="006908F7" w:rsidRPr="00684C6D" w14:paraId="51D151B0" w14:textId="77777777" w:rsidTr="00D81571">
        <w:tc>
          <w:tcPr>
            <w:tcW w:w="7792" w:type="dxa"/>
          </w:tcPr>
          <w:p w14:paraId="5F88B1C8" w14:textId="12574D6F" w:rsidR="006908F7" w:rsidRPr="002A2EE6" w:rsidRDefault="006908F7" w:rsidP="00BD3FDB">
            <w:pPr>
              <w:spacing w:line="0" w:lineRule="atLeast"/>
              <w:rPr>
                <w:rFonts w:ascii="Arial" w:hAnsi="Arial" w:cs="Arial"/>
                <w:b/>
                <w:bCs/>
                <w:color w:val="00AA4F"/>
                <w:sz w:val="28"/>
                <w:szCs w:val="28"/>
              </w:rPr>
            </w:pPr>
            <w:r w:rsidRPr="002A2EE6">
              <w:rPr>
                <w:rFonts w:ascii="Arial" w:hAnsi="Arial" w:cs="Arial"/>
                <w:b/>
                <w:bCs/>
                <w:color w:val="00AA4F"/>
                <w:sz w:val="28"/>
                <w:szCs w:val="28"/>
                <w:lang w:val="en-GB"/>
              </w:rPr>
              <w:t xml:space="preserve">Policy </w:t>
            </w:r>
            <w:proofErr w:type="gramStart"/>
            <w:r w:rsidR="004F35A6">
              <w:rPr>
                <w:rFonts w:ascii="Arial" w:hAnsi="Arial" w:cs="Arial"/>
                <w:b/>
                <w:bCs/>
                <w:color w:val="00AA4F"/>
                <w:sz w:val="28"/>
                <w:szCs w:val="28"/>
                <w:lang w:val="en-GB"/>
              </w:rPr>
              <w:t>Lead</w:t>
            </w:r>
            <w:proofErr w:type="gramEnd"/>
            <w:r w:rsidRPr="002A2EE6">
              <w:rPr>
                <w:rFonts w:ascii="Arial" w:hAnsi="Arial" w:cs="Arial"/>
                <w:b/>
                <w:bCs/>
                <w:color w:val="00AA4F"/>
                <w:sz w:val="28"/>
                <w:szCs w:val="28"/>
                <w:lang w:val="en-GB"/>
              </w:rPr>
              <w:t xml:space="preserve"> &amp; </w:t>
            </w:r>
            <w:r w:rsidR="0011579F">
              <w:rPr>
                <w:rFonts w:ascii="Arial" w:hAnsi="Arial" w:cs="Arial"/>
                <w:b/>
                <w:bCs/>
                <w:color w:val="00AA4F"/>
                <w:sz w:val="28"/>
                <w:szCs w:val="28"/>
                <w:lang w:val="en-GB"/>
              </w:rPr>
              <w:t>Rural Needs Coordinator</w:t>
            </w:r>
          </w:p>
        </w:tc>
        <w:tc>
          <w:tcPr>
            <w:tcW w:w="1224" w:type="dxa"/>
          </w:tcPr>
          <w:p w14:paraId="1A1925F1" w14:textId="77777777" w:rsidR="006908F7" w:rsidRPr="00684C6D" w:rsidRDefault="006908F7" w:rsidP="00BD3FDB">
            <w:pPr>
              <w:jc w:val="center"/>
              <w:rPr>
                <w:rFonts w:ascii="Arial" w:hAnsi="Arial" w:cs="Arial"/>
                <w:b/>
                <w:color w:val="244061" w:themeColor="accent1" w:themeShade="80"/>
                <w:sz w:val="48"/>
              </w:rPr>
            </w:pPr>
          </w:p>
        </w:tc>
      </w:tr>
      <w:tr w:rsidR="006908F7" w:rsidRPr="00684C6D" w14:paraId="5BEB781D" w14:textId="77777777" w:rsidTr="00D81571">
        <w:tc>
          <w:tcPr>
            <w:tcW w:w="7792" w:type="dxa"/>
          </w:tcPr>
          <w:p w14:paraId="4AC13711" w14:textId="77777777" w:rsidR="006908F7" w:rsidRPr="00D271FB" w:rsidRDefault="006908F7" w:rsidP="00D271FB">
            <w:pPr>
              <w:spacing w:line="0" w:lineRule="atLeast"/>
              <w:ind w:left="360"/>
              <w:rPr>
                <w:rFonts w:ascii="Arial" w:eastAsia="Times New Roman" w:hAnsi="Arial" w:cs="Arial"/>
                <w:sz w:val="24"/>
                <w:szCs w:val="24"/>
                <w:lang w:val="en-GB" w:eastAsia="en-GB"/>
              </w:rPr>
            </w:pPr>
            <w:r w:rsidRPr="00D271FB">
              <w:rPr>
                <w:rFonts w:ascii="Arial" w:eastAsia="Times New Roman" w:hAnsi="Arial" w:cs="Arial"/>
                <w:sz w:val="24"/>
                <w:szCs w:val="24"/>
                <w:lang w:val="en-GB" w:eastAsia="en-GB"/>
              </w:rPr>
              <w:t>Reviewing and Applying Suggested Changes from the DAERA Rural Needs Team</w:t>
            </w:r>
          </w:p>
          <w:p w14:paraId="142F8D5B" w14:textId="1D2C1C44" w:rsidR="006908F7" w:rsidRPr="00D271FB" w:rsidRDefault="006908F7" w:rsidP="00D271FB">
            <w:pPr>
              <w:spacing w:line="0" w:lineRule="atLeast"/>
              <w:ind w:left="360"/>
              <w:rPr>
                <w:rFonts w:ascii="Arial" w:eastAsia="Times New Roman" w:hAnsi="Arial" w:cs="Arial"/>
                <w:sz w:val="24"/>
                <w:szCs w:val="24"/>
                <w:lang w:val="en-GB" w:eastAsia="en-GB"/>
              </w:rPr>
            </w:pPr>
            <w:r w:rsidRPr="00D271FB">
              <w:rPr>
                <w:rFonts w:ascii="Arial" w:eastAsia="Times New Roman" w:hAnsi="Arial" w:cs="Arial"/>
                <w:sz w:val="24"/>
                <w:szCs w:val="24"/>
                <w:lang w:val="en-GB" w:eastAsia="en-GB"/>
              </w:rPr>
              <w:t xml:space="preserve">Resubmitting a Submission to DAERA Rural Needs Team by </w:t>
            </w:r>
            <w:r w:rsidR="0011579F">
              <w:rPr>
                <w:rFonts w:ascii="Arial" w:eastAsia="Times New Roman" w:hAnsi="Arial" w:cs="Arial"/>
                <w:sz w:val="24"/>
                <w:szCs w:val="24"/>
                <w:lang w:val="en-GB" w:eastAsia="en-GB"/>
              </w:rPr>
              <w:t>Rural Needs Coordinator</w:t>
            </w:r>
          </w:p>
          <w:p w14:paraId="5C4732CC" w14:textId="77777777" w:rsidR="006908F7" w:rsidRPr="00D271FB" w:rsidRDefault="006908F7" w:rsidP="00D271FB">
            <w:pPr>
              <w:spacing w:line="0" w:lineRule="atLeast"/>
              <w:ind w:left="360"/>
              <w:rPr>
                <w:rFonts w:ascii="Arial" w:eastAsia="Times New Roman" w:hAnsi="Arial" w:cs="Arial"/>
                <w:sz w:val="24"/>
                <w:szCs w:val="24"/>
                <w:lang w:val="en-GB" w:eastAsia="en-GB"/>
              </w:rPr>
            </w:pPr>
            <w:r w:rsidRPr="00D271FB">
              <w:rPr>
                <w:rFonts w:ascii="Arial" w:eastAsia="Times New Roman" w:hAnsi="Arial" w:cs="Arial"/>
                <w:sz w:val="24"/>
                <w:szCs w:val="24"/>
                <w:lang w:val="en-GB" w:eastAsia="en-GB"/>
              </w:rPr>
              <w:t>Submission Approval by DAERA Rural Needs Team</w:t>
            </w:r>
          </w:p>
          <w:p w14:paraId="66379D2F" w14:textId="669F1E33" w:rsidR="00BD3FDB" w:rsidRPr="00684C6D" w:rsidRDefault="00BD3FDB" w:rsidP="00BD3FDB">
            <w:pPr>
              <w:pStyle w:val="ListParagraph"/>
              <w:spacing w:line="0" w:lineRule="atLeast"/>
              <w:rPr>
                <w:rFonts w:ascii="Arial" w:hAnsi="Arial" w:cs="Arial"/>
                <w:sz w:val="24"/>
                <w:szCs w:val="24"/>
              </w:rPr>
            </w:pPr>
          </w:p>
        </w:tc>
        <w:tc>
          <w:tcPr>
            <w:tcW w:w="1224" w:type="dxa"/>
          </w:tcPr>
          <w:p w14:paraId="594A5907" w14:textId="61B4A7B7" w:rsidR="006908F7" w:rsidRPr="00952023" w:rsidRDefault="00952023" w:rsidP="00BD3FDB">
            <w:pPr>
              <w:jc w:val="center"/>
              <w:rPr>
                <w:rFonts w:ascii="Arial" w:hAnsi="Arial" w:cs="Arial"/>
                <w:sz w:val="24"/>
                <w:szCs w:val="24"/>
              </w:rPr>
            </w:pPr>
            <w:hyperlink w:anchor="ReviewingApplyingSuggestedChanges" w:history="1">
              <w:r w:rsidRPr="00952023">
                <w:rPr>
                  <w:rStyle w:val="Hyperlink"/>
                  <w:rFonts w:ascii="Arial" w:hAnsi="Arial" w:cs="Arial"/>
                  <w:sz w:val="24"/>
                  <w:szCs w:val="24"/>
                </w:rPr>
                <w:t>3</w:t>
              </w:r>
              <w:r w:rsidR="00CE0025">
                <w:rPr>
                  <w:rStyle w:val="Hyperlink"/>
                  <w:rFonts w:ascii="Arial" w:hAnsi="Arial" w:cs="Arial"/>
                  <w:sz w:val="24"/>
                  <w:szCs w:val="24"/>
                </w:rPr>
                <w:t>2</w:t>
              </w:r>
            </w:hyperlink>
          </w:p>
          <w:p w14:paraId="64781ABF" w14:textId="77777777" w:rsidR="00A777E1" w:rsidRPr="00684C6D" w:rsidRDefault="00A777E1" w:rsidP="00BD3FDB">
            <w:pPr>
              <w:jc w:val="center"/>
              <w:rPr>
                <w:rFonts w:ascii="Arial" w:hAnsi="Arial" w:cs="Arial"/>
                <w:sz w:val="24"/>
                <w:szCs w:val="24"/>
              </w:rPr>
            </w:pPr>
          </w:p>
          <w:p w14:paraId="4F4D05A3" w14:textId="79F08708" w:rsidR="00A777E1" w:rsidRPr="00952023" w:rsidRDefault="00CE0025" w:rsidP="00BD3FDB">
            <w:pPr>
              <w:jc w:val="center"/>
              <w:rPr>
                <w:rFonts w:ascii="Arial" w:hAnsi="Arial" w:cs="Arial"/>
                <w:sz w:val="24"/>
                <w:szCs w:val="24"/>
              </w:rPr>
            </w:pPr>
            <w:hyperlink w:anchor="ResubmittingaSubmissiontoDAERARural" w:history="1">
              <w:r>
                <w:rPr>
                  <w:rStyle w:val="Hyperlink"/>
                  <w:rFonts w:ascii="Arial" w:hAnsi="Arial" w:cs="Arial"/>
                  <w:sz w:val="24"/>
                  <w:szCs w:val="24"/>
                </w:rPr>
                <w:t>35</w:t>
              </w:r>
            </w:hyperlink>
          </w:p>
          <w:p w14:paraId="5B000640" w14:textId="77777777" w:rsidR="00A777E1" w:rsidRPr="00684C6D" w:rsidRDefault="00A777E1" w:rsidP="00BD3FDB">
            <w:pPr>
              <w:jc w:val="center"/>
              <w:rPr>
                <w:rFonts w:ascii="Arial" w:hAnsi="Arial" w:cs="Arial"/>
                <w:sz w:val="24"/>
                <w:szCs w:val="24"/>
              </w:rPr>
            </w:pPr>
          </w:p>
          <w:p w14:paraId="7E960284" w14:textId="156A7439" w:rsidR="00A777E1" w:rsidRPr="00952023" w:rsidRDefault="00952023" w:rsidP="00BD3FDB">
            <w:pPr>
              <w:jc w:val="center"/>
              <w:rPr>
                <w:rFonts w:ascii="Arial" w:hAnsi="Arial" w:cs="Arial"/>
                <w:b/>
                <w:color w:val="244061" w:themeColor="accent1" w:themeShade="80"/>
                <w:sz w:val="24"/>
                <w:szCs w:val="24"/>
              </w:rPr>
            </w:pPr>
            <w:hyperlink w:anchor="SubmissionApprovalbyDAERARuralNeeds" w:history="1">
              <w:r w:rsidRPr="00952023">
                <w:rPr>
                  <w:rStyle w:val="Hyperlink"/>
                  <w:rFonts w:ascii="Arial" w:hAnsi="Arial" w:cs="Arial"/>
                  <w:sz w:val="24"/>
                  <w:szCs w:val="24"/>
                </w:rPr>
                <w:t>3</w:t>
              </w:r>
              <w:r w:rsidR="00CE0025">
                <w:rPr>
                  <w:rStyle w:val="Hyperlink"/>
                  <w:rFonts w:ascii="Arial" w:hAnsi="Arial" w:cs="Arial"/>
                  <w:sz w:val="24"/>
                  <w:szCs w:val="24"/>
                </w:rPr>
                <w:t>6</w:t>
              </w:r>
            </w:hyperlink>
          </w:p>
        </w:tc>
      </w:tr>
      <w:tr w:rsidR="00607FF1" w:rsidRPr="00684C6D" w14:paraId="535A74B7" w14:textId="77777777" w:rsidTr="00D81571">
        <w:tc>
          <w:tcPr>
            <w:tcW w:w="7792" w:type="dxa"/>
          </w:tcPr>
          <w:p w14:paraId="503C7050" w14:textId="77777777" w:rsidR="00607FF1" w:rsidRPr="00607FF1" w:rsidRDefault="00607FF1" w:rsidP="00607FF1">
            <w:pPr>
              <w:rPr>
                <w:rFonts w:ascii="Arial" w:hAnsi="Arial" w:cs="Arial"/>
                <w:b/>
                <w:bCs/>
                <w:color w:val="00B050"/>
                <w:sz w:val="28"/>
                <w:szCs w:val="28"/>
                <w:lang w:val="en-GB"/>
              </w:rPr>
            </w:pPr>
            <w:r w:rsidRPr="00607FF1">
              <w:rPr>
                <w:rFonts w:ascii="Arial" w:hAnsi="Arial" w:cs="Arial"/>
                <w:b/>
                <w:bCs/>
                <w:color w:val="00B050"/>
                <w:sz w:val="28"/>
                <w:szCs w:val="28"/>
                <w:lang w:val="en-GB"/>
              </w:rPr>
              <w:t>Downloading and Printing Your Summary</w:t>
            </w:r>
          </w:p>
          <w:p w14:paraId="3DDA16B2" w14:textId="77777777" w:rsidR="00607FF1" w:rsidRPr="002A2EE6" w:rsidRDefault="00607FF1" w:rsidP="00BD3FDB">
            <w:pPr>
              <w:spacing w:line="0" w:lineRule="atLeast"/>
              <w:rPr>
                <w:rFonts w:ascii="Arial" w:hAnsi="Arial" w:cs="Arial"/>
                <w:b/>
                <w:color w:val="00AA4F"/>
                <w:sz w:val="28"/>
                <w:szCs w:val="28"/>
              </w:rPr>
            </w:pPr>
          </w:p>
        </w:tc>
        <w:tc>
          <w:tcPr>
            <w:tcW w:w="1224" w:type="dxa"/>
          </w:tcPr>
          <w:p w14:paraId="72A587DF" w14:textId="77777777" w:rsidR="00607FF1" w:rsidRPr="00EF2EC2" w:rsidRDefault="00607FF1" w:rsidP="00BD3FDB">
            <w:pPr>
              <w:jc w:val="center"/>
              <w:rPr>
                <w:rFonts w:ascii="Arial" w:hAnsi="Arial" w:cs="Arial"/>
                <w:bCs/>
                <w:color w:val="244061" w:themeColor="accent1" w:themeShade="80"/>
                <w:sz w:val="48"/>
              </w:rPr>
            </w:pPr>
          </w:p>
        </w:tc>
      </w:tr>
      <w:tr w:rsidR="00607FF1" w:rsidRPr="00684C6D" w14:paraId="36D890F8" w14:textId="77777777" w:rsidTr="00D81571">
        <w:tc>
          <w:tcPr>
            <w:tcW w:w="7792" w:type="dxa"/>
          </w:tcPr>
          <w:p w14:paraId="09C64786" w14:textId="77777777" w:rsidR="008779B8" w:rsidRDefault="008779B8">
            <w:pPr>
              <w:ind w:left="360"/>
            </w:pPr>
            <w:r>
              <w:rPr>
                <w:rFonts w:ascii="Arial" w:hAnsi="Arial" w:cs="Arial"/>
                <w:sz w:val="24"/>
                <w:szCs w:val="24"/>
              </w:rPr>
              <w:t>Downloading and Printing Your Summary (Policy Lead or Rural Needs Coordinator)</w:t>
            </w:r>
          </w:p>
          <w:p w14:paraId="204709DA" w14:textId="72AA492D" w:rsidR="008779B8" w:rsidRPr="008779B8" w:rsidRDefault="008779B8" w:rsidP="008779B8">
            <w:pPr>
              <w:spacing w:line="0" w:lineRule="atLeast"/>
              <w:ind w:left="360"/>
              <w:rPr>
                <w:rFonts w:ascii="Arial" w:hAnsi="Arial" w:cs="Arial"/>
                <w:sz w:val="28"/>
                <w:szCs w:val="28"/>
                <w:lang w:val="en-GB"/>
              </w:rPr>
            </w:pPr>
          </w:p>
        </w:tc>
        <w:bookmarkStart w:id="0" w:name="Contents"/>
        <w:bookmarkEnd w:id="0"/>
        <w:tc>
          <w:tcPr>
            <w:tcW w:w="1224" w:type="dxa"/>
          </w:tcPr>
          <w:p w14:paraId="6051A29F" w14:textId="4CA1883C" w:rsidR="00607FF1" w:rsidRPr="008779B8" w:rsidRDefault="008779B8" w:rsidP="00BD3FDB">
            <w:pPr>
              <w:jc w:val="center"/>
              <w:rPr>
                <w:rFonts w:ascii="Arial" w:hAnsi="Arial" w:cs="Arial"/>
                <w:bCs/>
                <w:color w:val="244061" w:themeColor="accent1" w:themeShade="80"/>
                <w:sz w:val="24"/>
                <w:szCs w:val="24"/>
              </w:rPr>
            </w:pPr>
            <w:r>
              <w:rPr>
                <w:rFonts w:ascii="Arial" w:hAnsi="Arial" w:cs="Arial"/>
                <w:bCs/>
                <w:color w:val="244061" w:themeColor="accent1" w:themeShade="80"/>
                <w:sz w:val="24"/>
                <w:szCs w:val="24"/>
              </w:rPr>
              <w:fldChar w:fldCharType="begin"/>
            </w:r>
            <w:r>
              <w:rPr>
                <w:rFonts w:ascii="Arial" w:hAnsi="Arial" w:cs="Arial"/>
                <w:bCs/>
                <w:color w:val="244061" w:themeColor="accent1" w:themeShade="80"/>
                <w:sz w:val="24"/>
                <w:szCs w:val="24"/>
              </w:rPr>
              <w:instrText>HYPERLINK  \l "downloadingandprinting"</w:instrText>
            </w:r>
            <w:r>
              <w:rPr>
                <w:rFonts w:ascii="Arial" w:hAnsi="Arial" w:cs="Arial"/>
                <w:bCs/>
                <w:color w:val="244061" w:themeColor="accent1" w:themeShade="80"/>
                <w:sz w:val="24"/>
                <w:szCs w:val="24"/>
              </w:rPr>
            </w:r>
            <w:r>
              <w:rPr>
                <w:rFonts w:ascii="Arial" w:hAnsi="Arial" w:cs="Arial"/>
                <w:bCs/>
                <w:color w:val="244061" w:themeColor="accent1" w:themeShade="80"/>
                <w:sz w:val="24"/>
                <w:szCs w:val="24"/>
              </w:rPr>
              <w:fldChar w:fldCharType="separate"/>
            </w:r>
            <w:r w:rsidRPr="008779B8">
              <w:rPr>
                <w:rStyle w:val="Hyperlink"/>
                <w:rFonts w:ascii="Arial" w:hAnsi="Arial" w:cs="Arial"/>
                <w:bCs/>
                <w:sz w:val="24"/>
                <w:szCs w:val="24"/>
              </w:rPr>
              <w:t>38</w:t>
            </w:r>
            <w:r>
              <w:rPr>
                <w:rFonts w:ascii="Arial" w:hAnsi="Arial" w:cs="Arial"/>
                <w:bCs/>
                <w:color w:val="244061" w:themeColor="accent1" w:themeShade="80"/>
                <w:sz w:val="24"/>
                <w:szCs w:val="24"/>
              </w:rPr>
              <w:fldChar w:fldCharType="end"/>
            </w:r>
          </w:p>
        </w:tc>
      </w:tr>
      <w:tr w:rsidR="006908F7" w:rsidRPr="00684C6D" w14:paraId="63AE2F09" w14:textId="77777777" w:rsidTr="00D81571">
        <w:tc>
          <w:tcPr>
            <w:tcW w:w="7792" w:type="dxa"/>
          </w:tcPr>
          <w:p w14:paraId="1AD942EE" w14:textId="029EF3D6" w:rsidR="006908F7" w:rsidRPr="002A2EE6" w:rsidRDefault="006908F7" w:rsidP="00BD3FDB">
            <w:pPr>
              <w:spacing w:line="0" w:lineRule="atLeast"/>
              <w:rPr>
                <w:rFonts w:ascii="Arial" w:hAnsi="Arial" w:cs="Arial"/>
                <w:b/>
                <w:color w:val="244061" w:themeColor="accent1" w:themeShade="80"/>
                <w:sz w:val="28"/>
                <w:szCs w:val="28"/>
              </w:rPr>
            </w:pPr>
            <w:r w:rsidRPr="002A2EE6">
              <w:rPr>
                <w:rFonts w:ascii="Arial" w:hAnsi="Arial" w:cs="Arial"/>
                <w:b/>
                <w:color w:val="00AA4F"/>
                <w:sz w:val="28"/>
                <w:szCs w:val="28"/>
              </w:rPr>
              <w:t xml:space="preserve">Submission </w:t>
            </w:r>
            <w:proofErr w:type="gramStart"/>
            <w:r w:rsidRPr="002A2EE6">
              <w:rPr>
                <w:rFonts w:ascii="Arial" w:hAnsi="Arial" w:cs="Arial"/>
                <w:b/>
                <w:color w:val="00AA4F"/>
                <w:sz w:val="28"/>
                <w:szCs w:val="28"/>
              </w:rPr>
              <w:t>at a Glance</w:t>
            </w:r>
            <w:proofErr w:type="gramEnd"/>
          </w:p>
        </w:tc>
        <w:tc>
          <w:tcPr>
            <w:tcW w:w="1224" w:type="dxa"/>
          </w:tcPr>
          <w:p w14:paraId="1BE96401" w14:textId="471C6007" w:rsidR="006908F7" w:rsidRPr="00EF2EC2" w:rsidRDefault="006908F7" w:rsidP="00BD3FDB">
            <w:pPr>
              <w:jc w:val="center"/>
              <w:rPr>
                <w:rFonts w:ascii="Arial" w:hAnsi="Arial" w:cs="Arial"/>
                <w:bCs/>
                <w:color w:val="244061" w:themeColor="accent1" w:themeShade="80"/>
                <w:sz w:val="48"/>
              </w:rPr>
            </w:pPr>
          </w:p>
        </w:tc>
      </w:tr>
      <w:tr w:rsidR="00D84822" w:rsidRPr="00684C6D" w14:paraId="5811FFFA" w14:textId="77777777" w:rsidTr="00D81571">
        <w:tc>
          <w:tcPr>
            <w:tcW w:w="7792" w:type="dxa"/>
          </w:tcPr>
          <w:p w14:paraId="252DB1F6" w14:textId="432F1DB4" w:rsidR="00D84822" w:rsidRPr="00EB32C8" w:rsidRDefault="00EB32C8" w:rsidP="00EB32C8">
            <w:pPr>
              <w:spacing w:line="0" w:lineRule="atLeast"/>
              <w:rPr>
                <w:rFonts w:ascii="Arial" w:hAnsi="Arial" w:cs="Arial"/>
                <w:bCs/>
                <w:sz w:val="24"/>
                <w:szCs w:val="24"/>
              </w:rPr>
            </w:pPr>
            <w:r w:rsidRPr="00EB32C8">
              <w:rPr>
                <w:rFonts w:ascii="Arial" w:hAnsi="Arial" w:cs="Arial"/>
                <w:bCs/>
                <w:sz w:val="24"/>
                <w:szCs w:val="24"/>
              </w:rPr>
              <w:t xml:space="preserve">      </w:t>
            </w:r>
            <w:r w:rsidR="00C46C79">
              <w:rPr>
                <w:rFonts w:ascii="Arial" w:hAnsi="Arial" w:cs="Arial"/>
                <w:bCs/>
                <w:sz w:val="24"/>
                <w:szCs w:val="24"/>
              </w:rPr>
              <w:t>A Quick Guide to the Submission Workflow</w:t>
            </w:r>
          </w:p>
        </w:tc>
        <w:tc>
          <w:tcPr>
            <w:tcW w:w="1224" w:type="dxa"/>
          </w:tcPr>
          <w:p w14:paraId="6510FEF6" w14:textId="4B0601F2" w:rsidR="00D84822" w:rsidRPr="008779B8" w:rsidRDefault="008779B8" w:rsidP="00BD3FDB">
            <w:pPr>
              <w:jc w:val="center"/>
              <w:rPr>
                <w:rFonts w:ascii="Arial" w:hAnsi="Arial" w:cs="Arial"/>
                <w:bCs/>
                <w:color w:val="244061" w:themeColor="accent1" w:themeShade="80"/>
                <w:sz w:val="24"/>
                <w:szCs w:val="24"/>
              </w:rPr>
            </w:pPr>
            <w:hyperlink w:anchor="SubmissionProcessataGlance" w:history="1">
              <w:r w:rsidRPr="008779B8">
                <w:rPr>
                  <w:rStyle w:val="Hyperlink"/>
                  <w:rFonts w:ascii="Arial" w:hAnsi="Arial" w:cs="Arial"/>
                  <w:sz w:val="24"/>
                  <w:szCs w:val="24"/>
                </w:rPr>
                <w:t>40</w:t>
              </w:r>
            </w:hyperlink>
          </w:p>
        </w:tc>
      </w:tr>
    </w:tbl>
    <w:p w14:paraId="3CC8D9DA" w14:textId="77777777" w:rsidR="0011579F" w:rsidRDefault="0011579F" w:rsidP="0011579F"/>
    <w:p w14:paraId="222AB047" w14:textId="77777777" w:rsidR="0011579F" w:rsidRDefault="0011579F" w:rsidP="0011579F"/>
    <w:p w14:paraId="12882FC3" w14:textId="77777777" w:rsidR="0011579F" w:rsidRDefault="0011579F" w:rsidP="0011579F"/>
    <w:p w14:paraId="5E7C6FBF" w14:textId="77777777" w:rsidR="0011579F" w:rsidRDefault="0011579F" w:rsidP="0011579F"/>
    <w:p w14:paraId="6D7742A3" w14:textId="0D9D16B2" w:rsidR="00BD3FDB" w:rsidRPr="0011579F" w:rsidRDefault="00BD3FDB" w:rsidP="0011579F">
      <w:pPr>
        <w:rPr>
          <w:rFonts w:ascii="Arial" w:hAnsi="Arial" w:cs="Arial"/>
          <w:b/>
          <w:color w:val="244061" w:themeColor="accent1" w:themeShade="80"/>
        </w:rPr>
      </w:pPr>
      <w:hyperlink w:anchor="BackToTop" w:history="1"/>
      <w:r w:rsidR="004F35A6" w:rsidRPr="0088302B">
        <w:rPr>
          <w:rFonts w:ascii="Arial" w:hAnsi="Arial" w:cs="Arial"/>
          <w:b/>
          <w:bCs/>
          <w:color w:val="005E00"/>
          <w:sz w:val="32"/>
          <w:szCs w:val="32"/>
        </w:rPr>
        <w:t>Overview</w:t>
      </w:r>
    </w:p>
    <w:p w14:paraId="0B338011" w14:textId="77777777" w:rsidR="004F35A6" w:rsidRPr="004F35A6" w:rsidRDefault="004F35A6" w:rsidP="00BD3FDB">
      <w:pPr>
        <w:spacing w:after="0"/>
        <w:rPr>
          <w:rFonts w:ascii="Arial" w:hAnsi="Arial" w:cs="Arial"/>
          <w:b/>
          <w:bCs/>
          <w:color w:val="00B050"/>
          <w:sz w:val="32"/>
          <w:szCs w:val="32"/>
        </w:rPr>
      </w:pPr>
    </w:p>
    <w:p w14:paraId="7356ECDC" w14:textId="6F259551" w:rsidR="003320A4" w:rsidRPr="004F35A6" w:rsidRDefault="00BD3FDB" w:rsidP="00684C6D">
      <w:pPr>
        <w:pStyle w:val="DAERASub"/>
        <w:rPr>
          <w:color w:val="002060"/>
        </w:rPr>
      </w:pPr>
      <w:bookmarkStart w:id="1" w:name="BackToTop"/>
      <w:bookmarkStart w:id="2" w:name="UserGuideOverview"/>
      <w:r w:rsidRPr="004F35A6">
        <w:rPr>
          <w:color w:val="002060"/>
        </w:rPr>
        <w:t>User Guide Overview</w:t>
      </w:r>
    </w:p>
    <w:bookmarkEnd w:id="1"/>
    <w:bookmarkEnd w:id="2"/>
    <w:p w14:paraId="42AC2545" w14:textId="77777777" w:rsidR="001B645A" w:rsidRDefault="001B645A" w:rsidP="00684C6D">
      <w:pPr>
        <w:pStyle w:val="DAERASub"/>
      </w:pPr>
    </w:p>
    <w:p w14:paraId="20440D83" w14:textId="77777777" w:rsidR="001B645A" w:rsidRPr="00684C6D" w:rsidRDefault="001B645A" w:rsidP="00684C6D">
      <w:pPr>
        <w:pStyle w:val="DAERASub"/>
      </w:pPr>
    </w:p>
    <w:p w14:paraId="5D3DC356" w14:textId="77777777" w:rsidR="00BD3FDB" w:rsidRPr="00684C6D" w:rsidRDefault="00BD3FDB" w:rsidP="002B08E0">
      <w:pPr>
        <w:spacing w:after="0"/>
        <w:rPr>
          <w:rFonts w:ascii="Arial" w:hAnsi="Arial" w:cs="Arial"/>
        </w:rPr>
      </w:pPr>
    </w:p>
    <w:p w14:paraId="27F94021" w14:textId="77777777" w:rsidR="00BD3FDB" w:rsidRPr="001304BA" w:rsidRDefault="00A25B1C" w:rsidP="001B645A">
      <w:pPr>
        <w:rPr>
          <w:rFonts w:ascii="Arial" w:hAnsi="Arial" w:cs="Arial"/>
          <w:b/>
          <w:bCs/>
          <w:color w:val="002060"/>
          <w:sz w:val="24"/>
          <w:szCs w:val="24"/>
        </w:rPr>
      </w:pPr>
      <w:bookmarkStart w:id="3" w:name="_Toc223505669"/>
      <w:r w:rsidRPr="001304BA">
        <w:rPr>
          <w:rFonts w:ascii="Arial" w:hAnsi="Arial" w:cs="Arial"/>
          <w:b/>
          <w:bCs/>
          <w:color w:val="002060"/>
          <w:sz w:val="24"/>
          <w:szCs w:val="24"/>
        </w:rPr>
        <w:t>Purpose</w:t>
      </w:r>
      <w:bookmarkStart w:id="4" w:name="_Toc223505670"/>
      <w:bookmarkEnd w:id="3"/>
    </w:p>
    <w:p w14:paraId="2C21F2AF" w14:textId="2D68D628" w:rsidR="00BD3FDB" w:rsidRPr="002A2EE6" w:rsidRDefault="007615E2" w:rsidP="001B645A">
      <w:pPr>
        <w:rPr>
          <w:rFonts w:ascii="Arial" w:hAnsi="Arial" w:cs="Arial"/>
          <w:b/>
          <w:bCs/>
          <w:sz w:val="24"/>
          <w:szCs w:val="24"/>
          <w:lang w:val="en-GB"/>
        </w:rPr>
      </w:pPr>
      <w:r w:rsidRPr="002A2EE6">
        <w:rPr>
          <w:rFonts w:ascii="Arial" w:hAnsi="Arial" w:cs="Arial"/>
          <w:sz w:val="24"/>
          <w:szCs w:val="24"/>
          <w:lang w:val="en-GB"/>
        </w:rPr>
        <w:t xml:space="preserve">This guide introduces the Rural Needs Act (NI) 2016 – Annual Monitoring </w:t>
      </w:r>
      <w:r w:rsidR="002B08E0" w:rsidRPr="002A2EE6">
        <w:rPr>
          <w:rFonts w:ascii="Arial" w:hAnsi="Arial" w:cs="Arial"/>
          <w:sz w:val="24"/>
          <w:szCs w:val="24"/>
          <w:lang w:val="en-GB"/>
        </w:rPr>
        <w:t xml:space="preserve">Online </w:t>
      </w:r>
      <w:r w:rsidRPr="002A2EE6">
        <w:rPr>
          <w:rFonts w:ascii="Arial" w:hAnsi="Arial" w:cs="Arial"/>
          <w:sz w:val="24"/>
          <w:szCs w:val="24"/>
          <w:lang w:val="en-GB"/>
        </w:rPr>
        <w:t xml:space="preserve">Report, explains its purpose, </w:t>
      </w:r>
      <w:r w:rsidR="00965DC5" w:rsidRPr="002A2EE6">
        <w:rPr>
          <w:rFonts w:ascii="Arial" w:hAnsi="Arial" w:cs="Arial"/>
          <w:sz w:val="24"/>
          <w:szCs w:val="24"/>
          <w:lang w:val="en-GB"/>
        </w:rPr>
        <w:t>and provides step</w:t>
      </w:r>
      <w:r w:rsidR="00965DC5" w:rsidRPr="002A2EE6">
        <w:rPr>
          <w:rFonts w:ascii="Arial" w:hAnsi="Arial" w:cs="Arial"/>
          <w:sz w:val="24"/>
          <w:szCs w:val="24"/>
          <w:lang w:val="en-GB"/>
        </w:rPr>
        <w:noBreakHyphen/>
        <w:t>by</w:t>
      </w:r>
      <w:r w:rsidR="00965DC5" w:rsidRPr="002A2EE6">
        <w:rPr>
          <w:rFonts w:ascii="Arial" w:hAnsi="Arial" w:cs="Arial"/>
          <w:sz w:val="24"/>
          <w:szCs w:val="24"/>
          <w:lang w:val="en-GB"/>
        </w:rPr>
        <w:noBreakHyphen/>
        <w:t>step instructions to help end users complete common tasks correctly and efficiently.</w:t>
      </w:r>
    </w:p>
    <w:p w14:paraId="53CB32BB" w14:textId="6816F297" w:rsidR="002B08E0" w:rsidRPr="001B645A" w:rsidRDefault="002B08E0" w:rsidP="001B645A">
      <w:pPr>
        <w:rPr>
          <w:rFonts w:ascii="Arial" w:hAnsi="Arial" w:cs="Arial"/>
          <w:color w:val="002060"/>
          <w:lang w:val="en-GB"/>
        </w:rPr>
      </w:pPr>
    </w:p>
    <w:p w14:paraId="380D2FCB" w14:textId="316BA101" w:rsidR="00251762" w:rsidRPr="001304BA" w:rsidRDefault="009003A3" w:rsidP="001B645A">
      <w:pPr>
        <w:rPr>
          <w:rFonts w:ascii="Arial" w:hAnsi="Arial" w:cs="Arial"/>
          <w:b/>
          <w:bCs/>
          <w:color w:val="002060"/>
          <w:sz w:val="24"/>
          <w:szCs w:val="24"/>
        </w:rPr>
      </w:pPr>
      <w:r w:rsidRPr="001304BA">
        <w:rPr>
          <w:rFonts w:ascii="Arial" w:hAnsi="Arial" w:cs="Arial"/>
          <w:b/>
          <w:bCs/>
          <w:color w:val="002060"/>
          <w:sz w:val="24"/>
          <w:szCs w:val="24"/>
        </w:rPr>
        <w:t>Intended Audience</w:t>
      </w:r>
      <w:bookmarkEnd w:id="4"/>
    </w:p>
    <w:p w14:paraId="36B3AF7F" w14:textId="35375D70" w:rsidR="00BD3FDB" w:rsidRDefault="009003A3" w:rsidP="001B645A">
      <w:pPr>
        <w:rPr>
          <w:rFonts w:ascii="Arial" w:hAnsi="Arial" w:cs="Arial"/>
          <w:sz w:val="24"/>
          <w:szCs w:val="24"/>
        </w:rPr>
      </w:pPr>
      <w:r w:rsidRPr="002A2EE6">
        <w:rPr>
          <w:rFonts w:ascii="Arial" w:hAnsi="Arial" w:cs="Arial"/>
          <w:sz w:val="24"/>
          <w:szCs w:val="24"/>
        </w:rPr>
        <w:t>• New users getting started</w:t>
      </w:r>
      <w:r w:rsidRPr="002A2EE6">
        <w:rPr>
          <w:rFonts w:ascii="Arial" w:hAnsi="Arial" w:cs="Arial"/>
          <w:sz w:val="24"/>
          <w:szCs w:val="24"/>
        </w:rPr>
        <w:br/>
        <w:t>• Occasional users who need a refresher</w:t>
      </w:r>
      <w:r w:rsidRPr="002A2EE6">
        <w:rPr>
          <w:rFonts w:ascii="Arial" w:hAnsi="Arial" w:cs="Arial"/>
          <w:sz w:val="24"/>
          <w:szCs w:val="24"/>
        </w:rPr>
        <w:br/>
        <w:t>• Support and training teams</w:t>
      </w:r>
    </w:p>
    <w:p w14:paraId="0840EFA8" w14:textId="77777777" w:rsidR="00022004" w:rsidRDefault="00022004" w:rsidP="001B645A">
      <w:pPr>
        <w:rPr>
          <w:rFonts w:ascii="Arial" w:hAnsi="Arial" w:cs="Arial"/>
          <w:sz w:val="24"/>
          <w:szCs w:val="24"/>
        </w:rPr>
      </w:pPr>
    </w:p>
    <w:p w14:paraId="73B29BF0" w14:textId="77777777" w:rsidR="00022004" w:rsidRPr="001304BA" w:rsidRDefault="00022004" w:rsidP="00022004">
      <w:pPr>
        <w:rPr>
          <w:rFonts w:ascii="Arial" w:hAnsi="Arial" w:cs="Arial"/>
          <w:b/>
          <w:bCs/>
          <w:color w:val="002060"/>
          <w:sz w:val="24"/>
          <w:szCs w:val="24"/>
          <w:lang w:val="en-GB"/>
        </w:rPr>
      </w:pPr>
      <w:r w:rsidRPr="00022004">
        <w:rPr>
          <w:rFonts w:ascii="Arial" w:hAnsi="Arial" w:cs="Arial"/>
          <w:b/>
          <w:bCs/>
          <w:color w:val="002060"/>
          <w:sz w:val="24"/>
          <w:szCs w:val="24"/>
          <w:lang w:val="en-GB"/>
        </w:rPr>
        <w:t>Roles and Responsibilities</w:t>
      </w:r>
    </w:p>
    <w:p w14:paraId="580E8D8F" w14:textId="19B0F9E1" w:rsidR="001304BA" w:rsidRDefault="00022004" w:rsidP="00022004">
      <w:pPr>
        <w:rPr>
          <w:rFonts w:ascii="Arial" w:hAnsi="Arial" w:cs="Arial"/>
          <w:sz w:val="24"/>
          <w:szCs w:val="24"/>
          <w:lang w:val="en-GB"/>
        </w:rPr>
      </w:pPr>
      <w:r w:rsidRPr="00022004">
        <w:rPr>
          <w:rFonts w:ascii="Arial" w:hAnsi="Arial" w:cs="Arial"/>
          <w:sz w:val="24"/>
          <w:szCs w:val="24"/>
          <w:lang w:val="en-GB"/>
        </w:rPr>
        <w:t>This guide outlines</w:t>
      </w:r>
      <w:r w:rsidR="001304BA">
        <w:rPr>
          <w:rFonts w:ascii="Arial" w:hAnsi="Arial" w:cs="Arial"/>
          <w:sz w:val="24"/>
          <w:szCs w:val="24"/>
          <w:lang w:val="en-GB"/>
        </w:rPr>
        <w:t xml:space="preserve"> </w:t>
      </w:r>
      <w:r w:rsidRPr="00022004">
        <w:rPr>
          <w:rFonts w:ascii="Arial" w:hAnsi="Arial" w:cs="Arial"/>
          <w:sz w:val="24"/>
          <w:szCs w:val="24"/>
          <w:lang w:val="en-GB"/>
        </w:rPr>
        <w:t>responsibilities of</w:t>
      </w:r>
      <w:r w:rsidR="001304BA">
        <w:rPr>
          <w:rFonts w:ascii="Arial" w:hAnsi="Arial" w:cs="Arial"/>
          <w:sz w:val="24"/>
          <w:szCs w:val="24"/>
          <w:lang w:val="en-GB"/>
        </w:rPr>
        <w:t>:-</w:t>
      </w:r>
    </w:p>
    <w:p w14:paraId="483DE46B" w14:textId="04FE017C" w:rsidR="001304BA" w:rsidRDefault="00022004">
      <w:pPr>
        <w:pStyle w:val="ListParagraph"/>
        <w:numPr>
          <w:ilvl w:val="0"/>
          <w:numId w:val="16"/>
        </w:numPr>
        <w:rPr>
          <w:rFonts w:ascii="Arial" w:hAnsi="Arial" w:cs="Arial"/>
          <w:sz w:val="24"/>
          <w:szCs w:val="24"/>
          <w:lang w:val="en-GB"/>
        </w:rPr>
      </w:pPr>
      <w:r w:rsidRPr="001304BA">
        <w:rPr>
          <w:rFonts w:ascii="Arial" w:hAnsi="Arial" w:cs="Arial"/>
          <w:sz w:val="24"/>
          <w:szCs w:val="24"/>
          <w:lang w:val="en-GB"/>
        </w:rPr>
        <w:t xml:space="preserve">Policy Leads who create and update summaries </w:t>
      </w:r>
      <w:r w:rsidR="00853AF5" w:rsidRPr="001304BA">
        <w:rPr>
          <w:rFonts w:ascii="Arial" w:hAnsi="Arial" w:cs="Arial"/>
          <w:sz w:val="24"/>
          <w:szCs w:val="24"/>
          <w:lang w:val="en-GB"/>
        </w:rPr>
        <w:t>within the submission</w:t>
      </w:r>
      <w:r w:rsidR="001304BA">
        <w:rPr>
          <w:rFonts w:ascii="Arial" w:hAnsi="Arial" w:cs="Arial"/>
          <w:sz w:val="24"/>
          <w:szCs w:val="24"/>
          <w:lang w:val="en-GB"/>
        </w:rPr>
        <w:t>.</w:t>
      </w:r>
    </w:p>
    <w:p w14:paraId="3BC09059" w14:textId="551BE48F" w:rsidR="00022004" w:rsidRPr="001304BA" w:rsidRDefault="00022004">
      <w:pPr>
        <w:pStyle w:val="ListParagraph"/>
        <w:numPr>
          <w:ilvl w:val="0"/>
          <w:numId w:val="16"/>
        </w:numPr>
        <w:spacing w:after="0" w:line="240" w:lineRule="auto"/>
        <w:rPr>
          <w:rFonts w:ascii="Arial" w:hAnsi="Arial" w:cs="Arial"/>
          <w:sz w:val="24"/>
          <w:szCs w:val="24"/>
          <w:lang w:val="en-GB"/>
        </w:rPr>
      </w:pPr>
      <w:r w:rsidRPr="001304BA">
        <w:rPr>
          <w:rFonts w:ascii="Arial" w:hAnsi="Arial" w:cs="Arial"/>
          <w:sz w:val="24"/>
          <w:szCs w:val="24"/>
          <w:lang w:val="en-GB"/>
        </w:rPr>
        <w:t>Rural Needs Coordinators</w:t>
      </w:r>
      <w:r w:rsidR="001304BA">
        <w:rPr>
          <w:rFonts w:ascii="Arial" w:hAnsi="Arial" w:cs="Arial"/>
          <w:sz w:val="24"/>
          <w:szCs w:val="24"/>
          <w:lang w:val="en-GB"/>
        </w:rPr>
        <w:t xml:space="preserve">, </w:t>
      </w:r>
      <w:r w:rsidRPr="001304BA">
        <w:rPr>
          <w:rFonts w:ascii="Arial" w:hAnsi="Arial" w:cs="Arial"/>
          <w:sz w:val="24"/>
          <w:szCs w:val="24"/>
          <w:lang w:val="en-GB"/>
        </w:rPr>
        <w:t>who review, approve, and manage the overall submission process</w:t>
      </w:r>
      <w:r w:rsidR="001304BA">
        <w:rPr>
          <w:rFonts w:ascii="Arial" w:hAnsi="Arial" w:cs="Arial"/>
          <w:sz w:val="24"/>
          <w:szCs w:val="24"/>
          <w:lang w:val="en-GB"/>
        </w:rPr>
        <w:t xml:space="preserve"> to the DAERA Rural Needs Team</w:t>
      </w:r>
      <w:r w:rsidRPr="001304BA">
        <w:rPr>
          <w:rFonts w:ascii="Arial" w:hAnsi="Arial" w:cs="Arial"/>
          <w:sz w:val="24"/>
          <w:szCs w:val="24"/>
          <w:lang w:val="en-GB"/>
        </w:rPr>
        <w:t>.</w:t>
      </w:r>
    </w:p>
    <w:p w14:paraId="55FB5818" w14:textId="77777777" w:rsidR="00022004" w:rsidRPr="002A2EE6" w:rsidRDefault="00022004" w:rsidP="001B645A">
      <w:pPr>
        <w:rPr>
          <w:rFonts w:ascii="Arial" w:hAnsi="Arial" w:cs="Arial"/>
          <w:sz w:val="24"/>
          <w:szCs w:val="24"/>
        </w:rPr>
      </w:pPr>
    </w:p>
    <w:p w14:paraId="1F22A056" w14:textId="77777777" w:rsidR="001B645A" w:rsidRPr="001B645A" w:rsidRDefault="001B645A" w:rsidP="001B645A">
      <w:pPr>
        <w:rPr>
          <w:rFonts w:ascii="Arial" w:hAnsi="Arial" w:cs="Arial"/>
        </w:rPr>
      </w:pPr>
    </w:p>
    <w:p w14:paraId="109C9D7C" w14:textId="77777777" w:rsidR="002B08E0" w:rsidRPr="001304BA" w:rsidRDefault="009003A3" w:rsidP="001B645A">
      <w:pPr>
        <w:rPr>
          <w:rFonts w:ascii="Arial" w:hAnsi="Arial" w:cs="Arial"/>
          <w:b/>
          <w:bCs/>
          <w:color w:val="002060"/>
          <w:sz w:val="24"/>
          <w:szCs w:val="24"/>
        </w:rPr>
      </w:pPr>
      <w:bookmarkStart w:id="5" w:name="_Toc223505671"/>
      <w:r w:rsidRPr="001304BA">
        <w:rPr>
          <w:rFonts w:ascii="Arial" w:hAnsi="Arial" w:cs="Arial"/>
          <w:b/>
          <w:bCs/>
          <w:color w:val="002060"/>
          <w:sz w:val="24"/>
          <w:szCs w:val="24"/>
        </w:rPr>
        <w:t>Scope of this Guide</w:t>
      </w:r>
      <w:bookmarkStart w:id="6" w:name="_Toc223505672"/>
      <w:bookmarkEnd w:id="5"/>
    </w:p>
    <w:p w14:paraId="648EC738" w14:textId="5FE8022E" w:rsidR="006306AF" w:rsidRPr="002A2EE6" w:rsidRDefault="00965DC5" w:rsidP="001B645A">
      <w:pPr>
        <w:rPr>
          <w:rFonts w:ascii="Arial" w:eastAsiaTheme="majorEastAsia" w:hAnsi="Arial" w:cs="Arial"/>
          <w:sz w:val="24"/>
          <w:szCs w:val="24"/>
          <w:lang w:val="en-GB"/>
        </w:rPr>
      </w:pPr>
      <w:r w:rsidRPr="002A2EE6">
        <w:rPr>
          <w:rFonts w:ascii="Arial" w:eastAsiaTheme="majorEastAsia" w:hAnsi="Arial" w:cs="Arial"/>
          <w:sz w:val="24"/>
          <w:szCs w:val="24"/>
          <w:lang w:val="en-GB"/>
        </w:rPr>
        <w:t xml:space="preserve">This guide </w:t>
      </w:r>
      <w:r w:rsidR="00926D1D">
        <w:rPr>
          <w:rFonts w:ascii="Arial" w:eastAsiaTheme="majorEastAsia" w:hAnsi="Arial" w:cs="Arial"/>
          <w:sz w:val="24"/>
          <w:szCs w:val="24"/>
          <w:lang w:val="en-GB"/>
        </w:rPr>
        <w:t>is designed to help everyday users to work confidently with</w:t>
      </w:r>
      <w:r w:rsidR="006306AF">
        <w:rPr>
          <w:rFonts w:ascii="Arial" w:eastAsiaTheme="majorEastAsia" w:hAnsi="Arial" w:cs="Arial"/>
          <w:sz w:val="24"/>
          <w:szCs w:val="24"/>
          <w:lang w:val="en-GB"/>
        </w:rPr>
        <w:t>in</w:t>
      </w:r>
      <w:r w:rsidR="00926D1D">
        <w:rPr>
          <w:rFonts w:ascii="Arial" w:eastAsiaTheme="majorEastAsia" w:hAnsi="Arial" w:cs="Arial"/>
          <w:sz w:val="24"/>
          <w:szCs w:val="24"/>
          <w:lang w:val="en-GB"/>
        </w:rPr>
        <w:t xml:space="preserve"> the system</w:t>
      </w:r>
      <w:r w:rsidRPr="002A2EE6">
        <w:rPr>
          <w:rFonts w:ascii="Arial" w:eastAsiaTheme="majorEastAsia" w:hAnsi="Arial" w:cs="Arial"/>
          <w:sz w:val="24"/>
          <w:szCs w:val="24"/>
          <w:lang w:val="en-GB"/>
        </w:rPr>
        <w:t xml:space="preserve">. It explains how </w:t>
      </w:r>
      <w:r w:rsidR="00926D1D">
        <w:rPr>
          <w:rFonts w:ascii="Arial" w:eastAsiaTheme="majorEastAsia" w:hAnsi="Arial" w:cs="Arial"/>
          <w:sz w:val="24"/>
          <w:szCs w:val="24"/>
          <w:lang w:val="en-GB"/>
        </w:rPr>
        <w:t>to</w:t>
      </w:r>
      <w:r w:rsidRPr="002A2EE6">
        <w:rPr>
          <w:rFonts w:ascii="Arial" w:eastAsiaTheme="majorEastAsia" w:hAnsi="Arial" w:cs="Arial"/>
          <w:sz w:val="24"/>
          <w:szCs w:val="24"/>
          <w:lang w:val="en-GB"/>
        </w:rPr>
        <w:t xml:space="preserve"> set up </w:t>
      </w:r>
      <w:r w:rsidR="00926D1D">
        <w:rPr>
          <w:rFonts w:ascii="Arial" w:eastAsiaTheme="majorEastAsia" w:hAnsi="Arial" w:cs="Arial"/>
          <w:sz w:val="24"/>
          <w:szCs w:val="24"/>
          <w:lang w:val="en-GB"/>
        </w:rPr>
        <w:t>an</w:t>
      </w:r>
      <w:r w:rsidRPr="002A2EE6">
        <w:rPr>
          <w:rFonts w:ascii="Arial" w:eastAsiaTheme="majorEastAsia" w:hAnsi="Arial" w:cs="Arial"/>
          <w:sz w:val="24"/>
          <w:szCs w:val="24"/>
          <w:lang w:val="en-GB"/>
        </w:rPr>
        <w:t xml:space="preserve"> account, log in, navigate the Public Authority Portal, create and manage summaries, use the dashboard (including viewing, editing and managing submissions), and understand the key features available</w:t>
      </w:r>
      <w:r w:rsidR="00926D1D">
        <w:rPr>
          <w:rFonts w:ascii="Arial" w:eastAsiaTheme="majorEastAsia" w:hAnsi="Arial" w:cs="Arial"/>
          <w:sz w:val="24"/>
          <w:szCs w:val="24"/>
          <w:lang w:val="en-GB"/>
        </w:rPr>
        <w:t>.</w:t>
      </w:r>
      <w:r w:rsidRPr="002A2EE6">
        <w:rPr>
          <w:rFonts w:ascii="Arial" w:eastAsiaTheme="majorEastAsia" w:hAnsi="Arial" w:cs="Arial"/>
          <w:sz w:val="24"/>
          <w:szCs w:val="24"/>
          <w:lang w:val="en-GB"/>
        </w:rPr>
        <w:t xml:space="preserve"> Configuration, </w:t>
      </w:r>
      <w:r w:rsidRPr="002A2EE6">
        <w:rPr>
          <w:rFonts w:ascii="Arial" w:eastAsiaTheme="majorEastAsia" w:hAnsi="Arial" w:cs="Arial"/>
          <w:sz w:val="24"/>
          <w:szCs w:val="24"/>
          <w:lang w:val="en-GB"/>
        </w:rPr>
        <w:lastRenderedPageBreak/>
        <w:t>administrative tasks, and any technical or system</w:t>
      </w:r>
      <w:r w:rsidRPr="002A2EE6">
        <w:rPr>
          <w:rFonts w:ascii="Arial" w:eastAsiaTheme="majorEastAsia" w:hAnsi="Arial" w:cs="Arial"/>
          <w:sz w:val="24"/>
          <w:szCs w:val="24"/>
          <w:lang w:val="en-GB"/>
        </w:rPr>
        <w:noBreakHyphen/>
        <w:t>level setup are out of scope</w:t>
      </w:r>
      <w:bookmarkEnd w:id="6"/>
      <w:r w:rsidR="00926D1D">
        <w:rPr>
          <w:rFonts w:ascii="Arial" w:eastAsiaTheme="majorEastAsia" w:hAnsi="Arial" w:cs="Arial"/>
          <w:sz w:val="24"/>
          <w:szCs w:val="24"/>
          <w:lang w:val="en-GB"/>
        </w:rPr>
        <w:t>.</w:t>
      </w:r>
      <w:r w:rsidR="009003A3" w:rsidRPr="002A2EE6">
        <w:rPr>
          <w:rFonts w:ascii="Arial" w:hAnsi="Arial" w:cs="Arial"/>
          <w:sz w:val="24"/>
          <w:szCs w:val="24"/>
        </w:rPr>
        <w:br/>
      </w:r>
    </w:p>
    <w:p w14:paraId="76A69C55" w14:textId="77777777" w:rsidR="00022004" w:rsidRDefault="00022004" w:rsidP="00312DA1">
      <w:pPr>
        <w:rPr>
          <w:rFonts w:ascii="Arial" w:hAnsi="Arial" w:cs="Arial"/>
          <w:b/>
          <w:bCs/>
          <w:color w:val="00B050"/>
          <w:sz w:val="32"/>
          <w:szCs w:val="32"/>
        </w:rPr>
      </w:pPr>
    </w:p>
    <w:p w14:paraId="3AEB6DEE" w14:textId="2D462282" w:rsidR="00675BCF" w:rsidRPr="0088302B" w:rsidRDefault="009E3AC0" w:rsidP="00312DA1">
      <w:pPr>
        <w:rPr>
          <w:rFonts w:ascii="Arial" w:hAnsi="Arial" w:cs="Arial"/>
          <w:b/>
          <w:bCs/>
          <w:color w:val="005E00"/>
          <w:sz w:val="32"/>
          <w:szCs w:val="32"/>
        </w:rPr>
      </w:pPr>
      <w:r w:rsidRPr="009E3AC0">
        <w:rPr>
          <w:rFonts w:ascii="Arial" w:eastAsiaTheme="majorEastAsia" w:hAnsi="Arial" w:cs="Arial"/>
          <w:noProof/>
          <w:lang w:val="en-GB"/>
        </w:rPr>
        <mc:AlternateContent>
          <mc:Choice Requires="wps">
            <w:drawing>
              <wp:anchor distT="45720" distB="45720" distL="114300" distR="114300" simplePos="0" relativeHeight="252052992" behindDoc="0" locked="0" layoutInCell="1" allowOverlap="1" wp14:anchorId="077E3EA0" wp14:editId="1117FAD2">
                <wp:simplePos x="0" y="0"/>
                <wp:positionH relativeFrom="column">
                  <wp:posOffset>5568059</wp:posOffset>
                </wp:positionH>
                <wp:positionV relativeFrom="paragraph">
                  <wp:posOffset>3634266</wp:posOffset>
                </wp:positionV>
                <wp:extent cx="900430" cy="334010"/>
                <wp:effectExtent l="0" t="0" r="0" b="0"/>
                <wp:wrapSquare wrapText="bothSides"/>
                <wp:docPr id="2338918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0430" cy="334010"/>
                        </a:xfrm>
                        <a:prstGeom prst="rect">
                          <a:avLst/>
                        </a:prstGeom>
                        <a:noFill/>
                        <a:ln w="9525">
                          <a:noFill/>
                          <a:miter lim="800000"/>
                          <a:headEnd/>
                          <a:tailEnd/>
                        </a:ln>
                      </wps:spPr>
                      <wps:txbx>
                        <w:txbxContent>
                          <w:p w14:paraId="0420DDD7" w14:textId="4E55D255" w:rsidR="009E3AC0" w:rsidRDefault="009E3AC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7E3EA0" id="Text Box 2" o:spid="_x0000_s1056" type="#_x0000_t202" style="position:absolute;margin-left:438.45pt;margin-top:286.15pt;width:70.9pt;height:26.3pt;z-index:252052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Gql+gEAANMDAAAOAAAAZHJzL2Uyb0RvYy54bWysU8tu2zAQvBfoPxC815JfbSJYDtKkKQqk&#10;DyDpB6wpyiJKclmStuR+fZaU4xjNragOBMnVzu7MDldXg9FsL31QaGs+nZScSSuwUXZb85+Pd+8u&#10;OAsRbAMaraz5QQZ+tX77ZtW7Ss6wQ91IzwjEhqp3Ne9idFVRBNFJA2GCTloKtugNRDr6bdF46And&#10;6GJWlu+LHn3jPAoZAt3ejkG+zvhtK0X83rZBRqZrTr3FvPq8btJarFdQbT24ToljG/APXRhQloqe&#10;oG4hAtt59QrKKOExYBsnAk2BbauEzByIzbT8i81DB05mLiROcCeZwv+DFd/2D+6HZ3H4iAMNMJMI&#10;7h7Fr8As3nRgt/Lae+w7CQ0VnibJit6F6piapA5VSCCb/is2NGTYRcxAQ+tNUoV4MkKnARxOossh&#10;MkGXl2W5mFNEUGg+X5AKuQJUz8nOh/hZomFpU3NPM83gsL8PMTUD1fMvqZbFO6V1nqu2rKcCy9ky&#10;J5xFjIpkO61MzS/K9I1GSBw/2SYnR1B63FMBbY+kE8+RcRw2A1NNzWcpN2mwweZAKngcXUavgjYd&#10;+j+c9eSwmoffO/CSM/3FkpKX08UiWTIfFssPMzr488jmPAJWEFTNI2fj9iZmG4+Ur0nxVmU1Xjo5&#10;tkzOySIdXZ6seX7Of728xfUTAAAA//8DAFBLAwQUAAYACAAAACEAwaqcqeAAAAAMAQAADwAAAGRy&#10;cy9kb3ducmV2LnhtbEyPy07DMBBF90j8gzVI7Kjd0OZFJhUCsQXRFiR2bjJNIuJxFLtN+HvcFSxH&#10;9+jeM8VmNr040+g6ywjLhQJBXNm64wZhv3u5S0E4r7nWvWVC+CEHm/L6qtB5bSd+p/PWNyKUsMs1&#10;Quv9kEvpqpaMdgs7EIfsaEejfTjHRtajnkK56WWkVCyN7jgstHqgp5aq7+3JIHy8Hr8+V+qteTbr&#10;YbKzkmwyiXh7Mz8+gPA0+z8YLvpBHcrgdLAnrp3oEdIkzgKKsE6iexAXQi3TBMQBIY5WGciykP+f&#10;KH8BAAD//wMAUEsBAi0AFAAGAAgAAAAhALaDOJL+AAAA4QEAABMAAAAAAAAAAAAAAAAAAAAAAFtD&#10;b250ZW50X1R5cGVzXS54bWxQSwECLQAUAAYACAAAACEAOP0h/9YAAACUAQAACwAAAAAAAAAAAAAA&#10;AAAvAQAAX3JlbHMvLnJlbHNQSwECLQAUAAYACAAAACEAyhxqpfoBAADTAwAADgAAAAAAAAAAAAAA&#10;AAAuAgAAZHJzL2Uyb0RvYy54bWxQSwECLQAUAAYACAAAACEAwaqcqeAAAAAMAQAADwAAAAAAAAAA&#10;AAAAAABUBAAAZHJzL2Rvd25yZXYueG1sUEsFBgAAAAAEAAQA8wAAAGEFAAAAAA==&#10;" filled="f" stroked="f">
                <v:textbox>
                  <w:txbxContent>
                    <w:p w14:paraId="0420DDD7" w14:textId="4E55D255" w:rsidR="009E3AC0" w:rsidRDefault="009E3AC0"/>
                  </w:txbxContent>
                </v:textbox>
                <w10:wrap type="square"/>
              </v:shape>
            </w:pict>
          </mc:Fallback>
        </mc:AlternateContent>
      </w:r>
      <w:r w:rsidR="004A6879" w:rsidRPr="0088302B">
        <w:rPr>
          <w:rFonts w:ascii="Arial" w:hAnsi="Arial" w:cs="Arial"/>
          <w:b/>
          <w:bCs/>
          <w:color w:val="005E00"/>
          <w:sz w:val="32"/>
          <w:szCs w:val="32"/>
        </w:rPr>
        <w:t>A</w:t>
      </w:r>
      <w:r w:rsidR="00053BEC" w:rsidRPr="0088302B">
        <w:rPr>
          <w:rFonts w:ascii="Arial" w:hAnsi="Arial" w:cs="Arial"/>
          <w:b/>
          <w:bCs/>
          <w:color w:val="005E00"/>
          <w:sz w:val="32"/>
          <w:szCs w:val="32"/>
        </w:rPr>
        <w:t>ccount Setup</w:t>
      </w:r>
      <w:r w:rsidR="00817051" w:rsidRPr="0088302B">
        <w:rPr>
          <w:rFonts w:ascii="Arial" w:hAnsi="Arial" w:cs="Arial"/>
          <w:b/>
          <w:bCs/>
          <w:color w:val="005E00"/>
          <w:sz w:val="32"/>
          <w:szCs w:val="32"/>
        </w:rPr>
        <w:t xml:space="preserve"> </w:t>
      </w:r>
    </w:p>
    <w:p w14:paraId="0F97B80F" w14:textId="3B5B8A36" w:rsidR="00596329" w:rsidRPr="002A2EE6" w:rsidRDefault="00596329" w:rsidP="00684C6D">
      <w:pPr>
        <w:pStyle w:val="DAERASub"/>
        <w:rPr>
          <w:color w:val="002060"/>
        </w:rPr>
      </w:pPr>
      <w:bookmarkStart w:id="7" w:name="AccessingtheRuralNeedsAnnualMonitor"/>
      <w:r w:rsidRPr="002A2EE6">
        <w:rPr>
          <w:color w:val="002060"/>
        </w:rPr>
        <w:t>Accessing the Rural Needs Annual Monitoring Portal</w:t>
      </w:r>
    </w:p>
    <w:bookmarkEnd w:id="7"/>
    <w:p w14:paraId="5DE0BD9E" w14:textId="77777777" w:rsidR="00684C6D" w:rsidRPr="00684C6D" w:rsidRDefault="00684C6D" w:rsidP="00684C6D">
      <w:pPr>
        <w:pStyle w:val="DAERASub"/>
      </w:pPr>
    </w:p>
    <w:p w14:paraId="6047D2E1" w14:textId="74F6711F" w:rsidR="0084664E" w:rsidRPr="002A2EE6" w:rsidRDefault="0084664E" w:rsidP="0084664E">
      <w:pPr>
        <w:rPr>
          <w:rFonts w:ascii="Arial" w:hAnsi="Arial" w:cs="Arial"/>
          <w:sz w:val="24"/>
          <w:szCs w:val="24"/>
        </w:rPr>
      </w:pPr>
      <w:r w:rsidRPr="002A2EE6">
        <w:rPr>
          <w:rFonts w:ascii="Arial" w:hAnsi="Arial" w:cs="Arial"/>
          <w:sz w:val="24"/>
          <w:szCs w:val="24"/>
        </w:rPr>
        <w:t xml:space="preserve">Go to the </w:t>
      </w:r>
      <w:r w:rsidRPr="002A2EE6">
        <w:rPr>
          <w:rFonts w:ascii="Arial" w:hAnsi="Arial" w:cs="Arial"/>
          <w:b/>
          <w:bCs/>
          <w:sz w:val="24"/>
          <w:szCs w:val="24"/>
        </w:rPr>
        <w:t xml:space="preserve">Rural Needs Act (NI) 2016 – Annual Monitoring Report </w:t>
      </w:r>
      <w:r w:rsidRPr="002A2EE6">
        <w:rPr>
          <w:rFonts w:ascii="Arial" w:hAnsi="Arial" w:cs="Arial"/>
          <w:sz w:val="24"/>
          <w:szCs w:val="24"/>
        </w:rPr>
        <w:t>page by selecting the following link:</w:t>
      </w:r>
    </w:p>
    <w:p w14:paraId="0607CE77" w14:textId="3C31794D" w:rsidR="0084664E" w:rsidRPr="00684C6D" w:rsidRDefault="0084664E" w:rsidP="009F7DA9">
      <w:pPr>
        <w:jc w:val="center"/>
        <w:rPr>
          <w:rFonts w:ascii="Arial" w:hAnsi="Arial" w:cs="Arial"/>
        </w:rPr>
      </w:pPr>
      <w:hyperlink r:id="rId9" w:history="1">
        <w:r w:rsidRPr="00684C6D">
          <w:rPr>
            <w:rStyle w:val="Hyperlink"/>
            <w:rFonts w:ascii="Arial" w:hAnsi="Arial" w:cs="Arial"/>
          </w:rPr>
          <w:t>Dashboard - Rural Needs Act (NI) 2016 - Annual Monitoring Report</w:t>
        </w:r>
      </w:hyperlink>
    </w:p>
    <w:p w14:paraId="660A8AB3" w14:textId="39E3A239" w:rsidR="00675BCF" w:rsidRPr="00684C6D" w:rsidRDefault="00E45F11" w:rsidP="0084664E">
      <w:pPr>
        <w:rPr>
          <w:rFonts w:ascii="Arial" w:hAnsi="Arial" w:cs="Arial"/>
        </w:rPr>
      </w:pPr>
      <w:r w:rsidRPr="00E45F11">
        <w:rPr>
          <w:rFonts w:ascii="Arial" w:hAnsi="Arial" w:cs="Arial"/>
          <w:noProof/>
        </w:rPr>
        <mc:AlternateContent>
          <mc:Choice Requires="wps">
            <w:drawing>
              <wp:anchor distT="45720" distB="45720" distL="114300" distR="114300" simplePos="0" relativeHeight="252049920" behindDoc="0" locked="0" layoutInCell="1" allowOverlap="1" wp14:anchorId="22CA67EC" wp14:editId="19FE92C3">
                <wp:simplePos x="0" y="0"/>
                <wp:positionH relativeFrom="column">
                  <wp:posOffset>3211838</wp:posOffset>
                </wp:positionH>
                <wp:positionV relativeFrom="paragraph">
                  <wp:posOffset>221903</wp:posOffset>
                </wp:positionV>
                <wp:extent cx="2380615" cy="3734435"/>
                <wp:effectExtent l="0" t="0" r="0" b="0"/>
                <wp:wrapSquare wrapText="bothSides"/>
                <wp:docPr id="18020251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0615" cy="3734435"/>
                        </a:xfrm>
                        <a:prstGeom prst="rect">
                          <a:avLst/>
                        </a:prstGeom>
                        <a:noFill/>
                        <a:ln w="9525">
                          <a:noFill/>
                          <a:miter lim="800000"/>
                          <a:headEnd/>
                          <a:tailEnd/>
                        </a:ln>
                      </wps:spPr>
                      <wps:txbx>
                        <w:txbxContent>
                          <w:p w14:paraId="304D0C45" w14:textId="572794F7" w:rsidR="00E45F11" w:rsidRDefault="00E45F11">
                            <w:r w:rsidRPr="00E45F11">
                              <w:rPr>
                                <w:rFonts w:ascii="Arial" w:hAnsi="Arial" w:cs="Arial"/>
                                <w:noProof/>
                              </w:rPr>
                              <w:drawing>
                                <wp:inline distT="0" distB="0" distL="0" distR="0" wp14:anchorId="248AA8FE" wp14:editId="3A3CA1F7">
                                  <wp:extent cx="1822862" cy="3292913"/>
                                  <wp:effectExtent l="0" t="0" r="6350" b="3175"/>
                                  <wp:docPr id="1746971816" name="Picture 1" descr="Webpage introducing the Rural Needs Act (NI) 2016 Annual Monitoring Report, with guidance text and a green ‘Start now’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6971816" name="Picture 1" descr="Webpage introducing the Rural Needs Act (NI) 2016 Annual Monitoring Report, with guidance text and a green ‘Start now’ button"/>
                                          <pic:cNvPicPr/>
                                        </pic:nvPicPr>
                                        <pic:blipFill>
                                          <a:blip r:embed="rId10"/>
                                          <a:stretch>
                                            <a:fillRect/>
                                          </a:stretch>
                                        </pic:blipFill>
                                        <pic:spPr>
                                          <a:xfrm>
                                            <a:off x="0" y="0"/>
                                            <a:ext cx="1831302" cy="3308159"/>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CA67EC" id="_x0000_s1057" type="#_x0000_t202" style="position:absolute;margin-left:252.9pt;margin-top:17.45pt;width:187.45pt;height:294.05pt;z-index:2520499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jBe/gEAANUDAAAOAAAAZHJzL2Uyb0RvYy54bWysU8tu2zAQvBfoPxC815JfiSNYDtKkKQqk&#10;DyDtB9AUZRElueyStpR+fZaU4xjtragOBMnVzu7MDtfXgzXsoDBocDWfTkrOlJPQaLer+Y/v9+9W&#10;nIUoXCMMOFXzJxX49ebtm3XvKzWDDkyjkBGIC1Xva97F6KuiCLJTVoQJeOUo2AJaEemIu6JB0RO6&#10;NcWsLC+KHrDxCFKFQLd3Y5BvMn7bKhm/tm1QkZmaU28xr5jXbVqLzVpUOxS+0/LYhviHLqzQjoqe&#10;oO5EFGyP+i8oqyVCgDZOJNgC2lZLlTkQm2n5B5vHTniVuZA4wZ9kCv8PVn45PPpvyOLwHgYaYCYR&#10;/APIn4E5uO2E26kbROg7JRoqPE2SFb0P1TE1SR2qkEC2/WdoaMhiHyEDDS3apArxZIROA3g6ia6G&#10;yCRdzuar8mK65ExSbH45Xyzmy1xDVC/pHkP8qMCytKk50lQzvDg8hJjaEdXLL6mag3ttTJ6scayv&#10;+dVytswJZxGrIxnPaFvzVZm+0QqJ5QfX5OQotBn3VMC4I+3EdOQch+3AdENdp9ykwhaaJ9IBYfQZ&#10;vQvadIC/OevJYzUPv/YCFWfmkyMtr6aLRTJlPiyWlzM64Hlkex4RThJUzSNn4/Y2ZiOPlG9I81Zn&#10;NV47ObZM3skiHX2ezHl+zn+9vsbNMwAAAP//AwBQSwMEFAAGAAgAAAAhAEmxjyDfAAAACgEAAA8A&#10;AABkcnMvZG93bnJldi54bWxMj0tPwzAQhO9I/AdrkbhRu4+0aZpNhUBcQfSBxM2Nt0lEvI5itwn/&#10;HnOC42hGM9/k29G24kq9bxwjTCcKBHHpTMMVwmH/8pCC8EGz0a1jQvgmD9vi9ibXmXEDv9N1FyoR&#10;S9hnGqEOocuk9GVNVvuJ64ijd3a91SHKvpKm10Mst62cKbWUVjccF2rd0VNN5dfuYhGOr+fPj4V6&#10;q55t0g1uVJLtWiLe342PGxCBxvAXhl/8iA5FZDq5CxsvWoREJRE9IMwXaxAxkKZqBeKEsJzNFcgi&#10;l/8vFD8AAAD//wMAUEsBAi0AFAAGAAgAAAAhALaDOJL+AAAA4QEAABMAAAAAAAAAAAAAAAAAAAAA&#10;AFtDb250ZW50X1R5cGVzXS54bWxQSwECLQAUAAYACAAAACEAOP0h/9YAAACUAQAACwAAAAAAAAAA&#10;AAAAAAAvAQAAX3JlbHMvLnJlbHNQSwECLQAUAAYACAAAACEA3r4wXv4BAADVAwAADgAAAAAAAAAA&#10;AAAAAAAuAgAAZHJzL2Uyb0RvYy54bWxQSwECLQAUAAYACAAAACEASbGPIN8AAAAKAQAADwAAAAAA&#10;AAAAAAAAAABYBAAAZHJzL2Rvd25yZXYueG1sUEsFBgAAAAAEAAQA8wAAAGQFAAAAAA==&#10;" filled="f" stroked="f">
                <v:textbox>
                  <w:txbxContent>
                    <w:p w14:paraId="304D0C45" w14:textId="572794F7" w:rsidR="00E45F11" w:rsidRDefault="00E45F11">
                      <w:r w:rsidRPr="00E45F11">
                        <w:rPr>
                          <w:rFonts w:ascii="Arial" w:hAnsi="Arial" w:cs="Arial"/>
                          <w:noProof/>
                        </w:rPr>
                        <w:drawing>
                          <wp:inline distT="0" distB="0" distL="0" distR="0" wp14:anchorId="248AA8FE" wp14:editId="3A3CA1F7">
                            <wp:extent cx="1822862" cy="3292913"/>
                            <wp:effectExtent l="0" t="0" r="6350" b="3175"/>
                            <wp:docPr id="1746971816" name="Picture 1" descr="Webpage introducing the Rural Needs Act (NI) 2016 Annual Monitoring Report, with guidance text and a green ‘Start now’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6971816" name="Picture 1" descr="Webpage introducing the Rural Needs Act (NI) 2016 Annual Monitoring Report, with guidance text and a green ‘Start now’ button"/>
                                    <pic:cNvPicPr/>
                                  </pic:nvPicPr>
                                  <pic:blipFill>
                                    <a:blip r:embed="rId11"/>
                                    <a:stretch>
                                      <a:fillRect/>
                                    </a:stretch>
                                  </pic:blipFill>
                                  <pic:spPr>
                                    <a:xfrm>
                                      <a:off x="0" y="0"/>
                                      <a:ext cx="1831302" cy="3308159"/>
                                    </a:xfrm>
                                    <a:prstGeom prst="rect">
                                      <a:avLst/>
                                    </a:prstGeom>
                                  </pic:spPr>
                                </pic:pic>
                              </a:graphicData>
                            </a:graphic>
                          </wp:inline>
                        </w:drawing>
                      </w:r>
                    </w:p>
                  </w:txbxContent>
                </v:textbox>
                <w10:wrap type="square"/>
              </v:shape>
            </w:pict>
          </mc:Fallback>
        </mc:AlternateContent>
      </w:r>
    </w:p>
    <w:p w14:paraId="20A84381" w14:textId="74353FF5" w:rsidR="009F7DA9" w:rsidRPr="00684C6D" w:rsidRDefault="009F7DA9" w:rsidP="0084664E">
      <w:pPr>
        <w:rPr>
          <w:rFonts w:ascii="Arial" w:hAnsi="Arial" w:cs="Arial"/>
        </w:rPr>
      </w:pPr>
    </w:p>
    <w:p w14:paraId="7A11FE16" w14:textId="77777777" w:rsidR="00E45F11" w:rsidRDefault="00E45F11" w:rsidP="007312EE">
      <w:pPr>
        <w:rPr>
          <w:rFonts w:ascii="Arial" w:hAnsi="Arial" w:cs="Arial"/>
        </w:rPr>
      </w:pPr>
    </w:p>
    <w:p w14:paraId="7E9DB1F2" w14:textId="77777777" w:rsidR="00E45F11" w:rsidRPr="00684C6D" w:rsidRDefault="00E45F11" w:rsidP="007312EE">
      <w:pPr>
        <w:rPr>
          <w:rFonts w:ascii="Arial" w:hAnsi="Arial" w:cs="Arial"/>
          <w:lang w:val="en-GB"/>
        </w:rPr>
      </w:pPr>
    </w:p>
    <w:p w14:paraId="7E149076" w14:textId="38AFA1F3" w:rsidR="007312EE" w:rsidRPr="002A2EE6" w:rsidRDefault="00A201D3" w:rsidP="007312EE">
      <w:pPr>
        <w:rPr>
          <w:rFonts w:ascii="Arial" w:hAnsi="Arial" w:cs="Arial"/>
          <w:sz w:val="24"/>
          <w:szCs w:val="24"/>
          <w:lang w:val="en-GB"/>
        </w:rPr>
      </w:pPr>
      <w:r w:rsidRPr="002A2EE6">
        <w:rPr>
          <w:rFonts w:ascii="Arial" w:hAnsi="Arial" w:cs="Arial"/>
          <w:noProof/>
          <w:sz w:val="24"/>
          <w:szCs w:val="24"/>
        </w:rPr>
        <mc:AlternateContent>
          <mc:Choice Requires="wps">
            <w:drawing>
              <wp:anchor distT="0" distB="0" distL="114300" distR="114300" simplePos="0" relativeHeight="251677184" behindDoc="0" locked="0" layoutInCell="1" allowOverlap="1" wp14:anchorId="21E660B3" wp14:editId="444F36AE">
                <wp:simplePos x="0" y="0"/>
                <wp:positionH relativeFrom="margin">
                  <wp:posOffset>2983180</wp:posOffset>
                </wp:positionH>
                <wp:positionV relativeFrom="paragraph">
                  <wp:posOffset>359972</wp:posOffset>
                </wp:positionV>
                <wp:extent cx="294409" cy="117516"/>
                <wp:effectExtent l="38100" t="38100" r="48895" b="111125"/>
                <wp:wrapNone/>
                <wp:docPr id="1708775917" name="Straight Arrow Connector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294409" cy="117516"/>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D885901" id="_x0000_t32" coordsize="21600,21600" o:spt="32" o:oned="t" path="m,l21600,21600e" filled="f">
                <v:path arrowok="t" fillok="f" o:connecttype="none"/>
                <o:lock v:ext="edit" shapetype="t"/>
              </v:shapetype>
              <v:shape id="Straight Arrow Connector 1" o:spid="_x0000_s1026" type="#_x0000_t32" alt="&quot;&quot;" style="position:absolute;margin-left:234.9pt;margin-top:28.35pt;width:23.2pt;height:9.25pt;z-index:251677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R0XvgEAAM8DAAAOAAAAZHJzL2Uyb0RvYy54bWysU9uO0zAQfUfiHyy/0yTVsrBR033oAi8I&#10;Vlw+wOuME0u+aTw06d9jO22KAIGEeJn4MufMzPHJ7n62hh0Bo/au482m5gyc9L12Q8e/fnn74jVn&#10;kYTrhfEOOn6CyO/3z5/tptDC1o/e9IAskbjYTqHjI1FoqyrKEayIGx/ApUvl0QpKWxyqHsWU2K2p&#10;tnV9W00e+4BeQozp9GG55PvCrxRI+qhUBGKm46k3KhFLfMqx2u9EO6AIo5bnNsQ/dGGFdqnoSvUg&#10;SLBvqH+hslqij17RRnpbeaW0hDJDmqapf5rm8ygClFmSODGsMsX/Rys/HA/uEZMMU4htDI+Yp5gV&#10;2vxN/bG5iHVaxYKZmEyH27ubm/qOM5mumubVy+Y2i1ldwQEjvQNvWV50PBIKPYx08M6lZ/HYFMHE&#10;8X2kBXgB5MrG5UhCmzeuZ3QKyTuEWrjBwLlOTqmuXZcVnQws8E+gmO5zn6VMMRQcDLKjSFYQUoKj&#10;ZmVK2RmmtDErsP478JyfoVDMtoKX4f5YdUWUyt7RCrbaefxddZovLasl/6LAMneW4Mn3p/KeRZrk&#10;mvImZ4dnW/64L/Drf7j/DgAA//8DAFBLAwQUAAYACAAAACEAk1pcUNsAAAAJAQAADwAAAGRycy9k&#10;b3ducmV2LnhtbEyPS0/DMBCE70j8B2uRuFGnUeNCyKZCSL3TB/dt7DzUeB3FTpr+e8wJjqMZzXxT&#10;7Bbbi9mMvnOMsF4lIAxXTnfcIJxP+5dXED4Qa+odG4S78bArHx8KyrW78cHMx9CIWMI+J4Q2hCGX&#10;0letseRXbjAcvdqNlkKUYyP1SLdYbnuZJomSljqOCy0N5rM11fU4WYSvfTUrX0+HU63G+/e0Ibou&#10;hPj8tHy8gwhmCX9h+MWP6FBGpoubWHvRI2zUW0QPCJnagoiBbK1SEBeEbZaCLAv5/0H5AwAA//8D&#10;AFBLAQItABQABgAIAAAAIQC2gziS/gAAAOEBAAATAAAAAAAAAAAAAAAAAAAAAABbQ29udGVudF9U&#10;eXBlc10ueG1sUEsBAi0AFAAGAAgAAAAhADj9If/WAAAAlAEAAAsAAAAAAAAAAAAAAAAALwEAAF9y&#10;ZWxzLy5yZWxzUEsBAi0AFAAGAAgAAAAhAFAFHRe+AQAAzwMAAA4AAAAAAAAAAAAAAAAALgIAAGRy&#10;cy9lMm9Eb2MueG1sUEsBAi0AFAAGAAgAAAAhAJNaXFDbAAAACQEAAA8AAAAAAAAAAAAAAAAAGAQA&#10;AGRycy9kb3ducmV2LnhtbFBLBQYAAAAABAAEAPMAAAAgBQAAAAA=&#10;" strokecolor="#4f81bd [3204]" strokeweight="2pt">
                <v:stroke endarrow="block"/>
                <v:shadow on="t" color="black" opacity="24903f" origin=",.5" offset="0,.55556mm"/>
                <w10:wrap anchorx="margin"/>
              </v:shape>
            </w:pict>
          </mc:Fallback>
        </mc:AlternateContent>
      </w:r>
      <w:r w:rsidR="007312EE" w:rsidRPr="002A2EE6">
        <w:rPr>
          <w:rFonts w:ascii="Arial" w:hAnsi="Arial" w:cs="Arial"/>
          <w:sz w:val="24"/>
          <w:szCs w:val="24"/>
          <w:lang w:val="en-GB"/>
        </w:rPr>
        <w:t xml:space="preserve">When the page loads, read the information provided and select the green </w:t>
      </w:r>
      <w:r w:rsidR="007312EE" w:rsidRPr="00D82BB0">
        <w:rPr>
          <w:rFonts w:ascii="Arial" w:hAnsi="Arial" w:cs="Arial"/>
          <w:b/>
          <w:bCs/>
          <w:sz w:val="24"/>
          <w:szCs w:val="24"/>
          <w:lang w:val="en-GB"/>
        </w:rPr>
        <w:t>Start Now</w:t>
      </w:r>
      <w:r w:rsidR="007312EE" w:rsidRPr="002A2EE6">
        <w:rPr>
          <w:rFonts w:ascii="Arial" w:hAnsi="Arial" w:cs="Arial"/>
          <w:sz w:val="24"/>
          <w:szCs w:val="24"/>
          <w:lang w:val="en-GB"/>
        </w:rPr>
        <w:t xml:space="preserve"> button.</w:t>
      </w:r>
      <w:r w:rsidR="00675BCF" w:rsidRPr="002A2EE6">
        <w:rPr>
          <w:rFonts w:ascii="Arial" w:hAnsi="Arial" w:cs="Arial"/>
          <w:noProof/>
          <w:sz w:val="24"/>
          <w:szCs w:val="24"/>
        </w:rPr>
        <w:t xml:space="preserve"> </w:t>
      </w:r>
    </w:p>
    <w:p w14:paraId="3C649016" w14:textId="4B9C2E6A" w:rsidR="007312EE" w:rsidRPr="00684C6D" w:rsidRDefault="007312EE" w:rsidP="0084664E">
      <w:pPr>
        <w:rPr>
          <w:rFonts w:ascii="Arial" w:hAnsi="Arial" w:cs="Arial"/>
        </w:rPr>
      </w:pPr>
    </w:p>
    <w:p w14:paraId="705FABF1" w14:textId="35D0FBDD" w:rsidR="007312EE" w:rsidRPr="00684C6D" w:rsidRDefault="007312EE" w:rsidP="0084664E">
      <w:pPr>
        <w:rPr>
          <w:rFonts w:ascii="Arial" w:hAnsi="Arial" w:cs="Arial"/>
        </w:rPr>
      </w:pPr>
    </w:p>
    <w:p w14:paraId="20E481E3" w14:textId="594A451E" w:rsidR="007312EE" w:rsidRDefault="00675BCF" w:rsidP="0084664E">
      <w:pPr>
        <w:rPr>
          <w:rFonts w:ascii="Arial" w:hAnsi="Arial" w:cs="Arial"/>
        </w:rPr>
      </w:pPr>
      <w:r w:rsidRPr="00684C6D">
        <w:rPr>
          <w:rFonts w:ascii="Arial" w:hAnsi="Arial" w:cs="Arial"/>
          <w:noProof/>
        </w:rPr>
        <mc:AlternateContent>
          <mc:Choice Requires="wps">
            <w:drawing>
              <wp:anchor distT="0" distB="0" distL="114300" distR="114300" simplePos="0" relativeHeight="251665920" behindDoc="0" locked="0" layoutInCell="1" allowOverlap="1" wp14:anchorId="4BA457F8" wp14:editId="6EB04A5D">
                <wp:simplePos x="0" y="0"/>
                <wp:positionH relativeFrom="column">
                  <wp:posOffset>7404100</wp:posOffset>
                </wp:positionH>
                <wp:positionV relativeFrom="paragraph">
                  <wp:posOffset>2446655</wp:posOffset>
                </wp:positionV>
                <wp:extent cx="552450" cy="151765"/>
                <wp:effectExtent l="38100" t="38100" r="57150" b="114935"/>
                <wp:wrapNone/>
                <wp:docPr id="1454114383" name="Straight Arrow Connector 2"/>
                <wp:cNvGraphicFramePr/>
                <a:graphic xmlns:a="http://schemas.openxmlformats.org/drawingml/2006/main">
                  <a:graphicData uri="http://schemas.microsoft.com/office/word/2010/wordprocessingShape">
                    <wps:wsp>
                      <wps:cNvCnPr/>
                      <wps:spPr>
                        <a:xfrm>
                          <a:off x="0" y="0"/>
                          <a:ext cx="552450" cy="151765"/>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CB4175D" id="Straight Arrow Connector 2" o:spid="_x0000_s1026" type="#_x0000_t32" style="position:absolute;margin-left:583pt;margin-top:192.65pt;width:43.5pt;height:11.9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uvXvwEAAM8DAAAOAAAAZHJzL2Uyb0RvYy54bWysU8uO1DAQvCPxD5bvTJIRWVA0mT3MAhcE&#10;Kx4f4HXaiSXHttrNJPl7bGcmgwCBhLh0/Oiq7i5XDvfzaNgZMGhnW17tSs7AStdp27f865e3L15z&#10;FkjYThhnoeULBH5/fP7sMPkG9m5wpgNkkcSGZvItH4h8UxRBDjCKsHMebLxUDkdBcYt90aGYIvto&#10;in1Z3hWTw86jkxBCPH1YL/kx8ysFkj4qFYCYaXnsjXLEHJ9SLI4H0fQo/KDlpQ3xD12MQttYdKN6&#10;ECTYN9S/UI1aogtO0U66sXBKaQl5hjhNVf40zedBeMizRHGC32QK/49Wfjif7CNGGSYfmuAfMU0x&#10;KxzTN/bH5izWsokFMzEZD+t6/7KOksp4VdXVq7s6iVncwB4DvQM3srRoeSAUuh/o5KyNz+KwyoKJ&#10;8/tAK/AKSJWNTZGENm9sx2jx0TuEWtjewKVOSiluXecVLQZW+CdQTHexz30ukw0FJ4PsLKIVhJRg&#10;qdqYYnaCKW3MBiz/DrzkJyhks23gdbg/Vt0QubKztIFHbR3+rjrN15bVmn9VYJ07SfDkuiW/Z5Ym&#10;uia/ycXhyZY/7jP89h8evwMAAP//AwBQSwMEFAAGAAgAAAAhABJ/jAneAAAADQEAAA8AAABkcnMv&#10;ZG93bnJldi54bWxMj0tvwjAQhO+V+h+sReqtOCRg0RAHVZW4l0fvS+w8RGxHthPCv+9yao8zO5r9&#10;ptjPpmeT9qFzVsJqmQDTtnKqs42Ey/nwvgUWIlqFvbNawkMH2JevLwXmyt3tUU+n2DAqsSFHCW2M&#10;Q855qFptMCzdoC3daucNRpK+4crjncpNz9MkEdxgZ+lDi4P+anV1O41GwvehmkSox+O5Fv7xM64R&#10;bzNK+baYP3fAop7jXxie+IQOJTFd3WhVYD3plRA0JkrItpsM2DOSbjKyrhLWyUcKvCz4/xXlLwAA&#10;AP//AwBQSwECLQAUAAYACAAAACEAtoM4kv4AAADhAQAAEwAAAAAAAAAAAAAAAAAAAAAAW0NvbnRl&#10;bnRfVHlwZXNdLnhtbFBLAQItABQABgAIAAAAIQA4/SH/1gAAAJQBAAALAAAAAAAAAAAAAAAAAC8B&#10;AABfcmVscy8ucmVsc1BLAQItABQABgAIAAAAIQCjVuvXvwEAAM8DAAAOAAAAAAAAAAAAAAAAAC4C&#10;AABkcnMvZTJvRG9jLnhtbFBLAQItABQABgAIAAAAIQASf4wJ3gAAAA0BAAAPAAAAAAAAAAAAAAAA&#10;ABkEAABkcnMvZG93bnJldi54bWxQSwUGAAAAAAQABADzAAAAJAUAAAAA&#10;" strokecolor="#4f81bd [3204]" strokeweight="2pt">
                <v:stroke endarrow="block"/>
                <v:shadow on="t" color="black" opacity="24903f" origin=",.5" offset="0,.55556mm"/>
              </v:shape>
            </w:pict>
          </mc:Fallback>
        </mc:AlternateContent>
      </w:r>
      <w:r w:rsidR="00053BEC" w:rsidRPr="00684C6D">
        <w:rPr>
          <w:rFonts w:ascii="Arial" w:hAnsi="Arial" w:cs="Arial"/>
        </w:rPr>
        <w:t xml:space="preserve">     </w:t>
      </w:r>
    </w:p>
    <w:p w14:paraId="2D4D4319" w14:textId="761EA48F" w:rsidR="00E45F11" w:rsidRDefault="00E45F11" w:rsidP="0084664E">
      <w:pPr>
        <w:rPr>
          <w:rFonts w:ascii="Arial" w:hAnsi="Arial" w:cs="Arial"/>
        </w:rPr>
      </w:pPr>
    </w:p>
    <w:p w14:paraId="7C6FE15E" w14:textId="41E2D523" w:rsidR="00E45F11" w:rsidRPr="00684C6D" w:rsidRDefault="00E45F11" w:rsidP="0084664E">
      <w:pPr>
        <w:rPr>
          <w:rFonts w:ascii="Arial" w:hAnsi="Arial" w:cs="Arial"/>
        </w:rPr>
      </w:pPr>
    </w:p>
    <w:p w14:paraId="2EBC57F4" w14:textId="225DC7D9" w:rsidR="00675BCF" w:rsidRPr="00684C6D" w:rsidRDefault="00675BCF" w:rsidP="002F0995">
      <w:pPr>
        <w:rPr>
          <w:rFonts w:ascii="Arial" w:hAnsi="Arial" w:cs="Arial"/>
          <w:lang w:val="en-GB"/>
        </w:rPr>
      </w:pPr>
    </w:p>
    <w:p w14:paraId="1354E933" w14:textId="77777777" w:rsidR="009F7DA9" w:rsidRPr="00684C6D" w:rsidRDefault="009F7DA9" w:rsidP="002F0995">
      <w:pPr>
        <w:rPr>
          <w:rFonts w:ascii="Arial" w:hAnsi="Arial" w:cs="Arial"/>
          <w:lang w:val="en-GB"/>
        </w:rPr>
      </w:pPr>
    </w:p>
    <w:p w14:paraId="2DF40139" w14:textId="1EB50172" w:rsidR="009F7DA9" w:rsidRPr="00684C6D" w:rsidRDefault="009F7DA9" w:rsidP="002F0995">
      <w:pPr>
        <w:rPr>
          <w:rFonts w:ascii="Arial" w:hAnsi="Arial" w:cs="Arial"/>
          <w:lang w:val="en-GB"/>
        </w:rPr>
      </w:pPr>
    </w:p>
    <w:p w14:paraId="35FA9BD1" w14:textId="68293C45" w:rsidR="00673422" w:rsidRPr="002A2EE6" w:rsidRDefault="00673422" w:rsidP="00675BCF">
      <w:pPr>
        <w:rPr>
          <w:rFonts w:ascii="Arial" w:hAnsi="Arial" w:cs="Arial"/>
          <w:sz w:val="24"/>
          <w:szCs w:val="24"/>
          <w:lang w:val="en-GB"/>
        </w:rPr>
      </w:pPr>
      <w:r w:rsidRPr="002A2EE6">
        <w:rPr>
          <w:rFonts w:ascii="Arial" w:hAnsi="Arial" w:cs="Arial"/>
          <w:noProof/>
          <w:sz w:val="24"/>
          <w:szCs w:val="24"/>
        </w:rPr>
        <w:lastRenderedPageBreak/>
        <mc:AlternateContent>
          <mc:Choice Requires="wps">
            <w:drawing>
              <wp:anchor distT="0" distB="0" distL="114300" distR="114300" simplePos="0" relativeHeight="251673088" behindDoc="0" locked="0" layoutInCell="1" allowOverlap="1" wp14:anchorId="54994B43" wp14:editId="431E5E8A">
                <wp:simplePos x="0" y="0"/>
                <wp:positionH relativeFrom="margin">
                  <wp:posOffset>2578100</wp:posOffset>
                </wp:positionH>
                <wp:positionV relativeFrom="paragraph">
                  <wp:posOffset>382270</wp:posOffset>
                </wp:positionV>
                <wp:extent cx="1327150" cy="679450"/>
                <wp:effectExtent l="38100" t="19050" r="63500" b="101600"/>
                <wp:wrapNone/>
                <wp:docPr id="1476445204" name="Straight Arrow Connector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327150" cy="679450"/>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5990481" id="Straight Arrow Connector 1" o:spid="_x0000_s1026" type="#_x0000_t32" alt="&quot;&quot;" style="position:absolute;margin-left:203pt;margin-top:30.1pt;width:104.5pt;height:53.5pt;z-index:251673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03PvwEAANADAAAOAAAAZHJzL2Uyb0RvYy54bWysU9uO0zAQfUfiHyy/0yQFdiFqug9d4AXB&#10;issHeJ1xYsk32UOT/j1jp00RIJAQLxNf5pyZOT7Z3c3WsCPEpL3reLOpOQMnfa/d0PGvX94+e8VZ&#10;QuF6YbyDjp8g8bv90ye7KbSw9aM3PURGJC61U+j4iBjaqkpyBCvSxgdwdKl8tAJpG4eqj2Iidmuq&#10;bV3fVJOPfYheQkp0er9c8n3hVwokflQqATLTceoNS4wlPuZY7XeiHaIIo5bnNsQ/dGGFdlR0pboX&#10;KNi3qH+hslpGn7zCjfS28kppCWUGmqapf5rm8ygClFlInBRWmdL/o5Ufjgf3EEmGKaQ2hYeYp5hV&#10;tPlL/bG5iHVaxYIZmaTD5vn2tnlJmkq6u7l9/YLWRFNd0SEmfAfesrzoeMIo9DDiwTtH7+JjUxQT&#10;x/cJF+AFkEsblyMKbd64nuEpkHkwauEGA+c6OaW6tl1WeDKwwD+BYrqnRrelTHEUHExkR0FeEFKC&#10;w2ZlouwMU9qYFVj/HXjOz1AoblvBy3B/rLoiSmXvcAVb7Xz8XXWcLy2rJf+iwDJ3luDR96fyoEUa&#10;sk15k7PFsy9/3Bf49UfcfwcAAP//AwBQSwMEFAAGAAgAAAAhAAHvWWjbAAAACgEAAA8AAABkcnMv&#10;ZG93bnJldi54bWxMj01PwzAMhu9I+w+RJ3Fj6aoRUGk6IaTd2QZ3r3E/tCapkrTr/j3mBEfbj14/&#10;b7lf7CBmCrH3TsN2k4EgV3vTu1bD1/nw9AoiJnQGB+9Iw50i7KvVQ4mF8Td3pPmUWsEhLhaooUtp&#10;LKSMdUcW48aP5PjW+GAx8RhaaQLeONwOMs8yJS32jj90ONJHR/X1NFkNn4d6VrGZjudGhfv3tEO8&#10;Lqj143p5fwORaEl/MPzqszpU7HTxkzNRDBp2meIuSYPKchAMqO0zLy5MqpccZFXK/xWqHwAAAP//&#10;AwBQSwECLQAUAAYACAAAACEAtoM4kv4AAADhAQAAEwAAAAAAAAAAAAAAAAAAAAAAW0NvbnRlbnRf&#10;VHlwZXNdLnhtbFBLAQItABQABgAIAAAAIQA4/SH/1gAAAJQBAAALAAAAAAAAAAAAAAAAAC8BAABf&#10;cmVscy8ucmVsc1BLAQItABQABgAIAAAAIQDYU03PvwEAANADAAAOAAAAAAAAAAAAAAAAAC4CAABk&#10;cnMvZTJvRG9jLnhtbFBLAQItABQABgAIAAAAIQAB71lo2wAAAAoBAAAPAAAAAAAAAAAAAAAAABkE&#10;AABkcnMvZG93bnJldi54bWxQSwUGAAAAAAQABADzAAAAIQUAAAAA&#10;" strokecolor="#4f81bd [3204]" strokeweight="2pt">
                <v:stroke endarrow="block"/>
                <v:shadow on="t" color="black" opacity="24903f" origin=",.5" offset="0,.55556mm"/>
                <w10:wrap anchorx="margin"/>
              </v:shape>
            </w:pict>
          </mc:Fallback>
        </mc:AlternateContent>
      </w:r>
      <w:r w:rsidR="00675BCF" w:rsidRPr="002A2EE6">
        <w:rPr>
          <w:rFonts w:ascii="Arial" w:hAnsi="Arial" w:cs="Arial"/>
          <w:noProof/>
          <w:sz w:val="24"/>
          <w:szCs w:val="24"/>
        </w:rPr>
        <w:drawing>
          <wp:anchor distT="0" distB="0" distL="114300" distR="114300" simplePos="0" relativeHeight="251672064" behindDoc="0" locked="0" layoutInCell="1" allowOverlap="1" wp14:anchorId="385C61E3" wp14:editId="643F5C9A">
            <wp:simplePos x="0" y="0"/>
            <wp:positionH relativeFrom="margin">
              <wp:posOffset>2895600</wp:posOffset>
            </wp:positionH>
            <wp:positionV relativeFrom="paragraph">
              <wp:posOffset>3810</wp:posOffset>
            </wp:positionV>
            <wp:extent cx="3171825" cy="2082800"/>
            <wp:effectExtent l="0" t="0" r="9525" b="0"/>
            <wp:wrapSquare wrapText="bothSides"/>
            <wp:docPr id="811278420" name="Picture 1" descr="Access page showing two sign‑in options: nidirect Government Services and Government Gateway, with notices listed on the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1278420" name="Picture 1" descr="Access page showing two sign‑in options: nidirect Government Services and Government Gateway, with notices listed on the right"/>
                    <pic:cNvPicPr/>
                  </pic:nvPicPr>
                  <pic:blipFill>
                    <a:blip r:embed="rId12"/>
                    <a:stretch>
                      <a:fillRect/>
                    </a:stretch>
                  </pic:blipFill>
                  <pic:spPr>
                    <a:xfrm>
                      <a:off x="0" y="0"/>
                      <a:ext cx="3171825" cy="2082800"/>
                    </a:xfrm>
                    <a:prstGeom prst="rect">
                      <a:avLst/>
                    </a:prstGeom>
                  </pic:spPr>
                </pic:pic>
              </a:graphicData>
            </a:graphic>
          </wp:anchor>
        </w:drawing>
      </w:r>
      <w:r w:rsidR="00675BCF" w:rsidRPr="002A2EE6">
        <w:rPr>
          <w:rFonts w:ascii="Arial" w:hAnsi="Arial" w:cs="Arial"/>
          <w:sz w:val="24"/>
          <w:szCs w:val="24"/>
          <w:lang w:val="en-GB"/>
        </w:rPr>
        <w:t>This will take you to an access page where you can choose to set up an account using either NI Direct Government Services or Government Gateway</w:t>
      </w:r>
      <w:r w:rsidRPr="002A2EE6">
        <w:rPr>
          <w:rFonts w:ascii="Arial" w:hAnsi="Arial" w:cs="Arial"/>
          <w:sz w:val="24"/>
          <w:szCs w:val="24"/>
          <w:lang w:val="en-GB"/>
        </w:rPr>
        <w:t>, using your Public Authority Credentials.</w:t>
      </w:r>
      <w:r w:rsidR="00BD11B2" w:rsidRPr="002A2EE6">
        <w:rPr>
          <w:rFonts w:ascii="Arial" w:hAnsi="Arial" w:cs="Arial"/>
          <w:sz w:val="24"/>
          <w:szCs w:val="24"/>
          <w:lang w:val="en-GB"/>
        </w:rPr>
        <w:t xml:space="preserve"> The choice is based on personal preference.</w:t>
      </w:r>
      <w:r w:rsidRPr="002A2EE6">
        <w:rPr>
          <w:rFonts w:ascii="Arial" w:hAnsi="Arial" w:cs="Arial"/>
          <w:sz w:val="24"/>
          <w:szCs w:val="24"/>
          <w:lang w:val="en-GB"/>
        </w:rPr>
        <w:t xml:space="preserve"> </w:t>
      </w:r>
    </w:p>
    <w:p w14:paraId="04A9F436" w14:textId="356AC923" w:rsidR="00675BCF" w:rsidRPr="002A2EE6" w:rsidRDefault="00673422" w:rsidP="00675BCF">
      <w:pPr>
        <w:rPr>
          <w:rFonts w:ascii="Arial" w:hAnsi="Arial" w:cs="Arial"/>
          <w:b/>
          <w:bCs/>
          <w:sz w:val="24"/>
          <w:szCs w:val="24"/>
          <w:lang w:val="en-GB"/>
        </w:rPr>
      </w:pPr>
      <w:r w:rsidRPr="002A2EE6">
        <w:rPr>
          <w:rFonts w:ascii="Arial" w:hAnsi="Arial" w:cs="Arial"/>
          <w:b/>
          <w:bCs/>
          <w:sz w:val="24"/>
          <w:szCs w:val="24"/>
          <w:lang w:val="en-GB"/>
        </w:rPr>
        <w:t xml:space="preserve">If you already have existing </w:t>
      </w:r>
      <w:r w:rsidR="00E45F11" w:rsidRPr="002A2EE6">
        <w:rPr>
          <w:rFonts w:ascii="Arial" w:hAnsi="Arial" w:cs="Arial"/>
          <w:b/>
          <w:bCs/>
          <w:sz w:val="24"/>
          <w:szCs w:val="24"/>
          <w:lang w:val="en-GB"/>
        </w:rPr>
        <w:t>l</w:t>
      </w:r>
      <w:r w:rsidRPr="002A2EE6">
        <w:rPr>
          <w:rFonts w:ascii="Arial" w:hAnsi="Arial" w:cs="Arial"/>
          <w:b/>
          <w:bCs/>
          <w:sz w:val="24"/>
          <w:szCs w:val="24"/>
          <w:lang w:val="en-GB"/>
        </w:rPr>
        <w:t>ogin credentials</w:t>
      </w:r>
      <w:r w:rsidR="00E45F11" w:rsidRPr="002A2EE6">
        <w:rPr>
          <w:rFonts w:ascii="Arial" w:hAnsi="Arial" w:cs="Arial"/>
          <w:b/>
          <w:bCs/>
          <w:sz w:val="24"/>
          <w:szCs w:val="24"/>
          <w:lang w:val="en-GB"/>
        </w:rPr>
        <w:t xml:space="preserve"> with your Public Authority email address</w:t>
      </w:r>
      <w:r w:rsidRPr="002A2EE6">
        <w:rPr>
          <w:rFonts w:ascii="Arial" w:hAnsi="Arial" w:cs="Arial"/>
          <w:b/>
          <w:bCs/>
          <w:sz w:val="24"/>
          <w:szCs w:val="24"/>
          <w:lang w:val="en-GB"/>
        </w:rPr>
        <w:t xml:space="preserve">, you can use them and proceed to </w:t>
      </w:r>
      <w:hyperlink w:anchor="AccessingthePublicAuthorityPortal" w:history="1">
        <w:r w:rsidRPr="002A2EE6">
          <w:rPr>
            <w:rStyle w:val="Hyperlink"/>
            <w:rFonts w:ascii="Arial" w:hAnsi="Arial" w:cs="Arial"/>
            <w:b/>
            <w:bCs/>
            <w:sz w:val="24"/>
            <w:szCs w:val="24"/>
            <w:lang w:val="en-GB"/>
          </w:rPr>
          <w:t>Page 14</w:t>
        </w:r>
      </w:hyperlink>
      <w:r w:rsidRPr="002A2EE6">
        <w:rPr>
          <w:rFonts w:ascii="Arial" w:hAnsi="Arial" w:cs="Arial"/>
          <w:b/>
          <w:bCs/>
          <w:sz w:val="24"/>
          <w:szCs w:val="24"/>
          <w:lang w:val="en-GB"/>
        </w:rPr>
        <w:t>.</w:t>
      </w:r>
    </w:p>
    <w:p w14:paraId="4C4F5B7C" w14:textId="05AAEE16" w:rsidR="00675BCF" w:rsidRPr="00684C6D" w:rsidRDefault="00675BCF" w:rsidP="002F0995">
      <w:pPr>
        <w:rPr>
          <w:rFonts w:ascii="Arial" w:hAnsi="Arial" w:cs="Arial"/>
          <w:lang w:val="en-GB"/>
        </w:rPr>
      </w:pPr>
    </w:p>
    <w:p w14:paraId="6E02C6C4" w14:textId="157E3D81" w:rsidR="00A575DC" w:rsidRPr="002A2EE6" w:rsidRDefault="002F0995" w:rsidP="00684C6D">
      <w:pPr>
        <w:pStyle w:val="DAERAHeading"/>
        <w:jc w:val="left"/>
        <w:rPr>
          <w:color w:val="002060"/>
          <w:sz w:val="28"/>
          <w:szCs w:val="28"/>
          <w:lang w:val="en-GB"/>
        </w:rPr>
      </w:pPr>
      <w:bookmarkStart w:id="8" w:name="NIDAGovernmentServicesAcc"/>
      <w:r w:rsidRPr="002A2EE6">
        <w:rPr>
          <w:color w:val="002060"/>
          <w:sz w:val="28"/>
          <w:szCs w:val="28"/>
          <w:lang w:val="en-GB"/>
        </w:rPr>
        <w:t>NI Direct</w:t>
      </w:r>
      <w:r w:rsidR="00A80B42" w:rsidRPr="002A2EE6">
        <w:rPr>
          <w:color w:val="002060"/>
          <w:sz w:val="28"/>
          <w:szCs w:val="28"/>
          <w:lang w:val="en-GB"/>
        </w:rPr>
        <w:t xml:space="preserve"> (NIDA)</w:t>
      </w:r>
      <w:r w:rsidRPr="002A2EE6">
        <w:rPr>
          <w:color w:val="002060"/>
          <w:sz w:val="28"/>
          <w:szCs w:val="28"/>
          <w:lang w:val="en-GB"/>
        </w:rPr>
        <w:t xml:space="preserve"> Government Services </w:t>
      </w:r>
      <w:r w:rsidR="00A80B42" w:rsidRPr="002A2EE6">
        <w:rPr>
          <w:color w:val="002060"/>
          <w:sz w:val="28"/>
          <w:szCs w:val="28"/>
          <w:lang w:val="en-GB"/>
        </w:rPr>
        <w:t>A</w:t>
      </w:r>
      <w:r w:rsidRPr="002A2EE6">
        <w:rPr>
          <w:color w:val="002060"/>
          <w:sz w:val="28"/>
          <w:szCs w:val="28"/>
          <w:lang w:val="en-GB"/>
        </w:rPr>
        <w:t>ccount</w:t>
      </w:r>
      <w:r w:rsidR="00A80B42" w:rsidRPr="002A2EE6">
        <w:rPr>
          <w:color w:val="002060"/>
          <w:sz w:val="28"/>
          <w:szCs w:val="28"/>
          <w:lang w:val="en-GB"/>
        </w:rPr>
        <w:t xml:space="preserve"> Setup</w:t>
      </w:r>
      <w:r w:rsidRPr="002A2EE6">
        <w:rPr>
          <w:color w:val="002060"/>
          <w:sz w:val="28"/>
          <w:szCs w:val="28"/>
          <w:lang w:val="en-GB"/>
        </w:rPr>
        <w:t xml:space="preserve"> </w:t>
      </w:r>
    </w:p>
    <w:bookmarkEnd w:id="8"/>
    <w:p w14:paraId="2AC31A1B" w14:textId="6B1B05D4" w:rsidR="002F0995" w:rsidRPr="00684C6D" w:rsidRDefault="00675BCF" w:rsidP="002F0995">
      <w:pPr>
        <w:rPr>
          <w:rFonts w:ascii="Arial" w:hAnsi="Arial" w:cs="Arial"/>
          <w:b/>
          <w:bCs/>
          <w:lang w:val="en-GB"/>
        </w:rPr>
      </w:pPr>
      <w:r w:rsidRPr="00684C6D">
        <w:rPr>
          <w:rFonts w:ascii="Arial" w:hAnsi="Arial" w:cs="Arial"/>
          <w:b/>
          <w:bCs/>
          <w:noProof/>
          <w:lang w:val="en-GB"/>
        </w:rPr>
        <w:drawing>
          <wp:anchor distT="0" distB="0" distL="114300" distR="114300" simplePos="0" relativeHeight="251671040" behindDoc="0" locked="0" layoutInCell="1" allowOverlap="1" wp14:anchorId="638D504C" wp14:editId="6602E5B7">
            <wp:simplePos x="0" y="0"/>
            <wp:positionH relativeFrom="column">
              <wp:posOffset>3619500</wp:posOffset>
            </wp:positionH>
            <wp:positionV relativeFrom="paragraph">
              <wp:posOffset>10160</wp:posOffset>
            </wp:positionV>
            <wp:extent cx="908050" cy="1059180"/>
            <wp:effectExtent l="0" t="0" r="6350" b="7620"/>
            <wp:wrapSquare wrapText="bothSides"/>
            <wp:docPr id="243402623" name="Picture 1" descr="NIDirect government services sign‑in panel showing the ‘NIDA Sign in / register’ button with supporting information and contact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402623" name="Picture 1" descr="NIDirect government services sign‑in panel showing the ‘NIDA Sign in / register’ button with supporting information and contact details."/>
                    <pic:cNvPicPr/>
                  </pic:nvPicPr>
                  <pic:blipFill>
                    <a:blip r:embed="rId13"/>
                    <a:stretch>
                      <a:fillRect/>
                    </a:stretch>
                  </pic:blipFill>
                  <pic:spPr>
                    <a:xfrm>
                      <a:off x="0" y="0"/>
                      <a:ext cx="908050" cy="1059180"/>
                    </a:xfrm>
                    <a:prstGeom prst="rect">
                      <a:avLst/>
                    </a:prstGeom>
                  </pic:spPr>
                </pic:pic>
              </a:graphicData>
            </a:graphic>
          </wp:anchor>
        </w:drawing>
      </w:r>
      <w:r w:rsidR="00A25B1C" w:rsidRPr="00684C6D">
        <w:rPr>
          <w:rFonts w:ascii="Arial" w:hAnsi="Arial" w:cs="Arial"/>
          <w:b/>
          <w:bCs/>
          <w:noProof/>
        </w:rPr>
        <w:t xml:space="preserve">                                            </w:t>
      </w:r>
    </w:p>
    <w:p w14:paraId="19CD3CFA" w14:textId="19E80DBE" w:rsidR="002F0995" w:rsidRPr="002A2EE6" w:rsidRDefault="00675BCF">
      <w:pPr>
        <w:numPr>
          <w:ilvl w:val="0"/>
          <w:numId w:val="7"/>
        </w:numPr>
        <w:rPr>
          <w:rFonts w:ascii="Arial" w:hAnsi="Arial" w:cs="Arial"/>
          <w:sz w:val="24"/>
          <w:szCs w:val="24"/>
          <w:lang w:val="en-GB"/>
        </w:rPr>
      </w:pPr>
      <w:r w:rsidRPr="002A2EE6">
        <w:rPr>
          <w:rFonts w:ascii="Arial" w:hAnsi="Arial" w:cs="Arial"/>
          <w:noProof/>
          <w:sz w:val="24"/>
          <w:szCs w:val="24"/>
        </w:rPr>
        <mc:AlternateContent>
          <mc:Choice Requires="wps">
            <w:drawing>
              <wp:anchor distT="0" distB="0" distL="114300" distR="114300" simplePos="0" relativeHeight="251675136" behindDoc="0" locked="0" layoutInCell="1" allowOverlap="1" wp14:anchorId="4AC68E6F" wp14:editId="7F1DBDDA">
                <wp:simplePos x="0" y="0"/>
                <wp:positionH relativeFrom="column">
                  <wp:posOffset>2844139</wp:posOffset>
                </wp:positionH>
                <wp:positionV relativeFrom="paragraph">
                  <wp:posOffset>114919</wp:posOffset>
                </wp:positionV>
                <wp:extent cx="714087" cy="70922"/>
                <wp:effectExtent l="38100" t="38100" r="86360" b="120015"/>
                <wp:wrapNone/>
                <wp:docPr id="1576333251" name="Straight Arrow Connector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714087" cy="70922"/>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1D69E4E" id="Straight Arrow Connector 1" o:spid="_x0000_s1026" type="#_x0000_t32" alt="&quot;&quot;" style="position:absolute;margin-left:223.95pt;margin-top:9.05pt;width:56.25pt;height:5.6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VP6vgEAAM4DAAAOAAAAZHJzL2Uyb0RvYy54bWysU8uO1DAQvCPxD5bvTB5CzBJNZg+zwAXB&#10;iscHeJ12YsmxrXYzSf4e25nJIEAgIS4dP7qqu8uVw/08GnYGDNrZlle7kjOw0nXa9i3/+uXtizvO&#10;AgnbCeMstHyBwO+Pz58dJt9A7QZnOkAWSWxoJt/ygcg3RRHkAKMIO+fBxkvlcBQUt9gXHYopso+m&#10;qMvyVTE57Dw6CSHE04f1kh8zv1Ig6aNSAYiZlsfeKEfM8SnF4ngQTY/CD1pe2hD/0MUotI1FN6oH&#10;QYJ9Q/0L1agluuAU7aQbC6eUlpBniNNU5U/TfB6EhzxLFCf4Tabw/2jlh/PJPmKUYfKhCf4R0xSz&#10;wjF9Y39szmItm1gwE5PxcF+9LO/2nMl4tS9f13XSsrhhPQZ6B25kadHyQCh0P9DJWRtfxWGV9RLn&#10;94FW4BWQChubIglt3tiO0eKjdQi1sL2BS52UUtyazitaDKzwT6CY7mKbdS6T/QQng+wsohOElGCp&#10;2phidoIpbcwGLP8OvOQnKGSvbeB1uD9W3RC5srO0gUdtHf6uOs3XltWaf1VgnTtJ8OS6JT9nliaa&#10;Jr/JxeDJlT/uM/z2Gx6/AwAA//8DAFBLAwQUAAYACAAAACEA8UD33twAAAAJAQAADwAAAGRycy9k&#10;b3ducmV2LnhtbEyPy07DMBBF90j9B2sqsaNOSwhtiFMhpO5pC/tp7DzUeBzZTpr+PcMKlqN7dO+Z&#10;Yj/bXkzGh86RgvUqAWGocrqjRsHX+fC0BREiksbekVFwNwH25eKhwFy7Gx3NdIqN4BIKOSpoYxxy&#10;KUPVGoth5QZDnNXOW4x8+kZqjzcut73cJEkmLXbECy0O5qM11fU0WgWfh2rKQj0ez3Xm799jinid&#10;UanH5fz+BiKaOf7B8KvP6lCy08WNpIPoFaTp645RDrZrEAy8ZEkK4qJgs3sGWRby/wflDwAAAP//&#10;AwBQSwECLQAUAAYACAAAACEAtoM4kv4AAADhAQAAEwAAAAAAAAAAAAAAAAAAAAAAW0NvbnRlbnRf&#10;VHlwZXNdLnhtbFBLAQItABQABgAIAAAAIQA4/SH/1gAAAJQBAAALAAAAAAAAAAAAAAAAAC8BAABf&#10;cmVscy8ucmVsc1BLAQItABQABgAIAAAAIQCXSVP6vgEAAM4DAAAOAAAAAAAAAAAAAAAAAC4CAABk&#10;cnMvZTJvRG9jLnhtbFBLAQItABQABgAIAAAAIQDxQPfe3AAAAAkBAAAPAAAAAAAAAAAAAAAAABgE&#10;AABkcnMvZG93bnJldi54bWxQSwUGAAAAAAQABADzAAAAIQUAAAAA&#10;" strokecolor="#4f81bd [3204]" strokeweight="2pt">
                <v:stroke endarrow="block"/>
                <v:shadow on="t" color="black" opacity="24903f" origin=",.5" offset="0,.55556mm"/>
              </v:shape>
            </w:pict>
          </mc:Fallback>
        </mc:AlternateContent>
      </w:r>
      <w:r w:rsidR="002F0995" w:rsidRPr="002A2EE6">
        <w:rPr>
          <w:rFonts w:ascii="Arial" w:hAnsi="Arial" w:cs="Arial"/>
          <w:sz w:val="24"/>
          <w:szCs w:val="24"/>
          <w:lang w:val="en-GB"/>
        </w:rPr>
        <w:t xml:space="preserve">Select </w:t>
      </w:r>
      <w:r w:rsidR="002F0995" w:rsidRPr="00D82BB0">
        <w:rPr>
          <w:rFonts w:ascii="Arial" w:hAnsi="Arial" w:cs="Arial"/>
          <w:b/>
          <w:bCs/>
          <w:sz w:val="24"/>
          <w:szCs w:val="24"/>
          <w:lang w:val="en-GB"/>
        </w:rPr>
        <w:t>NIDA Sign in / Register</w:t>
      </w:r>
      <w:r w:rsidR="002F0995" w:rsidRPr="002A2EE6">
        <w:rPr>
          <w:rFonts w:ascii="Arial" w:hAnsi="Arial" w:cs="Arial"/>
          <w:sz w:val="24"/>
          <w:szCs w:val="24"/>
          <w:lang w:val="en-GB"/>
        </w:rPr>
        <w:t>.</w:t>
      </w:r>
      <w:r w:rsidR="00A25B1C" w:rsidRPr="002A2EE6">
        <w:rPr>
          <w:rFonts w:ascii="Arial" w:hAnsi="Arial" w:cs="Arial"/>
          <w:sz w:val="24"/>
          <w:szCs w:val="24"/>
          <w:lang w:val="en-GB"/>
        </w:rPr>
        <w:t xml:space="preserve"> </w:t>
      </w:r>
    </w:p>
    <w:p w14:paraId="4E092821" w14:textId="505F57BF" w:rsidR="00A575DC" w:rsidRPr="002A2EE6" w:rsidRDefault="00A575DC" w:rsidP="00675BCF">
      <w:pPr>
        <w:jc w:val="center"/>
        <w:rPr>
          <w:rFonts w:ascii="Arial" w:hAnsi="Arial" w:cs="Arial"/>
          <w:sz w:val="24"/>
          <w:szCs w:val="24"/>
          <w:lang w:val="en-GB"/>
        </w:rPr>
      </w:pPr>
    </w:p>
    <w:p w14:paraId="6EEB2CF4" w14:textId="77777777" w:rsidR="00BD11B2" w:rsidRPr="002A2EE6" w:rsidRDefault="00BD11B2" w:rsidP="00675BCF">
      <w:pPr>
        <w:jc w:val="center"/>
        <w:rPr>
          <w:rFonts w:ascii="Arial" w:hAnsi="Arial" w:cs="Arial"/>
          <w:sz w:val="24"/>
          <w:szCs w:val="24"/>
          <w:lang w:val="en-GB"/>
        </w:rPr>
      </w:pPr>
    </w:p>
    <w:p w14:paraId="5E491353" w14:textId="77777777" w:rsidR="00BD11B2" w:rsidRPr="002A2EE6" w:rsidRDefault="00BD11B2" w:rsidP="00675BCF">
      <w:pPr>
        <w:jc w:val="center"/>
        <w:rPr>
          <w:rFonts w:ascii="Arial" w:hAnsi="Arial" w:cs="Arial"/>
          <w:sz w:val="24"/>
          <w:szCs w:val="24"/>
          <w:lang w:val="en-GB"/>
        </w:rPr>
      </w:pPr>
    </w:p>
    <w:p w14:paraId="57B46AE9" w14:textId="1C4BB975" w:rsidR="00675BCF" w:rsidRPr="002A2EE6" w:rsidRDefault="00675BCF" w:rsidP="00A575DC">
      <w:pPr>
        <w:rPr>
          <w:rFonts w:ascii="Arial" w:hAnsi="Arial" w:cs="Arial"/>
          <w:sz w:val="24"/>
          <w:szCs w:val="24"/>
          <w:lang w:val="en-GB"/>
        </w:rPr>
      </w:pPr>
    </w:p>
    <w:p w14:paraId="71A8FB04" w14:textId="07FF9281" w:rsidR="002F0995" w:rsidRPr="00D82BB0" w:rsidRDefault="00F00AB5">
      <w:pPr>
        <w:numPr>
          <w:ilvl w:val="0"/>
          <w:numId w:val="7"/>
        </w:numPr>
        <w:rPr>
          <w:rFonts w:ascii="Arial" w:hAnsi="Arial" w:cs="Arial"/>
          <w:sz w:val="24"/>
          <w:szCs w:val="24"/>
          <w:lang w:val="en-GB"/>
        </w:rPr>
      </w:pPr>
      <w:r w:rsidRPr="002A2EE6">
        <w:rPr>
          <w:rFonts w:ascii="Arial" w:hAnsi="Arial" w:cs="Arial"/>
          <w:noProof/>
          <w:sz w:val="24"/>
          <w:szCs w:val="24"/>
          <w:lang w:val="en-GB"/>
        </w:rPr>
        <w:drawing>
          <wp:anchor distT="0" distB="0" distL="114300" distR="114300" simplePos="0" relativeHeight="251678208" behindDoc="0" locked="0" layoutInCell="1" allowOverlap="1" wp14:anchorId="0B85FD9C" wp14:editId="402458F8">
            <wp:simplePos x="0" y="0"/>
            <wp:positionH relativeFrom="page">
              <wp:posOffset>4554855</wp:posOffset>
            </wp:positionH>
            <wp:positionV relativeFrom="paragraph">
              <wp:posOffset>50165</wp:posOffset>
            </wp:positionV>
            <wp:extent cx="1828165" cy="342900"/>
            <wp:effectExtent l="0" t="0" r="635" b="0"/>
            <wp:wrapSquare wrapText="bothSides"/>
            <wp:docPr id="1020090733" name="Picture 1" descr="Two buttons labelled ‘Sign in’ and ‘Create accou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090733" name="Picture 1" descr="Two buttons labelled ‘Sign in’ and ‘Create account’"/>
                    <pic:cNvPicPr/>
                  </pic:nvPicPr>
                  <pic:blipFill rotWithShape="1">
                    <a:blip r:embed="rId14"/>
                    <a:srcRect t="89614" r="54377"/>
                    <a:stretch>
                      <a:fillRect/>
                    </a:stretch>
                  </pic:blipFill>
                  <pic:spPr bwMode="auto">
                    <a:xfrm>
                      <a:off x="0" y="0"/>
                      <a:ext cx="1828165" cy="3429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F0995" w:rsidRPr="002A2EE6">
        <w:rPr>
          <w:rFonts w:ascii="Arial" w:hAnsi="Arial" w:cs="Arial"/>
          <w:sz w:val="24"/>
          <w:szCs w:val="24"/>
          <w:lang w:val="en-GB"/>
        </w:rPr>
        <w:t>If you do not already have a NIDA account, select</w:t>
      </w:r>
      <w:r w:rsidR="002F0995" w:rsidRPr="002A2EE6">
        <w:rPr>
          <w:rFonts w:ascii="Arial" w:hAnsi="Arial" w:cs="Arial"/>
          <w:i/>
          <w:iCs/>
          <w:sz w:val="24"/>
          <w:szCs w:val="24"/>
          <w:lang w:val="en-GB"/>
        </w:rPr>
        <w:t xml:space="preserve"> </w:t>
      </w:r>
      <w:r w:rsidR="002F0995" w:rsidRPr="00D82BB0">
        <w:rPr>
          <w:rFonts w:ascii="Arial" w:hAnsi="Arial" w:cs="Arial"/>
          <w:b/>
          <w:bCs/>
          <w:sz w:val="24"/>
          <w:szCs w:val="24"/>
          <w:lang w:val="en-GB"/>
        </w:rPr>
        <w:t>Create account</w:t>
      </w:r>
      <w:r w:rsidR="002F0995" w:rsidRPr="002A2EE6">
        <w:rPr>
          <w:rFonts w:ascii="Arial" w:hAnsi="Arial" w:cs="Arial"/>
          <w:i/>
          <w:iCs/>
          <w:sz w:val="24"/>
          <w:szCs w:val="24"/>
          <w:lang w:val="en-GB"/>
        </w:rPr>
        <w:t>.</w:t>
      </w:r>
      <w:r w:rsidR="00963994" w:rsidRPr="002A2EE6">
        <w:rPr>
          <w:rFonts w:ascii="Arial" w:hAnsi="Arial" w:cs="Arial"/>
          <w:i/>
          <w:iCs/>
          <w:sz w:val="24"/>
          <w:szCs w:val="24"/>
          <w:lang w:val="en-GB"/>
        </w:rPr>
        <w:t xml:space="preserve"> </w:t>
      </w:r>
      <w:r w:rsidR="00963994" w:rsidRPr="002A2EE6">
        <w:rPr>
          <w:rFonts w:ascii="Arial" w:hAnsi="Arial" w:cs="Arial"/>
          <w:sz w:val="24"/>
          <w:szCs w:val="24"/>
          <w:lang w:val="en-GB"/>
        </w:rPr>
        <w:t>If you already have a login, press</w:t>
      </w:r>
      <w:r w:rsidR="00963994" w:rsidRPr="002A2EE6">
        <w:rPr>
          <w:rFonts w:ascii="Arial" w:hAnsi="Arial" w:cs="Arial"/>
          <w:i/>
          <w:iCs/>
          <w:sz w:val="24"/>
          <w:szCs w:val="24"/>
          <w:lang w:val="en-GB"/>
        </w:rPr>
        <w:t xml:space="preserve"> </w:t>
      </w:r>
      <w:r w:rsidR="00963994" w:rsidRPr="00D82BB0">
        <w:rPr>
          <w:rFonts w:ascii="Arial" w:hAnsi="Arial" w:cs="Arial"/>
          <w:b/>
          <w:bCs/>
          <w:sz w:val="24"/>
          <w:szCs w:val="24"/>
          <w:lang w:val="en-GB"/>
        </w:rPr>
        <w:t>Sign In</w:t>
      </w:r>
      <w:r w:rsidR="00963994" w:rsidRPr="00D82BB0">
        <w:rPr>
          <w:rFonts w:ascii="Arial" w:hAnsi="Arial" w:cs="Arial"/>
          <w:sz w:val="24"/>
          <w:szCs w:val="24"/>
          <w:lang w:val="en-GB"/>
        </w:rPr>
        <w:t>.</w:t>
      </w:r>
    </w:p>
    <w:p w14:paraId="4148F5B0" w14:textId="77777777" w:rsidR="00BD11B2" w:rsidRPr="002A2EE6" w:rsidRDefault="00BD11B2" w:rsidP="00A575DC">
      <w:pPr>
        <w:pStyle w:val="ListParagraph"/>
        <w:rPr>
          <w:rFonts w:ascii="Arial" w:hAnsi="Arial" w:cs="Arial"/>
          <w:sz w:val="24"/>
          <w:szCs w:val="24"/>
          <w:lang w:val="en-GB"/>
        </w:rPr>
      </w:pPr>
    </w:p>
    <w:p w14:paraId="32D93D92" w14:textId="77777777" w:rsidR="00BD11B2" w:rsidRPr="002A2EE6" w:rsidRDefault="00BD11B2" w:rsidP="00A575DC">
      <w:pPr>
        <w:pStyle w:val="ListParagraph"/>
        <w:rPr>
          <w:rFonts w:ascii="Arial" w:hAnsi="Arial" w:cs="Arial"/>
          <w:sz w:val="24"/>
          <w:szCs w:val="24"/>
          <w:lang w:val="en-GB"/>
        </w:rPr>
      </w:pPr>
    </w:p>
    <w:p w14:paraId="58EE734E" w14:textId="27062C2B" w:rsidR="00A575DC" w:rsidRPr="00684C6D" w:rsidRDefault="00F00AB5" w:rsidP="00A575DC">
      <w:pPr>
        <w:pStyle w:val="ListParagraph"/>
        <w:rPr>
          <w:rFonts w:ascii="Arial" w:hAnsi="Arial" w:cs="Arial"/>
          <w:lang w:val="en-GB"/>
        </w:rPr>
      </w:pPr>
      <w:r w:rsidRPr="00684C6D">
        <w:rPr>
          <w:rFonts w:ascii="Arial" w:hAnsi="Arial" w:cs="Arial"/>
          <w:noProof/>
          <w:lang w:val="en-GB"/>
        </w:rPr>
        <w:drawing>
          <wp:anchor distT="0" distB="0" distL="114300" distR="114300" simplePos="0" relativeHeight="251679232" behindDoc="0" locked="0" layoutInCell="1" allowOverlap="1" wp14:anchorId="5E6FCCEC" wp14:editId="6A61954B">
            <wp:simplePos x="0" y="0"/>
            <wp:positionH relativeFrom="margin">
              <wp:posOffset>3062605</wp:posOffset>
            </wp:positionH>
            <wp:positionV relativeFrom="paragraph">
              <wp:posOffset>225425</wp:posOffset>
            </wp:positionV>
            <wp:extent cx="2571750" cy="1375410"/>
            <wp:effectExtent l="0" t="0" r="0" b="0"/>
            <wp:wrapSquare wrapText="bothSides"/>
            <wp:docPr id="895135522" name="Picture 1" descr="Account setup page showing a field to enter an email address and a green ‘Save and continu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5135522" name="Picture 1" descr="Account setup page showing a field to enter an email address and a green ‘Save and continue’ button."/>
                    <pic:cNvPicPr/>
                  </pic:nvPicPr>
                  <pic:blipFill rotWithShape="1">
                    <a:blip r:embed="rId15"/>
                    <a:srcRect t="25079" b="3253"/>
                    <a:stretch>
                      <a:fillRect/>
                    </a:stretch>
                  </pic:blipFill>
                  <pic:spPr bwMode="auto">
                    <a:xfrm>
                      <a:off x="0" y="0"/>
                      <a:ext cx="2571750" cy="13754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EB6E14F" w14:textId="6A8A6D51" w:rsidR="00A575DC" w:rsidRPr="00684C6D" w:rsidRDefault="00A575DC" w:rsidP="00A575DC">
      <w:pPr>
        <w:rPr>
          <w:rFonts w:ascii="Arial" w:hAnsi="Arial" w:cs="Arial"/>
          <w:lang w:val="en-GB"/>
        </w:rPr>
      </w:pPr>
    </w:p>
    <w:p w14:paraId="7AB2AB21" w14:textId="78257D10" w:rsidR="002F0995" w:rsidRPr="00D82BB0" w:rsidRDefault="002F0995">
      <w:pPr>
        <w:numPr>
          <w:ilvl w:val="0"/>
          <w:numId w:val="7"/>
        </w:numPr>
        <w:rPr>
          <w:rFonts w:ascii="Arial" w:hAnsi="Arial" w:cs="Arial"/>
          <w:sz w:val="24"/>
          <w:szCs w:val="24"/>
          <w:lang w:val="en-GB"/>
        </w:rPr>
      </w:pPr>
      <w:r w:rsidRPr="002A2EE6">
        <w:rPr>
          <w:rFonts w:ascii="Arial" w:hAnsi="Arial" w:cs="Arial"/>
          <w:sz w:val="24"/>
          <w:szCs w:val="24"/>
          <w:lang w:val="en-GB"/>
        </w:rPr>
        <w:t xml:space="preserve">Enter your Public Authority email address, then select </w:t>
      </w:r>
      <w:r w:rsidRPr="00D82BB0">
        <w:rPr>
          <w:rFonts w:ascii="Arial" w:hAnsi="Arial" w:cs="Arial"/>
          <w:b/>
          <w:bCs/>
          <w:sz w:val="24"/>
          <w:szCs w:val="24"/>
          <w:lang w:val="en-GB"/>
        </w:rPr>
        <w:t>Save and Continue</w:t>
      </w:r>
      <w:r w:rsidRPr="00D82BB0">
        <w:rPr>
          <w:rFonts w:ascii="Arial" w:hAnsi="Arial" w:cs="Arial"/>
          <w:sz w:val="24"/>
          <w:szCs w:val="24"/>
          <w:lang w:val="en-GB"/>
        </w:rPr>
        <w:t>.</w:t>
      </w:r>
    </w:p>
    <w:p w14:paraId="3E9A8831" w14:textId="7B7C4344" w:rsidR="00675BCF" w:rsidRPr="002A2EE6" w:rsidRDefault="00675BCF" w:rsidP="00A575DC">
      <w:pPr>
        <w:rPr>
          <w:rFonts w:ascii="Arial" w:hAnsi="Arial" w:cs="Arial"/>
          <w:noProof/>
          <w:sz w:val="24"/>
          <w:szCs w:val="24"/>
          <w:lang w:val="en-GB"/>
        </w:rPr>
      </w:pPr>
    </w:p>
    <w:p w14:paraId="76F3B184" w14:textId="0FB29A50" w:rsidR="00A575DC" w:rsidRPr="002A2EE6" w:rsidRDefault="00A575DC" w:rsidP="00A575DC">
      <w:pPr>
        <w:rPr>
          <w:rFonts w:ascii="Arial" w:hAnsi="Arial" w:cs="Arial"/>
          <w:sz w:val="24"/>
          <w:szCs w:val="24"/>
          <w:lang w:val="en-GB"/>
        </w:rPr>
      </w:pPr>
    </w:p>
    <w:p w14:paraId="688AF403" w14:textId="77777777" w:rsidR="00BD11B2" w:rsidRPr="002A2EE6" w:rsidRDefault="00BD11B2" w:rsidP="00A575DC">
      <w:pPr>
        <w:rPr>
          <w:rFonts w:ascii="Arial" w:hAnsi="Arial" w:cs="Arial"/>
          <w:sz w:val="24"/>
          <w:szCs w:val="24"/>
          <w:lang w:val="en-GB"/>
        </w:rPr>
      </w:pPr>
    </w:p>
    <w:p w14:paraId="20372FD7" w14:textId="77777777" w:rsidR="00BD11B2" w:rsidRPr="00684C6D" w:rsidRDefault="00BD11B2" w:rsidP="00A575DC">
      <w:pPr>
        <w:rPr>
          <w:rFonts w:ascii="Arial" w:hAnsi="Arial" w:cs="Arial"/>
          <w:lang w:val="en-GB"/>
        </w:rPr>
      </w:pPr>
    </w:p>
    <w:p w14:paraId="2FB8A523" w14:textId="51B75F7C" w:rsidR="00675BCF" w:rsidRPr="00684C6D" w:rsidRDefault="00F00AB5" w:rsidP="00A575DC">
      <w:pPr>
        <w:rPr>
          <w:rFonts w:ascii="Arial" w:hAnsi="Arial" w:cs="Arial"/>
          <w:lang w:val="en-GB"/>
        </w:rPr>
      </w:pPr>
      <w:r w:rsidRPr="00684C6D">
        <w:rPr>
          <w:rFonts w:ascii="Arial" w:hAnsi="Arial" w:cs="Arial"/>
          <w:noProof/>
          <w:lang w:val="en-GB"/>
        </w:rPr>
        <w:drawing>
          <wp:anchor distT="0" distB="0" distL="114300" distR="114300" simplePos="0" relativeHeight="251918848" behindDoc="0" locked="0" layoutInCell="1" allowOverlap="1" wp14:anchorId="27F1FED2" wp14:editId="5E7E2093">
            <wp:simplePos x="0" y="0"/>
            <wp:positionH relativeFrom="column">
              <wp:posOffset>3157855</wp:posOffset>
            </wp:positionH>
            <wp:positionV relativeFrom="paragraph">
              <wp:posOffset>43815</wp:posOffset>
            </wp:positionV>
            <wp:extent cx="2986405" cy="1511300"/>
            <wp:effectExtent l="0" t="0" r="4445" b="0"/>
            <wp:wrapSquare wrapText="bothSides"/>
            <wp:docPr id="435391784" name="Picture 1" descr="Account verification page showing the email address, a field to enter a confirmation code, and buttons for ‘Save and continue’ and ‘Re‑send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391784" name="Picture 1" descr="Account verification page showing the email address, a field to enter a confirmation code, and buttons for ‘Save and continue’ and ‘Re‑send code’"/>
                    <pic:cNvPicPr/>
                  </pic:nvPicPr>
                  <pic:blipFill rotWithShape="1">
                    <a:blip r:embed="rId16"/>
                    <a:srcRect t="21496" r="6201"/>
                    <a:stretch>
                      <a:fillRect/>
                    </a:stretch>
                  </pic:blipFill>
                  <pic:spPr bwMode="auto">
                    <a:xfrm>
                      <a:off x="0" y="0"/>
                      <a:ext cx="2986405" cy="15113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D787E44" w14:textId="17A2458F" w:rsidR="002B1059" w:rsidRPr="002A2EE6" w:rsidRDefault="002B1059">
      <w:pPr>
        <w:pStyle w:val="ListParagraph"/>
        <w:numPr>
          <w:ilvl w:val="0"/>
          <w:numId w:val="7"/>
        </w:numPr>
        <w:rPr>
          <w:rFonts w:ascii="Arial" w:hAnsi="Arial" w:cs="Arial"/>
          <w:sz w:val="24"/>
          <w:szCs w:val="24"/>
          <w:lang w:val="en-GB"/>
        </w:rPr>
      </w:pPr>
      <w:r w:rsidRPr="002A2EE6">
        <w:rPr>
          <w:rFonts w:ascii="Arial" w:hAnsi="Arial" w:cs="Arial"/>
          <w:noProof/>
          <w:sz w:val="24"/>
          <w:szCs w:val="24"/>
        </w:rPr>
        <mc:AlternateContent>
          <mc:Choice Requires="wps">
            <w:drawing>
              <wp:anchor distT="0" distB="0" distL="114300" distR="114300" simplePos="0" relativeHeight="251683328" behindDoc="0" locked="0" layoutInCell="1" allowOverlap="1" wp14:anchorId="3BDEC9D2" wp14:editId="33095FB7">
                <wp:simplePos x="0" y="0"/>
                <wp:positionH relativeFrom="margin">
                  <wp:posOffset>2205990</wp:posOffset>
                </wp:positionH>
                <wp:positionV relativeFrom="paragraph">
                  <wp:posOffset>501650</wp:posOffset>
                </wp:positionV>
                <wp:extent cx="933450" cy="576580"/>
                <wp:effectExtent l="38100" t="19050" r="95250" b="90170"/>
                <wp:wrapSquare wrapText="bothSides"/>
                <wp:docPr id="1576505719" name="Straight Arrow Connector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933450" cy="576580"/>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5CBA8EE" id="Straight Arrow Connector 1" o:spid="_x0000_s1026" type="#_x0000_t32" alt="&quot;&quot;" style="position:absolute;margin-left:173.7pt;margin-top:39.5pt;width:73.5pt;height:45.4pt;z-index:251683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lqEwgEAAM8DAAAOAAAAZHJzL2Uyb0RvYy54bWysU9uO0zAQfUfiHyy/06RduixR033oAi8I&#10;Vlw+wOuME0u+yR7a5O8ZO22KAIGEeJn4MmfOmePJ7n60hh0hJu1dy9ermjNw0nfa9S3/+uXtizvO&#10;EgrXCeMdtHyCxO/3z5/tTqGBjR+86SAyKuJScwotHxBDU1VJDmBFWvkAji6Vj1YgbWNfdVGcqLo1&#10;1aaub6uTj12IXkJKdPowX/J9qa8USPyoVAJkpuWkDUuMJT7lWO13oumjCIOWZxniH1RYoR2RLqUe&#10;BAr2LepfSlkto09e4Up6W3mltITSA3Wzrn/q5vMgApReyJwUFpvS/ysrPxwP7jGSDaeQmhQeY+5i&#10;VNHmL+ljYzFrWsyCEZmkw9c3Ny+3ZKmkq+2r2+1dMbO6gkNM+A68ZXnR8oRR6H7Ag3eOnsXHdTFM&#10;HN8nJHoCXgCZ2bgcUWjzxnUMp0Czg1EL1xvIj0bpOaW6qi4rnAzM8E+gmO5I56bQlIGCg4nsKGgU&#10;hJTgcL1UouwMU9qYBVj/HXjOz1Aow7aA5+b+yLogCrN3uICtdj7+jh3Hi2Q1518cmPvOFjz5birv&#10;WayhqSlenSc8j+WP+wK//of77wAAAP//AwBQSwMEFAAGAAgAAAAhAOLkrrDbAAAACgEAAA8AAABk&#10;cnMvZG93bnJldi54bWxMj01PwzAMhu9I/IfISNxYOqi6tWs6IaTd2QZ3r3E/tCapkrTr/j3mBEfb&#10;j14/b7lfzCBm8qF3VsF6lYAgWzvd21bB1/nwsgURIlqNg7Ok4E4B9tXjQ4mFdjd7pPkUW8EhNhSo&#10;oItxLKQMdUcGw8qNZPnWOG8w8uhbqT3eONwM8jVJMmmwt/yhw5E+Oqqvp8ko+DzUcxaa6XhuMn//&#10;nlLE64JKPT8t7zsQkZb4B8OvPqtDxU4XN1kdxKDgLd2kjCrY5NyJgTRPeXFhMsu3IKtS/q9Q/QAA&#10;AP//AwBQSwECLQAUAAYACAAAACEAtoM4kv4AAADhAQAAEwAAAAAAAAAAAAAAAAAAAAAAW0NvbnRl&#10;bnRfVHlwZXNdLnhtbFBLAQItABQABgAIAAAAIQA4/SH/1gAAAJQBAAALAAAAAAAAAAAAAAAAAC8B&#10;AABfcmVscy8ucmVsc1BLAQItABQABgAIAAAAIQC4wlqEwgEAAM8DAAAOAAAAAAAAAAAAAAAAAC4C&#10;AABkcnMvZTJvRG9jLnhtbFBLAQItABQABgAIAAAAIQDi5K6w2wAAAAoBAAAPAAAAAAAAAAAAAAAA&#10;ABwEAABkcnMvZG93bnJldi54bWxQSwUGAAAAAAQABADzAAAAJAUAAAAA&#10;" strokecolor="#4f81bd [3204]" strokeweight="2pt">
                <v:stroke endarrow="block"/>
                <v:shadow on="t" color="black" opacity="24903f" origin=",.5" offset="0,.55556mm"/>
                <w10:wrap type="square" anchorx="margin"/>
              </v:shape>
            </w:pict>
          </mc:Fallback>
        </mc:AlternateContent>
      </w:r>
      <w:r w:rsidRPr="002A2EE6">
        <w:rPr>
          <w:rFonts w:ascii="Arial" w:hAnsi="Arial" w:cs="Arial"/>
          <w:sz w:val="24"/>
          <w:szCs w:val="24"/>
          <w:lang w:val="en-GB"/>
        </w:rPr>
        <w:t>You’ll receive a confirmation code by email. Enter the code into the on</w:t>
      </w:r>
      <w:r w:rsidRPr="002A2EE6">
        <w:rPr>
          <w:rFonts w:ascii="Arial" w:hAnsi="Arial" w:cs="Arial"/>
          <w:sz w:val="24"/>
          <w:szCs w:val="24"/>
          <w:lang w:val="en-GB"/>
        </w:rPr>
        <w:noBreakHyphen/>
        <w:t xml:space="preserve">screen box, then select </w:t>
      </w:r>
      <w:r w:rsidRPr="00D82BB0">
        <w:rPr>
          <w:rFonts w:ascii="Arial" w:hAnsi="Arial" w:cs="Arial"/>
          <w:b/>
          <w:bCs/>
          <w:sz w:val="24"/>
          <w:szCs w:val="24"/>
          <w:lang w:val="en-GB"/>
        </w:rPr>
        <w:t>Save and Continue</w:t>
      </w:r>
      <w:r w:rsidRPr="00D82BB0">
        <w:rPr>
          <w:rFonts w:ascii="Arial" w:hAnsi="Arial" w:cs="Arial"/>
          <w:sz w:val="24"/>
          <w:szCs w:val="24"/>
          <w:lang w:val="en-GB"/>
        </w:rPr>
        <w:t>.</w:t>
      </w:r>
      <w:r w:rsidRPr="002A2EE6">
        <w:rPr>
          <w:rFonts w:ascii="Arial" w:hAnsi="Arial" w:cs="Arial"/>
          <w:noProof/>
          <w:sz w:val="24"/>
          <w:szCs w:val="24"/>
        </w:rPr>
        <w:t xml:space="preserve"> </w:t>
      </w:r>
    </w:p>
    <w:p w14:paraId="4E0E1B8A" w14:textId="3DDEFA90" w:rsidR="002B1059" w:rsidRPr="00D82BB0" w:rsidRDefault="002B1059" w:rsidP="002B1059">
      <w:pPr>
        <w:pStyle w:val="ListParagraph"/>
        <w:rPr>
          <w:rFonts w:ascii="Arial" w:hAnsi="Arial" w:cs="Arial"/>
          <w:lang w:val="en-GB"/>
        </w:rPr>
      </w:pPr>
      <w:r w:rsidRPr="002A2EE6">
        <w:rPr>
          <w:rFonts w:ascii="Arial" w:hAnsi="Arial" w:cs="Arial"/>
          <w:sz w:val="24"/>
          <w:szCs w:val="24"/>
          <w:lang w:val="en-GB"/>
        </w:rPr>
        <w:br/>
      </w:r>
      <w:r w:rsidRPr="00D82BB0">
        <w:rPr>
          <w:rFonts w:ascii="Arial" w:hAnsi="Arial" w:cs="Arial"/>
          <w:sz w:val="24"/>
          <w:szCs w:val="24"/>
          <w:lang w:val="en-GB"/>
        </w:rPr>
        <w:t>Tip: Check your junk or</w:t>
      </w:r>
      <w:r w:rsidRPr="00D82BB0">
        <w:rPr>
          <w:rFonts w:ascii="Arial" w:hAnsi="Arial" w:cs="Arial"/>
          <w:lang w:val="en-GB"/>
        </w:rPr>
        <w:t xml:space="preserve"> spam folder if you don’t see it. </w:t>
      </w:r>
    </w:p>
    <w:p w14:paraId="5E6CB80B" w14:textId="254B7FFF" w:rsidR="002B1059" w:rsidRPr="00684C6D" w:rsidRDefault="002B1059" w:rsidP="002B1059">
      <w:pPr>
        <w:ind w:left="720"/>
        <w:rPr>
          <w:rFonts w:ascii="Arial" w:hAnsi="Arial" w:cs="Arial"/>
          <w:i/>
          <w:iCs/>
          <w:lang w:val="en-GB"/>
        </w:rPr>
      </w:pPr>
    </w:p>
    <w:p w14:paraId="49C6AD24" w14:textId="3BAB41A8" w:rsidR="002B1059" w:rsidRPr="00684C6D" w:rsidRDefault="00F00AB5" w:rsidP="002B1059">
      <w:pPr>
        <w:ind w:left="720"/>
        <w:rPr>
          <w:rFonts w:ascii="Arial" w:hAnsi="Arial" w:cs="Arial"/>
          <w:lang w:val="en-GB"/>
        </w:rPr>
      </w:pPr>
      <w:r w:rsidRPr="00684C6D">
        <w:rPr>
          <w:rFonts w:ascii="Arial" w:hAnsi="Arial" w:cs="Arial"/>
          <w:noProof/>
          <w:lang w:val="en-GB"/>
        </w:rPr>
        <w:drawing>
          <wp:anchor distT="0" distB="0" distL="114300" distR="114300" simplePos="0" relativeHeight="251681280" behindDoc="0" locked="0" layoutInCell="1" allowOverlap="1" wp14:anchorId="3FF76A95" wp14:editId="552DD379">
            <wp:simplePos x="0" y="0"/>
            <wp:positionH relativeFrom="column">
              <wp:posOffset>3037628</wp:posOffset>
            </wp:positionH>
            <wp:positionV relativeFrom="paragraph">
              <wp:posOffset>2116</wp:posOffset>
            </wp:positionV>
            <wp:extent cx="3049905" cy="1880870"/>
            <wp:effectExtent l="0" t="0" r="0" b="5080"/>
            <wp:wrapSquare wrapText="bothSides"/>
            <wp:docPr id="1096383222" name="Picture 1" descr="Page showing an ‘Email address confirmed’ success message and a form asking whether the user has a mobile phone number, with Yes and No options and a ‘Save and continu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6383222" name="Picture 1" descr="Page showing an ‘Email address confirmed’ success message and a form asking whether the user has a mobile phone number, with Yes and No options and a ‘Save and continue’ button."/>
                    <pic:cNvPicPr/>
                  </pic:nvPicPr>
                  <pic:blipFill rotWithShape="1">
                    <a:blip r:embed="rId17"/>
                    <a:srcRect t="19663"/>
                    <a:stretch>
                      <a:fillRect/>
                    </a:stretch>
                  </pic:blipFill>
                  <pic:spPr bwMode="auto">
                    <a:xfrm>
                      <a:off x="0" y="0"/>
                      <a:ext cx="3049905" cy="18808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4E08A1F" w14:textId="60DFA392" w:rsidR="00A575DC" w:rsidRPr="00D82BB0" w:rsidRDefault="002F0995">
      <w:pPr>
        <w:numPr>
          <w:ilvl w:val="0"/>
          <w:numId w:val="7"/>
        </w:numPr>
        <w:rPr>
          <w:rFonts w:ascii="Arial" w:hAnsi="Arial" w:cs="Arial"/>
          <w:sz w:val="24"/>
          <w:szCs w:val="24"/>
          <w:lang w:val="en-GB"/>
        </w:rPr>
      </w:pPr>
      <w:r w:rsidRPr="002A2EE6">
        <w:rPr>
          <w:rFonts w:ascii="Arial" w:hAnsi="Arial" w:cs="Arial"/>
          <w:sz w:val="24"/>
          <w:szCs w:val="24"/>
          <w:lang w:val="en-GB"/>
        </w:rPr>
        <w:t xml:space="preserve">A message will appear confirming </w:t>
      </w:r>
      <w:r w:rsidR="009C3D90" w:rsidRPr="002A2EE6">
        <w:rPr>
          <w:rFonts w:ascii="Arial" w:hAnsi="Arial" w:cs="Arial"/>
          <w:sz w:val="24"/>
          <w:szCs w:val="24"/>
          <w:lang w:val="en-GB"/>
        </w:rPr>
        <w:t>“</w:t>
      </w:r>
      <w:r w:rsidRPr="002A2EE6">
        <w:rPr>
          <w:rFonts w:ascii="Arial" w:hAnsi="Arial" w:cs="Arial"/>
          <w:sz w:val="24"/>
          <w:szCs w:val="24"/>
          <w:lang w:val="en-GB"/>
        </w:rPr>
        <w:t>Email confirmed”. Continue setting up your account by answering the questions on screen.</w:t>
      </w:r>
      <w:r w:rsidR="00B400F1" w:rsidRPr="002A2EE6">
        <w:rPr>
          <w:rFonts w:ascii="Arial" w:hAnsi="Arial" w:cs="Arial"/>
          <w:sz w:val="24"/>
          <w:szCs w:val="24"/>
          <w:lang w:val="en-GB"/>
        </w:rPr>
        <w:t xml:space="preserve"> Select </w:t>
      </w:r>
      <w:r w:rsidR="00B400F1" w:rsidRPr="00D82BB0">
        <w:rPr>
          <w:rFonts w:ascii="Arial" w:hAnsi="Arial" w:cs="Arial"/>
          <w:b/>
          <w:bCs/>
          <w:sz w:val="24"/>
          <w:szCs w:val="24"/>
          <w:lang w:val="en-GB"/>
        </w:rPr>
        <w:t>Save and Continue</w:t>
      </w:r>
      <w:r w:rsidR="00B400F1" w:rsidRPr="00D82BB0">
        <w:rPr>
          <w:rFonts w:ascii="Arial" w:hAnsi="Arial" w:cs="Arial"/>
          <w:sz w:val="24"/>
          <w:szCs w:val="24"/>
          <w:lang w:val="en-GB"/>
        </w:rPr>
        <w:t>.</w:t>
      </w:r>
    </w:p>
    <w:p w14:paraId="05BC40C2" w14:textId="2755755A" w:rsidR="002F0995" w:rsidRPr="002A2EE6" w:rsidRDefault="002F0995" w:rsidP="00A575DC">
      <w:pPr>
        <w:ind w:left="720"/>
        <w:rPr>
          <w:rFonts w:ascii="Arial" w:hAnsi="Arial" w:cs="Arial"/>
          <w:sz w:val="24"/>
          <w:szCs w:val="24"/>
          <w:lang w:val="en-GB"/>
        </w:rPr>
      </w:pPr>
    </w:p>
    <w:p w14:paraId="4669CCE4" w14:textId="77777777" w:rsidR="00F00AB5" w:rsidRPr="00684C6D" w:rsidRDefault="00F00AB5" w:rsidP="00A575DC">
      <w:pPr>
        <w:ind w:left="720"/>
        <w:rPr>
          <w:rFonts w:ascii="Arial" w:hAnsi="Arial" w:cs="Arial"/>
          <w:lang w:val="en-GB"/>
        </w:rPr>
      </w:pPr>
    </w:p>
    <w:p w14:paraId="5EB5CE61" w14:textId="77777777" w:rsidR="00BD11B2" w:rsidRPr="00684C6D" w:rsidRDefault="00BD11B2" w:rsidP="00A575DC">
      <w:pPr>
        <w:ind w:left="720"/>
        <w:rPr>
          <w:rFonts w:ascii="Arial" w:hAnsi="Arial" w:cs="Arial"/>
          <w:lang w:val="en-GB"/>
        </w:rPr>
      </w:pPr>
    </w:p>
    <w:p w14:paraId="082F974C" w14:textId="77777777" w:rsidR="00BD11B2" w:rsidRPr="00684C6D" w:rsidRDefault="00BD11B2" w:rsidP="00A575DC">
      <w:pPr>
        <w:ind w:left="720"/>
        <w:rPr>
          <w:rFonts w:ascii="Arial" w:hAnsi="Arial" w:cs="Arial"/>
          <w:lang w:val="en-GB"/>
        </w:rPr>
      </w:pPr>
    </w:p>
    <w:p w14:paraId="5611EE96" w14:textId="77777777" w:rsidR="00BD11B2" w:rsidRPr="00684C6D" w:rsidRDefault="00BD11B2" w:rsidP="00A575DC">
      <w:pPr>
        <w:ind w:left="720"/>
        <w:rPr>
          <w:rFonts w:ascii="Arial" w:hAnsi="Arial" w:cs="Arial"/>
          <w:lang w:val="en-GB"/>
        </w:rPr>
      </w:pPr>
    </w:p>
    <w:p w14:paraId="265F3518" w14:textId="34774599" w:rsidR="00A575DC" w:rsidRPr="00684C6D" w:rsidRDefault="009F7DA9" w:rsidP="00A575DC">
      <w:pPr>
        <w:ind w:left="720"/>
        <w:rPr>
          <w:rFonts w:ascii="Arial" w:hAnsi="Arial" w:cs="Arial"/>
          <w:lang w:val="en-GB"/>
        </w:rPr>
      </w:pPr>
      <w:r w:rsidRPr="00684C6D">
        <w:rPr>
          <w:rFonts w:ascii="Arial" w:hAnsi="Arial" w:cs="Arial"/>
          <w:noProof/>
          <w:lang w:val="en-GB"/>
        </w:rPr>
        <w:drawing>
          <wp:anchor distT="0" distB="0" distL="114300" distR="114300" simplePos="0" relativeHeight="251684352" behindDoc="0" locked="0" layoutInCell="1" allowOverlap="1" wp14:anchorId="2FCCF0C9" wp14:editId="2358E439">
            <wp:simplePos x="0" y="0"/>
            <wp:positionH relativeFrom="margin">
              <wp:posOffset>2927350</wp:posOffset>
            </wp:positionH>
            <wp:positionV relativeFrom="paragraph">
              <wp:posOffset>3175</wp:posOffset>
            </wp:positionV>
            <wp:extent cx="2585720" cy="2177415"/>
            <wp:effectExtent l="0" t="0" r="5080" b="0"/>
            <wp:wrapSquare wrapText="bothSides"/>
            <wp:docPr id="2069729444" name="Picture 1" descr="Form screen asking whether the user has a mobile phone number, with Yes and No radio buttons, a field to enter the mobile number, and a green ‘Save and continu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9729444" name="Picture 1" descr="Form screen asking whether the user has a mobile phone number, with Yes and No radio buttons, a field to enter the mobile number, and a green ‘Save and continue’ button."/>
                    <pic:cNvPicPr/>
                  </pic:nvPicPr>
                  <pic:blipFill rotWithShape="1">
                    <a:blip r:embed="rId18"/>
                    <a:srcRect r="27209"/>
                    <a:stretch>
                      <a:fillRect/>
                    </a:stretch>
                  </pic:blipFill>
                  <pic:spPr bwMode="auto">
                    <a:xfrm>
                      <a:off x="0" y="0"/>
                      <a:ext cx="2585720" cy="21774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0FAD62D" w14:textId="439D6192" w:rsidR="00F00AB5" w:rsidRPr="00684C6D" w:rsidRDefault="00F00AB5" w:rsidP="00F00AB5">
      <w:pPr>
        <w:ind w:left="720"/>
        <w:rPr>
          <w:rFonts w:ascii="Arial" w:hAnsi="Arial" w:cs="Arial"/>
          <w:lang w:val="en-GB"/>
        </w:rPr>
      </w:pPr>
    </w:p>
    <w:p w14:paraId="22CE1263" w14:textId="32B816DF" w:rsidR="004E497F" w:rsidRPr="002A2EE6" w:rsidRDefault="002F0995">
      <w:pPr>
        <w:numPr>
          <w:ilvl w:val="0"/>
          <w:numId w:val="7"/>
        </w:numPr>
        <w:rPr>
          <w:rFonts w:ascii="Arial" w:hAnsi="Arial" w:cs="Arial"/>
          <w:sz w:val="24"/>
          <w:szCs w:val="24"/>
          <w:lang w:val="en-GB"/>
        </w:rPr>
      </w:pPr>
      <w:r w:rsidRPr="00D82BB0">
        <w:rPr>
          <w:rFonts w:ascii="Arial" w:hAnsi="Arial" w:cs="Arial"/>
          <w:sz w:val="24"/>
          <w:szCs w:val="24"/>
          <w:lang w:val="en-GB"/>
        </w:rPr>
        <w:t xml:space="preserve">You will be asked to </w:t>
      </w:r>
      <w:r w:rsidRPr="00D82BB0">
        <w:rPr>
          <w:rFonts w:ascii="Arial" w:hAnsi="Arial" w:cs="Arial"/>
          <w:b/>
          <w:bCs/>
          <w:sz w:val="24"/>
          <w:szCs w:val="24"/>
          <w:lang w:val="en-GB"/>
        </w:rPr>
        <w:t xml:space="preserve">enter </w:t>
      </w:r>
      <w:r w:rsidR="00B400F1" w:rsidRPr="00D82BB0">
        <w:rPr>
          <w:rFonts w:ascii="Arial" w:hAnsi="Arial" w:cs="Arial"/>
          <w:b/>
          <w:bCs/>
          <w:sz w:val="24"/>
          <w:szCs w:val="24"/>
          <w:lang w:val="en-GB"/>
        </w:rPr>
        <w:t>your</w:t>
      </w:r>
      <w:r w:rsidRPr="00D82BB0">
        <w:rPr>
          <w:rFonts w:ascii="Arial" w:hAnsi="Arial" w:cs="Arial"/>
          <w:b/>
          <w:bCs/>
          <w:sz w:val="24"/>
          <w:szCs w:val="24"/>
          <w:lang w:val="en-GB"/>
        </w:rPr>
        <w:t xml:space="preserve"> mobile number</w:t>
      </w:r>
      <w:r w:rsidR="004E497F" w:rsidRPr="00D82BB0">
        <w:rPr>
          <w:rFonts w:ascii="Arial" w:hAnsi="Arial" w:cs="Arial"/>
          <w:sz w:val="24"/>
          <w:szCs w:val="24"/>
          <w:lang w:val="en-GB"/>
        </w:rPr>
        <w:t>,</w:t>
      </w:r>
      <w:r w:rsidRPr="00D82BB0">
        <w:rPr>
          <w:rFonts w:ascii="Arial" w:hAnsi="Arial" w:cs="Arial"/>
          <w:sz w:val="24"/>
          <w:szCs w:val="24"/>
          <w:lang w:val="en-GB"/>
        </w:rPr>
        <w:t xml:space="preserve"> then select </w:t>
      </w:r>
      <w:r w:rsidRPr="00D82BB0">
        <w:rPr>
          <w:rFonts w:ascii="Arial" w:hAnsi="Arial" w:cs="Arial"/>
          <w:b/>
          <w:bCs/>
          <w:sz w:val="24"/>
          <w:szCs w:val="24"/>
          <w:lang w:val="en-GB"/>
        </w:rPr>
        <w:t>Save and Continue</w:t>
      </w:r>
      <w:r w:rsidRPr="002A2EE6">
        <w:rPr>
          <w:rFonts w:ascii="Arial" w:hAnsi="Arial" w:cs="Arial"/>
          <w:i/>
          <w:iCs/>
          <w:sz w:val="24"/>
          <w:szCs w:val="24"/>
          <w:lang w:val="en-GB"/>
        </w:rPr>
        <w:t>.</w:t>
      </w:r>
    </w:p>
    <w:p w14:paraId="7402B440" w14:textId="1CFE2505" w:rsidR="004E497F" w:rsidRPr="00684C6D" w:rsidRDefault="004E497F" w:rsidP="004E497F">
      <w:pPr>
        <w:rPr>
          <w:rFonts w:ascii="Arial" w:hAnsi="Arial" w:cs="Arial"/>
          <w:lang w:val="en-GB"/>
        </w:rPr>
      </w:pPr>
    </w:p>
    <w:p w14:paraId="07A001F3" w14:textId="7B013B38" w:rsidR="004E497F" w:rsidRPr="00684C6D" w:rsidRDefault="004E497F" w:rsidP="004E497F">
      <w:pPr>
        <w:rPr>
          <w:rFonts w:ascii="Arial" w:hAnsi="Arial" w:cs="Arial"/>
          <w:lang w:val="en-GB"/>
        </w:rPr>
      </w:pPr>
    </w:p>
    <w:p w14:paraId="12103D53" w14:textId="77777777" w:rsidR="00F00AB5" w:rsidRPr="00684C6D" w:rsidRDefault="00F00AB5" w:rsidP="004E497F">
      <w:pPr>
        <w:rPr>
          <w:rFonts w:ascii="Arial" w:hAnsi="Arial" w:cs="Arial"/>
          <w:lang w:val="en-GB"/>
        </w:rPr>
      </w:pPr>
    </w:p>
    <w:p w14:paraId="1A06F740" w14:textId="77777777" w:rsidR="00F00AB5" w:rsidRPr="00684C6D" w:rsidRDefault="00F00AB5" w:rsidP="004E497F">
      <w:pPr>
        <w:rPr>
          <w:rFonts w:ascii="Arial" w:hAnsi="Arial" w:cs="Arial"/>
          <w:lang w:val="en-GB"/>
        </w:rPr>
      </w:pPr>
    </w:p>
    <w:p w14:paraId="4F1BC852" w14:textId="77777777" w:rsidR="00BD11B2" w:rsidRPr="00684C6D" w:rsidRDefault="00BD11B2" w:rsidP="004E497F">
      <w:pPr>
        <w:rPr>
          <w:rFonts w:ascii="Arial" w:hAnsi="Arial" w:cs="Arial"/>
          <w:lang w:val="en-GB"/>
        </w:rPr>
      </w:pPr>
    </w:p>
    <w:p w14:paraId="23B863C3" w14:textId="01AFBFC3" w:rsidR="004E497F" w:rsidRPr="00684C6D" w:rsidRDefault="004E497F" w:rsidP="004E497F">
      <w:pPr>
        <w:rPr>
          <w:rFonts w:ascii="Arial" w:hAnsi="Arial" w:cs="Arial"/>
          <w:lang w:val="en-GB"/>
        </w:rPr>
      </w:pPr>
    </w:p>
    <w:p w14:paraId="41FE660A" w14:textId="4F2FB8FF" w:rsidR="00BD11B2" w:rsidRPr="00684C6D" w:rsidRDefault="00BD11B2" w:rsidP="004E497F">
      <w:pPr>
        <w:rPr>
          <w:rFonts w:ascii="Arial" w:hAnsi="Arial" w:cs="Arial"/>
          <w:lang w:val="en-GB"/>
        </w:rPr>
      </w:pPr>
      <w:r w:rsidRPr="00684C6D">
        <w:rPr>
          <w:rFonts w:ascii="Arial" w:hAnsi="Arial" w:cs="Arial"/>
          <w:noProof/>
          <w:lang w:val="en-GB"/>
        </w:rPr>
        <w:drawing>
          <wp:anchor distT="0" distB="0" distL="114300" distR="114300" simplePos="0" relativeHeight="251686400" behindDoc="0" locked="0" layoutInCell="1" allowOverlap="1" wp14:anchorId="0106E5E0" wp14:editId="72DE09CF">
            <wp:simplePos x="0" y="0"/>
            <wp:positionH relativeFrom="margin">
              <wp:posOffset>2726397</wp:posOffset>
            </wp:positionH>
            <wp:positionV relativeFrom="paragraph">
              <wp:posOffset>120162</wp:posOffset>
            </wp:positionV>
            <wp:extent cx="3183890" cy="1600200"/>
            <wp:effectExtent l="0" t="0" r="0" b="0"/>
            <wp:wrapSquare wrapText="bothSides"/>
            <wp:docPr id="1618054120" name="Picture 1" descr="Page confirming a text message code has been sent, with a field to enter the confirmation code and buttons for ‘Save and continue’ and ‘Re‑send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054120" name="Picture 1" descr="Page confirming a text message code has been sent, with a field to enter the confirmation code and buttons for ‘Save and continue’ and ‘Re‑send code’."/>
                    <pic:cNvPicPr/>
                  </pic:nvPicPr>
                  <pic:blipFill>
                    <a:blip r:embed="rId19"/>
                    <a:stretch>
                      <a:fillRect/>
                    </a:stretch>
                  </pic:blipFill>
                  <pic:spPr>
                    <a:xfrm>
                      <a:off x="0" y="0"/>
                      <a:ext cx="3183890" cy="1600200"/>
                    </a:xfrm>
                    <a:prstGeom prst="rect">
                      <a:avLst/>
                    </a:prstGeom>
                  </pic:spPr>
                </pic:pic>
              </a:graphicData>
            </a:graphic>
            <wp14:sizeRelH relativeFrom="margin">
              <wp14:pctWidth>0</wp14:pctWidth>
            </wp14:sizeRelH>
            <wp14:sizeRelV relativeFrom="margin">
              <wp14:pctHeight>0</wp14:pctHeight>
            </wp14:sizeRelV>
          </wp:anchor>
        </w:drawing>
      </w:r>
    </w:p>
    <w:p w14:paraId="7F473459" w14:textId="0FC52D2C" w:rsidR="008B30C6" w:rsidRPr="00684C6D" w:rsidRDefault="008B30C6" w:rsidP="004E497F">
      <w:pPr>
        <w:rPr>
          <w:rFonts w:ascii="Arial" w:hAnsi="Arial" w:cs="Arial"/>
          <w:lang w:val="en-GB"/>
        </w:rPr>
      </w:pPr>
    </w:p>
    <w:p w14:paraId="4FCF7DF3" w14:textId="4312EB5F" w:rsidR="004E497F" w:rsidRPr="00D82BB0" w:rsidRDefault="002F0995">
      <w:pPr>
        <w:numPr>
          <w:ilvl w:val="0"/>
          <w:numId w:val="7"/>
        </w:numPr>
        <w:rPr>
          <w:rFonts w:ascii="Arial" w:hAnsi="Arial" w:cs="Arial"/>
          <w:sz w:val="24"/>
          <w:szCs w:val="24"/>
          <w:lang w:val="en-GB"/>
        </w:rPr>
      </w:pPr>
      <w:r w:rsidRPr="002A2EE6">
        <w:rPr>
          <w:rFonts w:ascii="Arial" w:hAnsi="Arial" w:cs="Arial"/>
          <w:sz w:val="24"/>
          <w:szCs w:val="24"/>
          <w:lang w:val="en-GB"/>
        </w:rPr>
        <w:t xml:space="preserve">A </w:t>
      </w:r>
      <w:r w:rsidR="004E497F" w:rsidRPr="002A2EE6">
        <w:rPr>
          <w:rFonts w:ascii="Arial" w:hAnsi="Arial" w:cs="Arial"/>
          <w:sz w:val="24"/>
          <w:szCs w:val="24"/>
          <w:lang w:val="en-GB"/>
        </w:rPr>
        <w:t xml:space="preserve">confirmation code will be sent to the mobile phone number you </w:t>
      </w:r>
      <w:r w:rsidR="004E497F" w:rsidRPr="00D82BB0">
        <w:rPr>
          <w:rFonts w:ascii="Arial" w:hAnsi="Arial" w:cs="Arial"/>
          <w:sz w:val="24"/>
          <w:szCs w:val="24"/>
          <w:lang w:val="en-GB"/>
        </w:rPr>
        <w:t xml:space="preserve">provided. </w:t>
      </w:r>
      <w:r w:rsidR="004E497F" w:rsidRPr="00D82BB0">
        <w:rPr>
          <w:rFonts w:ascii="Arial" w:hAnsi="Arial" w:cs="Arial"/>
          <w:b/>
          <w:bCs/>
          <w:sz w:val="24"/>
          <w:szCs w:val="24"/>
          <w:lang w:val="en-GB"/>
        </w:rPr>
        <w:t xml:space="preserve">Enter the code </w:t>
      </w:r>
      <w:r w:rsidR="008B30C6" w:rsidRPr="00D82BB0">
        <w:rPr>
          <w:rFonts w:ascii="Arial" w:hAnsi="Arial" w:cs="Arial"/>
          <w:sz w:val="24"/>
          <w:szCs w:val="24"/>
          <w:lang w:val="en-GB"/>
        </w:rPr>
        <w:t>into</w:t>
      </w:r>
      <w:r w:rsidR="004E497F" w:rsidRPr="00D82BB0">
        <w:rPr>
          <w:rFonts w:ascii="Arial" w:hAnsi="Arial" w:cs="Arial"/>
          <w:sz w:val="24"/>
          <w:szCs w:val="24"/>
          <w:lang w:val="en-GB"/>
        </w:rPr>
        <w:t xml:space="preserve"> the </w:t>
      </w:r>
      <w:r w:rsidR="008B30C6" w:rsidRPr="00D82BB0">
        <w:rPr>
          <w:rFonts w:ascii="Arial" w:hAnsi="Arial" w:cs="Arial"/>
          <w:sz w:val="24"/>
          <w:szCs w:val="24"/>
          <w:lang w:val="en-GB"/>
        </w:rPr>
        <w:t>on-screen</w:t>
      </w:r>
      <w:r w:rsidR="004E497F" w:rsidRPr="00D82BB0">
        <w:rPr>
          <w:rFonts w:ascii="Arial" w:hAnsi="Arial" w:cs="Arial"/>
          <w:sz w:val="24"/>
          <w:szCs w:val="24"/>
          <w:lang w:val="en-GB"/>
        </w:rPr>
        <w:t xml:space="preserve"> box </w:t>
      </w:r>
      <w:r w:rsidR="008B30C6" w:rsidRPr="00D82BB0">
        <w:rPr>
          <w:rFonts w:ascii="Arial" w:hAnsi="Arial" w:cs="Arial"/>
          <w:sz w:val="24"/>
          <w:szCs w:val="24"/>
          <w:lang w:val="en-GB"/>
        </w:rPr>
        <w:t>when it arrives</w:t>
      </w:r>
      <w:r w:rsidR="004E497F" w:rsidRPr="00D82BB0">
        <w:rPr>
          <w:rFonts w:ascii="Arial" w:hAnsi="Arial" w:cs="Arial"/>
          <w:sz w:val="24"/>
          <w:szCs w:val="24"/>
          <w:lang w:val="en-GB"/>
        </w:rPr>
        <w:t xml:space="preserve">, then select </w:t>
      </w:r>
      <w:r w:rsidR="004E497F" w:rsidRPr="00D82BB0">
        <w:rPr>
          <w:rFonts w:ascii="Arial" w:hAnsi="Arial" w:cs="Arial"/>
          <w:b/>
          <w:bCs/>
          <w:sz w:val="24"/>
          <w:szCs w:val="24"/>
          <w:lang w:val="en-GB"/>
        </w:rPr>
        <w:t>Save and Continue</w:t>
      </w:r>
      <w:r w:rsidR="004E497F" w:rsidRPr="00D82BB0">
        <w:rPr>
          <w:rFonts w:ascii="Arial" w:hAnsi="Arial" w:cs="Arial"/>
          <w:sz w:val="24"/>
          <w:szCs w:val="24"/>
          <w:lang w:val="en-GB"/>
        </w:rPr>
        <w:t>.</w:t>
      </w:r>
    </w:p>
    <w:p w14:paraId="154F13AD" w14:textId="26A97E96" w:rsidR="004E497F" w:rsidRPr="00684C6D" w:rsidRDefault="00BD11B2" w:rsidP="004E497F">
      <w:pPr>
        <w:ind w:left="720"/>
        <w:rPr>
          <w:rFonts w:ascii="Arial" w:hAnsi="Arial" w:cs="Arial"/>
          <w:lang w:val="en-GB"/>
        </w:rPr>
      </w:pPr>
      <w:r w:rsidRPr="00684C6D">
        <w:rPr>
          <w:rFonts w:ascii="Arial" w:hAnsi="Arial" w:cs="Arial"/>
          <w:noProof/>
          <w:lang w:val="en-GB"/>
        </w:rPr>
        <w:drawing>
          <wp:anchor distT="0" distB="0" distL="114300" distR="114300" simplePos="0" relativeHeight="251687424" behindDoc="0" locked="0" layoutInCell="1" allowOverlap="1" wp14:anchorId="3D6511CB" wp14:editId="6865A146">
            <wp:simplePos x="0" y="0"/>
            <wp:positionH relativeFrom="column">
              <wp:posOffset>2743054</wp:posOffset>
            </wp:positionH>
            <wp:positionV relativeFrom="paragraph">
              <wp:posOffset>97</wp:posOffset>
            </wp:positionV>
            <wp:extent cx="3093085" cy="2286000"/>
            <wp:effectExtent l="0" t="0" r="0" b="0"/>
            <wp:wrapSquare wrapText="bothSides"/>
            <wp:docPr id="261890815" name="Picture 1" descr="Page showing a ‘Mobile number confirmed’ success message, fields to create and re‑type a password, a checkbox to accept the privacy policy, and a green ‘Save and continu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890815" name="Picture 1" descr="Page showing a ‘Mobile number confirmed’ success message, fields to create and re‑type a password, a checkbox to accept the privacy policy, and a green ‘Save and continue’ button."/>
                    <pic:cNvPicPr/>
                  </pic:nvPicPr>
                  <pic:blipFill>
                    <a:blip r:embed="rId20"/>
                    <a:stretch>
                      <a:fillRect/>
                    </a:stretch>
                  </pic:blipFill>
                  <pic:spPr>
                    <a:xfrm>
                      <a:off x="0" y="0"/>
                      <a:ext cx="3093085" cy="2286000"/>
                    </a:xfrm>
                    <a:prstGeom prst="rect">
                      <a:avLst/>
                    </a:prstGeom>
                  </pic:spPr>
                </pic:pic>
              </a:graphicData>
            </a:graphic>
            <wp14:sizeRelH relativeFrom="margin">
              <wp14:pctWidth>0</wp14:pctWidth>
            </wp14:sizeRelH>
            <wp14:sizeRelV relativeFrom="margin">
              <wp14:pctHeight>0</wp14:pctHeight>
            </wp14:sizeRelV>
          </wp:anchor>
        </w:drawing>
      </w:r>
    </w:p>
    <w:p w14:paraId="6AB07E12" w14:textId="68FC77E3" w:rsidR="002F0995" w:rsidRPr="00D82BB0" w:rsidRDefault="008B30C6">
      <w:pPr>
        <w:pStyle w:val="ListParagraph"/>
        <w:numPr>
          <w:ilvl w:val="0"/>
          <w:numId w:val="7"/>
        </w:numPr>
        <w:rPr>
          <w:rFonts w:ascii="Arial" w:hAnsi="Arial" w:cs="Arial"/>
          <w:b/>
          <w:bCs/>
          <w:lang w:val="en-GB"/>
        </w:rPr>
      </w:pPr>
      <w:r w:rsidRPr="002A2EE6">
        <w:rPr>
          <w:rFonts w:ascii="Arial" w:hAnsi="Arial" w:cs="Arial"/>
          <w:sz w:val="24"/>
          <w:szCs w:val="24"/>
          <w:lang w:val="en-GB"/>
        </w:rPr>
        <w:t xml:space="preserve">A </w:t>
      </w:r>
      <w:r w:rsidR="002F0995" w:rsidRPr="002A2EE6">
        <w:rPr>
          <w:rFonts w:ascii="Arial" w:hAnsi="Arial" w:cs="Arial"/>
          <w:sz w:val="24"/>
          <w:szCs w:val="24"/>
          <w:lang w:val="en-GB"/>
        </w:rPr>
        <w:t>“Mobile number confirmed” message will appear. You will then be prompted to create a password</w:t>
      </w:r>
      <w:r w:rsidRPr="002A2EE6">
        <w:rPr>
          <w:rFonts w:ascii="Arial" w:hAnsi="Arial" w:cs="Arial"/>
          <w:sz w:val="24"/>
          <w:szCs w:val="24"/>
          <w:lang w:val="en-GB"/>
        </w:rPr>
        <w:t xml:space="preserve"> and confirm it by re-entering it</w:t>
      </w:r>
      <w:r w:rsidR="002F0995" w:rsidRPr="002A2EE6">
        <w:rPr>
          <w:rFonts w:ascii="Arial" w:hAnsi="Arial" w:cs="Arial"/>
          <w:sz w:val="24"/>
          <w:szCs w:val="24"/>
          <w:lang w:val="en-GB"/>
        </w:rPr>
        <w:t>.</w:t>
      </w:r>
      <w:r w:rsidRPr="002A2EE6">
        <w:rPr>
          <w:rFonts w:ascii="Arial" w:hAnsi="Arial" w:cs="Arial"/>
          <w:noProof/>
          <w:sz w:val="24"/>
          <w:szCs w:val="24"/>
        </w:rPr>
        <w:t xml:space="preserve"> </w:t>
      </w:r>
      <w:r w:rsidR="00235E20" w:rsidRPr="002A2EE6">
        <w:rPr>
          <w:rFonts w:ascii="Arial" w:hAnsi="Arial" w:cs="Arial"/>
          <w:noProof/>
          <w:sz w:val="24"/>
          <w:szCs w:val="24"/>
        </w:rPr>
        <w:t xml:space="preserve">You should read </w:t>
      </w:r>
      <w:r w:rsidR="002F0995" w:rsidRPr="002A2EE6">
        <w:rPr>
          <w:rFonts w:ascii="Arial" w:hAnsi="Arial" w:cs="Arial"/>
          <w:sz w:val="24"/>
          <w:szCs w:val="24"/>
          <w:lang w:val="en-GB"/>
        </w:rPr>
        <w:t>the Privacy Policy</w:t>
      </w:r>
      <w:r w:rsidR="00235E20" w:rsidRPr="002A2EE6">
        <w:rPr>
          <w:rFonts w:ascii="Arial" w:hAnsi="Arial" w:cs="Arial"/>
          <w:sz w:val="24"/>
          <w:szCs w:val="24"/>
          <w:lang w:val="en-GB"/>
        </w:rPr>
        <w:t xml:space="preserve"> and, if you are content</w:t>
      </w:r>
      <w:r w:rsidR="002F0995" w:rsidRPr="002A2EE6">
        <w:rPr>
          <w:rFonts w:ascii="Arial" w:hAnsi="Arial" w:cs="Arial"/>
          <w:sz w:val="24"/>
          <w:szCs w:val="24"/>
          <w:lang w:val="en-GB"/>
        </w:rPr>
        <w:t xml:space="preserve">, then </w:t>
      </w:r>
      <w:r w:rsidR="00235E20" w:rsidRPr="002A2EE6">
        <w:rPr>
          <w:rFonts w:ascii="Arial" w:hAnsi="Arial" w:cs="Arial"/>
          <w:sz w:val="24"/>
          <w:szCs w:val="24"/>
          <w:lang w:val="en-GB"/>
        </w:rPr>
        <w:t>choose</w:t>
      </w:r>
      <w:r w:rsidR="002F0995" w:rsidRPr="002A2EE6">
        <w:rPr>
          <w:rFonts w:ascii="Arial" w:hAnsi="Arial" w:cs="Arial"/>
          <w:sz w:val="24"/>
          <w:szCs w:val="24"/>
          <w:lang w:val="en-GB"/>
        </w:rPr>
        <w:t xml:space="preserve"> </w:t>
      </w:r>
      <w:r w:rsidR="002F0995" w:rsidRPr="00D82BB0">
        <w:rPr>
          <w:rFonts w:ascii="Arial" w:hAnsi="Arial" w:cs="Arial"/>
          <w:b/>
          <w:bCs/>
          <w:sz w:val="24"/>
          <w:szCs w:val="24"/>
          <w:lang w:val="en-GB"/>
        </w:rPr>
        <w:t>Save and Continue</w:t>
      </w:r>
      <w:r w:rsidR="002F0995" w:rsidRPr="00D82BB0">
        <w:rPr>
          <w:rFonts w:ascii="Arial" w:hAnsi="Arial" w:cs="Arial"/>
          <w:b/>
          <w:bCs/>
          <w:lang w:val="en-GB"/>
        </w:rPr>
        <w:t>.</w:t>
      </w:r>
    </w:p>
    <w:p w14:paraId="7012E5AA" w14:textId="48057525" w:rsidR="008B30C6" w:rsidRPr="00684C6D" w:rsidRDefault="008B30C6" w:rsidP="008B30C6">
      <w:pPr>
        <w:ind w:left="720"/>
        <w:rPr>
          <w:rFonts w:ascii="Arial" w:hAnsi="Arial" w:cs="Arial"/>
          <w:lang w:val="en-GB"/>
        </w:rPr>
      </w:pPr>
    </w:p>
    <w:p w14:paraId="7446BDBB" w14:textId="77777777" w:rsidR="00F00AB5" w:rsidRPr="00684C6D" w:rsidRDefault="00F00AB5" w:rsidP="008B30C6">
      <w:pPr>
        <w:ind w:left="720"/>
        <w:rPr>
          <w:rFonts w:ascii="Arial" w:hAnsi="Arial" w:cs="Arial"/>
          <w:lang w:val="en-GB"/>
        </w:rPr>
      </w:pPr>
    </w:p>
    <w:p w14:paraId="531255B5" w14:textId="7EE842B3" w:rsidR="00F00AB5" w:rsidRPr="00684C6D" w:rsidRDefault="00BD11B2" w:rsidP="008B30C6">
      <w:pPr>
        <w:ind w:left="720"/>
        <w:rPr>
          <w:rFonts w:ascii="Arial" w:hAnsi="Arial" w:cs="Arial"/>
          <w:lang w:val="en-GB"/>
        </w:rPr>
      </w:pPr>
      <w:r w:rsidRPr="00684C6D">
        <w:rPr>
          <w:rFonts w:ascii="Arial" w:hAnsi="Arial" w:cs="Arial"/>
          <w:noProof/>
        </w:rPr>
        <w:lastRenderedPageBreak/>
        <w:drawing>
          <wp:anchor distT="0" distB="0" distL="114300" distR="114300" simplePos="0" relativeHeight="251689472" behindDoc="0" locked="0" layoutInCell="1" allowOverlap="1" wp14:anchorId="2A7F6DB7" wp14:editId="0A92F776">
            <wp:simplePos x="0" y="0"/>
            <wp:positionH relativeFrom="column">
              <wp:posOffset>3813907</wp:posOffset>
            </wp:positionH>
            <wp:positionV relativeFrom="paragraph">
              <wp:posOffset>218977</wp:posOffset>
            </wp:positionV>
            <wp:extent cx="2245360" cy="3677285"/>
            <wp:effectExtent l="0" t="0" r="2540" b="0"/>
            <wp:wrapSquare wrapText="bothSides"/>
            <wp:docPr id="1049143037" name="Picture 1" descr="Address details form with postcode lookup and fields to enter address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143037" name="Picture 1" descr="Address details form with postcode lookup and fields to enter address information."/>
                    <pic:cNvPicPr/>
                  </pic:nvPicPr>
                  <pic:blipFill rotWithShape="1">
                    <a:blip r:embed="rId21"/>
                    <a:srcRect l="25941" r="7406"/>
                    <a:stretch>
                      <a:fillRect/>
                    </a:stretch>
                  </pic:blipFill>
                  <pic:spPr bwMode="auto">
                    <a:xfrm>
                      <a:off x="0" y="0"/>
                      <a:ext cx="2245360" cy="36772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00AB5" w:rsidRPr="00684C6D">
        <w:rPr>
          <w:rFonts w:ascii="Arial" w:hAnsi="Arial" w:cs="Arial"/>
          <w:b/>
          <w:bCs/>
          <w:i/>
          <w:iCs/>
          <w:noProof/>
          <w:lang w:val="en-GB"/>
        </w:rPr>
        <w:drawing>
          <wp:anchor distT="0" distB="0" distL="114300" distR="114300" simplePos="0" relativeHeight="251688448" behindDoc="0" locked="0" layoutInCell="1" allowOverlap="1" wp14:anchorId="3553B273" wp14:editId="49EB6CC8">
            <wp:simplePos x="0" y="0"/>
            <wp:positionH relativeFrom="margin">
              <wp:posOffset>1941733</wp:posOffset>
            </wp:positionH>
            <wp:positionV relativeFrom="paragraph">
              <wp:posOffset>313006</wp:posOffset>
            </wp:positionV>
            <wp:extent cx="1785620" cy="2531110"/>
            <wp:effectExtent l="0" t="0" r="5080" b="2540"/>
            <wp:wrapSquare wrapText="bothSides"/>
            <wp:docPr id="711225512" name="Picture 1" descr="Form page for entering personal details including name and date of bir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1225512" name="Picture 1" descr="Form page for entering personal details including name and date of birth."/>
                    <pic:cNvPicPr/>
                  </pic:nvPicPr>
                  <pic:blipFill rotWithShape="1">
                    <a:blip r:embed="rId22"/>
                    <a:srcRect r="24962"/>
                    <a:stretch>
                      <a:fillRect/>
                    </a:stretch>
                  </pic:blipFill>
                  <pic:spPr bwMode="auto">
                    <a:xfrm>
                      <a:off x="0" y="0"/>
                      <a:ext cx="1785620" cy="25311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7628CC3" w14:textId="3A919AB1" w:rsidR="00F00AB5" w:rsidRPr="00684C6D" w:rsidRDefault="00F00AB5" w:rsidP="008B30C6">
      <w:pPr>
        <w:ind w:left="720"/>
        <w:rPr>
          <w:rFonts w:ascii="Arial" w:hAnsi="Arial" w:cs="Arial"/>
          <w:lang w:val="en-GB"/>
        </w:rPr>
      </w:pPr>
    </w:p>
    <w:p w14:paraId="73F2A02B" w14:textId="3481BD03" w:rsidR="008B30C6" w:rsidRPr="00684C6D" w:rsidRDefault="008B30C6" w:rsidP="008B30C6">
      <w:pPr>
        <w:ind w:left="720"/>
        <w:rPr>
          <w:rFonts w:ascii="Arial" w:hAnsi="Arial" w:cs="Arial"/>
          <w:lang w:val="en-GB"/>
        </w:rPr>
      </w:pPr>
    </w:p>
    <w:p w14:paraId="0FE15A8C" w14:textId="0ED66C98" w:rsidR="002F0995" w:rsidRPr="002A2EE6" w:rsidRDefault="00B400F1">
      <w:pPr>
        <w:numPr>
          <w:ilvl w:val="0"/>
          <w:numId w:val="7"/>
        </w:numPr>
        <w:rPr>
          <w:rFonts w:ascii="Arial" w:hAnsi="Arial" w:cs="Arial"/>
          <w:sz w:val="24"/>
          <w:szCs w:val="24"/>
          <w:lang w:val="en-GB"/>
        </w:rPr>
      </w:pPr>
      <w:r w:rsidRPr="00D82BB0">
        <w:rPr>
          <w:rFonts w:ascii="Arial" w:hAnsi="Arial" w:cs="Arial"/>
          <w:b/>
          <w:bCs/>
          <w:sz w:val="24"/>
          <w:szCs w:val="24"/>
          <w:lang w:val="en-GB"/>
        </w:rPr>
        <w:t>Enter</w:t>
      </w:r>
      <w:r w:rsidR="002F0995" w:rsidRPr="00D82BB0">
        <w:rPr>
          <w:rFonts w:ascii="Arial" w:hAnsi="Arial" w:cs="Arial"/>
          <w:b/>
          <w:bCs/>
          <w:sz w:val="24"/>
          <w:szCs w:val="24"/>
          <w:lang w:val="en-GB"/>
        </w:rPr>
        <w:t xml:space="preserve"> your personal details</w:t>
      </w:r>
      <w:r w:rsidR="00FE63EA" w:rsidRPr="002A2EE6">
        <w:rPr>
          <w:rFonts w:ascii="Arial" w:hAnsi="Arial" w:cs="Arial"/>
          <w:sz w:val="24"/>
          <w:szCs w:val="24"/>
          <w:lang w:val="en-GB"/>
        </w:rPr>
        <w:t xml:space="preserve"> including </w:t>
      </w:r>
      <w:r w:rsidRPr="002A2EE6">
        <w:rPr>
          <w:rFonts w:ascii="Arial" w:hAnsi="Arial" w:cs="Arial"/>
          <w:sz w:val="24"/>
          <w:szCs w:val="24"/>
          <w:lang w:val="en-GB"/>
        </w:rPr>
        <w:t>N</w:t>
      </w:r>
      <w:r w:rsidR="00FE63EA" w:rsidRPr="002A2EE6">
        <w:rPr>
          <w:rFonts w:ascii="Arial" w:hAnsi="Arial" w:cs="Arial"/>
          <w:sz w:val="24"/>
          <w:szCs w:val="24"/>
          <w:lang w:val="en-GB"/>
        </w:rPr>
        <w:t>ame, DOB and Address details</w:t>
      </w:r>
      <w:r w:rsidR="002F0995" w:rsidRPr="002A2EE6">
        <w:rPr>
          <w:rFonts w:ascii="Arial" w:hAnsi="Arial" w:cs="Arial"/>
          <w:sz w:val="24"/>
          <w:szCs w:val="24"/>
          <w:lang w:val="en-GB"/>
        </w:rPr>
        <w:t>, select</w:t>
      </w:r>
      <w:r w:rsidR="00FE63EA" w:rsidRPr="002A2EE6">
        <w:rPr>
          <w:rFonts w:ascii="Arial" w:hAnsi="Arial" w:cs="Arial"/>
          <w:sz w:val="24"/>
          <w:szCs w:val="24"/>
          <w:lang w:val="en-GB"/>
        </w:rPr>
        <w:t>ing</w:t>
      </w:r>
      <w:r w:rsidR="002F0995" w:rsidRPr="002A2EE6">
        <w:rPr>
          <w:rFonts w:ascii="Arial" w:hAnsi="Arial" w:cs="Arial"/>
          <w:sz w:val="24"/>
          <w:szCs w:val="24"/>
          <w:lang w:val="en-GB"/>
        </w:rPr>
        <w:t xml:space="preserve"> </w:t>
      </w:r>
      <w:r w:rsidR="002F0995" w:rsidRPr="00D82BB0">
        <w:rPr>
          <w:rFonts w:ascii="Arial" w:hAnsi="Arial" w:cs="Arial"/>
          <w:b/>
          <w:bCs/>
          <w:sz w:val="24"/>
          <w:szCs w:val="24"/>
          <w:lang w:val="en-GB"/>
        </w:rPr>
        <w:t>Save and Continue</w:t>
      </w:r>
      <w:r w:rsidR="00FE63EA" w:rsidRPr="002A2EE6">
        <w:rPr>
          <w:rFonts w:ascii="Arial" w:hAnsi="Arial" w:cs="Arial"/>
          <w:i/>
          <w:iCs/>
          <w:sz w:val="24"/>
          <w:szCs w:val="24"/>
          <w:lang w:val="en-GB"/>
        </w:rPr>
        <w:t xml:space="preserve"> </w:t>
      </w:r>
      <w:r w:rsidR="00FE63EA" w:rsidRPr="002A2EE6">
        <w:rPr>
          <w:rFonts w:ascii="Arial" w:hAnsi="Arial" w:cs="Arial"/>
          <w:sz w:val="24"/>
          <w:szCs w:val="24"/>
          <w:lang w:val="en-GB"/>
        </w:rPr>
        <w:t>at the end of each page.</w:t>
      </w:r>
    </w:p>
    <w:p w14:paraId="2A858368" w14:textId="593BFC21" w:rsidR="008B30C6" w:rsidRPr="002A2EE6" w:rsidRDefault="008B30C6" w:rsidP="008B30C6">
      <w:pPr>
        <w:rPr>
          <w:rFonts w:ascii="Arial" w:hAnsi="Arial" w:cs="Arial"/>
          <w:noProof/>
          <w:sz w:val="24"/>
          <w:szCs w:val="24"/>
        </w:rPr>
      </w:pPr>
    </w:p>
    <w:p w14:paraId="5EA6119F" w14:textId="0CB3BEA3" w:rsidR="008B30C6" w:rsidRPr="00684C6D" w:rsidRDefault="008B30C6" w:rsidP="008B30C6">
      <w:pPr>
        <w:rPr>
          <w:rFonts w:ascii="Arial" w:hAnsi="Arial" w:cs="Arial"/>
          <w:noProof/>
        </w:rPr>
      </w:pPr>
    </w:p>
    <w:p w14:paraId="05DDF78C" w14:textId="77777777" w:rsidR="008B30C6" w:rsidRPr="00684C6D" w:rsidRDefault="008B30C6" w:rsidP="008B30C6">
      <w:pPr>
        <w:rPr>
          <w:rFonts w:ascii="Arial" w:hAnsi="Arial" w:cs="Arial"/>
          <w:lang w:val="en-GB"/>
        </w:rPr>
      </w:pPr>
    </w:p>
    <w:p w14:paraId="7C1A463F" w14:textId="77777777" w:rsidR="008B30C6" w:rsidRPr="00684C6D" w:rsidRDefault="008B30C6" w:rsidP="008B30C6">
      <w:pPr>
        <w:rPr>
          <w:rFonts w:ascii="Arial" w:hAnsi="Arial" w:cs="Arial"/>
          <w:lang w:val="en-GB"/>
        </w:rPr>
      </w:pPr>
    </w:p>
    <w:p w14:paraId="54A5E59F" w14:textId="07FD9D3D" w:rsidR="008B30C6" w:rsidRPr="00684C6D" w:rsidRDefault="008B30C6" w:rsidP="008B30C6">
      <w:pPr>
        <w:rPr>
          <w:rFonts w:ascii="Arial" w:hAnsi="Arial" w:cs="Arial"/>
          <w:lang w:val="en-GB"/>
        </w:rPr>
      </w:pPr>
    </w:p>
    <w:p w14:paraId="424D823C" w14:textId="77777777" w:rsidR="00F00AB5" w:rsidRPr="00684C6D" w:rsidRDefault="00F00AB5" w:rsidP="008B30C6">
      <w:pPr>
        <w:rPr>
          <w:rFonts w:ascii="Arial" w:hAnsi="Arial" w:cs="Arial"/>
          <w:lang w:val="en-GB"/>
        </w:rPr>
      </w:pPr>
    </w:p>
    <w:p w14:paraId="225C4AE1" w14:textId="51F3FC18" w:rsidR="00F00AB5" w:rsidRPr="00684C6D" w:rsidRDefault="00F00AB5" w:rsidP="008B30C6">
      <w:pPr>
        <w:rPr>
          <w:rFonts w:ascii="Arial" w:hAnsi="Arial" w:cs="Arial"/>
          <w:lang w:val="en-GB"/>
        </w:rPr>
      </w:pPr>
    </w:p>
    <w:p w14:paraId="28756DB3" w14:textId="77777777" w:rsidR="00BA66FB" w:rsidRDefault="00BA66FB" w:rsidP="00BA66FB">
      <w:pPr>
        <w:rPr>
          <w:rFonts w:ascii="Arial" w:hAnsi="Arial" w:cs="Arial"/>
          <w:sz w:val="24"/>
          <w:szCs w:val="24"/>
          <w:lang w:val="en-GB"/>
        </w:rPr>
      </w:pPr>
    </w:p>
    <w:p w14:paraId="211DDC9C" w14:textId="7633D9D2" w:rsidR="00FE63EA" w:rsidRPr="00BA66FB" w:rsidRDefault="00E023EA">
      <w:pPr>
        <w:pStyle w:val="ListParagraph"/>
        <w:numPr>
          <w:ilvl w:val="0"/>
          <w:numId w:val="7"/>
        </w:numPr>
        <w:rPr>
          <w:rFonts w:ascii="Arial" w:hAnsi="Arial" w:cs="Arial"/>
          <w:sz w:val="24"/>
          <w:szCs w:val="24"/>
          <w:lang w:val="en-GB"/>
        </w:rPr>
      </w:pPr>
      <w:r w:rsidRPr="00684C6D">
        <w:rPr>
          <w:noProof/>
          <w:lang w:val="en-GB"/>
        </w:rPr>
        <w:drawing>
          <wp:anchor distT="0" distB="0" distL="114300" distR="114300" simplePos="0" relativeHeight="251942400" behindDoc="0" locked="0" layoutInCell="1" allowOverlap="1" wp14:anchorId="4A5DF1AC" wp14:editId="0111E835">
            <wp:simplePos x="0" y="0"/>
            <wp:positionH relativeFrom="margin">
              <wp:posOffset>2651760</wp:posOffset>
            </wp:positionH>
            <wp:positionV relativeFrom="paragraph">
              <wp:posOffset>0</wp:posOffset>
            </wp:positionV>
            <wp:extent cx="2987675" cy="1794510"/>
            <wp:effectExtent l="0" t="0" r="3175" b="0"/>
            <wp:wrapSquare wrapText="bothSides"/>
            <wp:docPr id="967988284" name="Picture 1" descr="Summary page prompting the user to review their personal details, with options to change each section before procee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7988284" name="Picture 1" descr="Summary page prompting the user to review their personal details, with options to change each section before proceeding."/>
                    <pic:cNvPicPr/>
                  </pic:nvPicPr>
                  <pic:blipFill>
                    <a:blip r:embed="rId23"/>
                    <a:stretch>
                      <a:fillRect/>
                    </a:stretch>
                  </pic:blipFill>
                  <pic:spPr>
                    <a:xfrm>
                      <a:off x="0" y="0"/>
                      <a:ext cx="2987675" cy="1794510"/>
                    </a:xfrm>
                    <a:prstGeom prst="rect">
                      <a:avLst/>
                    </a:prstGeom>
                  </pic:spPr>
                </pic:pic>
              </a:graphicData>
            </a:graphic>
            <wp14:sizeRelH relativeFrom="margin">
              <wp14:pctWidth>0</wp14:pctWidth>
            </wp14:sizeRelH>
            <wp14:sizeRelV relativeFrom="margin">
              <wp14:pctHeight>0</wp14:pctHeight>
            </wp14:sizeRelV>
          </wp:anchor>
        </w:drawing>
      </w:r>
      <w:r w:rsidR="00FE63EA" w:rsidRPr="00BA66FB">
        <w:rPr>
          <w:rFonts w:ascii="Arial" w:hAnsi="Arial" w:cs="Arial"/>
          <w:sz w:val="24"/>
          <w:szCs w:val="24"/>
          <w:lang w:val="en-GB"/>
        </w:rPr>
        <w:t xml:space="preserve">Check your details, then select </w:t>
      </w:r>
      <w:r w:rsidR="00FE63EA" w:rsidRPr="00D82BB0">
        <w:rPr>
          <w:rFonts w:ascii="Arial" w:hAnsi="Arial" w:cs="Arial"/>
          <w:b/>
          <w:bCs/>
          <w:sz w:val="24"/>
          <w:szCs w:val="24"/>
          <w:lang w:val="en-GB"/>
        </w:rPr>
        <w:t>Confirm and Send</w:t>
      </w:r>
      <w:r w:rsidR="00FE63EA" w:rsidRPr="00BA66FB">
        <w:rPr>
          <w:rFonts w:ascii="Arial" w:hAnsi="Arial" w:cs="Arial"/>
          <w:sz w:val="24"/>
          <w:szCs w:val="24"/>
          <w:lang w:val="en-GB"/>
        </w:rPr>
        <w:t xml:space="preserve"> when you are content.</w:t>
      </w:r>
    </w:p>
    <w:p w14:paraId="23D17E1D" w14:textId="7A773D24" w:rsidR="003C7A9F" w:rsidRPr="00684C6D" w:rsidRDefault="003C7A9F" w:rsidP="00FE63EA">
      <w:pPr>
        <w:rPr>
          <w:rFonts w:ascii="Arial" w:hAnsi="Arial" w:cs="Arial"/>
          <w:lang w:val="en-GB"/>
        </w:rPr>
      </w:pPr>
    </w:p>
    <w:p w14:paraId="0CB868F3" w14:textId="26A138BB" w:rsidR="00062896" w:rsidRPr="00684C6D" w:rsidRDefault="00062896" w:rsidP="00FE63EA">
      <w:pPr>
        <w:rPr>
          <w:rFonts w:ascii="Arial" w:hAnsi="Arial" w:cs="Arial"/>
          <w:lang w:val="en-GB"/>
        </w:rPr>
      </w:pPr>
    </w:p>
    <w:p w14:paraId="5AFAF825" w14:textId="77777777" w:rsidR="00206DF4" w:rsidRPr="00684C6D" w:rsidRDefault="00206DF4" w:rsidP="00FE63EA">
      <w:pPr>
        <w:rPr>
          <w:rFonts w:ascii="Arial" w:hAnsi="Arial" w:cs="Arial"/>
          <w:lang w:val="en-GB"/>
        </w:rPr>
      </w:pPr>
    </w:p>
    <w:p w14:paraId="5408AFB7" w14:textId="77777777" w:rsidR="00F00AB5" w:rsidRPr="00684C6D" w:rsidRDefault="00F00AB5" w:rsidP="00FE63EA">
      <w:pPr>
        <w:rPr>
          <w:rFonts w:ascii="Arial" w:hAnsi="Arial" w:cs="Arial"/>
          <w:lang w:val="en-GB"/>
        </w:rPr>
      </w:pPr>
    </w:p>
    <w:p w14:paraId="3D64AE3F" w14:textId="08C92BDB" w:rsidR="003C7A9F" w:rsidRPr="00684C6D" w:rsidRDefault="00206DF4" w:rsidP="00FE63EA">
      <w:pPr>
        <w:rPr>
          <w:rFonts w:ascii="Arial" w:hAnsi="Arial" w:cs="Arial"/>
          <w:lang w:val="en-GB"/>
        </w:rPr>
      </w:pPr>
      <w:r w:rsidRPr="00684C6D">
        <w:rPr>
          <w:rFonts w:ascii="Arial" w:hAnsi="Arial" w:cs="Arial"/>
          <w:noProof/>
          <w:lang w:val="en-GB"/>
        </w:rPr>
        <w:drawing>
          <wp:anchor distT="0" distB="0" distL="114300" distR="114300" simplePos="0" relativeHeight="251920896" behindDoc="0" locked="0" layoutInCell="1" allowOverlap="1" wp14:anchorId="17BB50AB" wp14:editId="1EEC041F">
            <wp:simplePos x="0" y="0"/>
            <wp:positionH relativeFrom="margin">
              <wp:posOffset>3569244</wp:posOffset>
            </wp:positionH>
            <wp:positionV relativeFrom="paragraph">
              <wp:posOffset>51253</wp:posOffset>
            </wp:positionV>
            <wp:extent cx="2006600" cy="1005840"/>
            <wp:effectExtent l="0" t="0" r="0" b="3810"/>
            <wp:wrapSquare wrapText="bothSides"/>
            <wp:docPr id="1697003052" name="Picture 1" descr="Final confirmation page displaying an ‘Account created’ message and a green ‘Continu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7003052" name="Picture 1" descr="Final confirmation page displaying an ‘Account created’ message and a green ‘Continue’ button."/>
                    <pic:cNvPicPr/>
                  </pic:nvPicPr>
                  <pic:blipFill rotWithShape="1">
                    <a:blip r:embed="rId24"/>
                    <a:srcRect l="7436" t="35021" r="16179"/>
                    <a:stretch>
                      <a:fillRect/>
                    </a:stretch>
                  </pic:blipFill>
                  <pic:spPr bwMode="auto">
                    <a:xfrm>
                      <a:off x="0" y="0"/>
                      <a:ext cx="2006600" cy="10058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6E9EE1D" w14:textId="51626387" w:rsidR="002F0995" w:rsidRPr="002A2EE6" w:rsidRDefault="00062896">
      <w:pPr>
        <w:pStyle w:val="ListParagraph"/>
        <w:numPr>
          <w:ilvl w:val="0"/>
          <w:numId w:val="7"/>
        </w:numPr>
        <w:rPr>
          <w:rFonts w:ascii="Arial" w:hAnsi="Arial" w:cs="Arial"/>
          <w:sz w:val="24"/>
          <w:szCs w:val="24"/>
          <w:lang w:val="en-GB"/>
        </w:rPr>
      </w:pPr>
      <w:r w:rsidRPr="002A2EE6">
        <w:rPr>
          <w:rFonts w:ascii="Arial" w:hAnsi="Arial" w:cs="Arial"/>
          <w:noProof/>
          <w:sz w:val="24"/>
          <w:szCs w:val="24"/>
          <w:lang w:val="en-GB"/>
        </w:rPr>
        <mc:AlternateContent>
          <mc:Choice Requires="wpi">
            <w:drawing>
              <wp:anchor distT="0" distB="0" distL="114300" distR="114300" simplePos="0" relativeHeight="251699712" behindDoc="0" locked="0" layoutInCell="1" allowOverlap="1" wp14:anchorId="1777207C" wp14:editId="750A6C5F">
                <wp:simplePos x="0" y="0"/>
                <wp:positionH relativeFrom="column">
                  <wp:posOffset>-1372896</wp:posOffset>
                </wp:positionH>
                <wp:positionV relativeFrom="paragraph">
                  <wp:posOffset>240076</wp:posOffset>
                </wp:positionV>
                <wp:extent cx="360" cy="360"/>
                <wp:effectExtent l="57150" t="76200" r="57150" b="76200"/>
                <wp:wrapNone/>
                <wp:docPr id="1605807596" name="Ink 8"/>
                <wp:cNvGraphicFramePr/>
                <a:graphic xmlns:a="http://schemas.openxmlformats.org/drawingml/2006/main">
                  <a:graphicData uri="http://schemas.microsoft.com/office/word/2010/wordprocessingInk">
                    <w14:contentPart bwMode="auto" r:id="rId25">
                      <w14:nvContentPartPr>
                        <w14:cNvContentPartPr/>
                      </w14:nvContentPartPr>
                      <w14:xfrm>
                        <a:off x="0" y="0"/>
                        <a:ext cx="360" cy="360"/>
                      </w14:xfrm>
                    </w14:contentPart>
                  </a:graphicData>
                </a:graphic>
              </wp:anchor>
            </w:drawing>
          </mc:Choice>
          <mc:Fallback>
            <w:pict>
              <v:shapetype w14:anchorId="18E5C7D0"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8" o:spid="_x0000_s1026" type="#_x0000_t75" style="position:absolute;margin-left:-109.5pt;margin-top:16.05pt;width:2.9pt;height:5.7pt;z-index:2516997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bmsbFsAQAABwMAAA4AAABkcnMvZTJvRG9jLnhtbJxSy27CMBC8V+o/&#10;WL6XBFohFBE4FFXi0JZD+wHGsYnV2ButHRL+vpuER2hVVeJirWfl2Zkdz5eNLdheoTfgUj4exZwp&#10;JyEzbpfyz4+XhxlnPgiXiQKcSvlBeb5c3N/N6zJRE8ihyBQyInE+qcuU5yGUSRR5mSsr/AhK5aip&#10;Aa0IdMVdlKGoid0W0SSOp1ENmJUIUnlP6Kpv8kXHr7WS4V1rrwIrSN0sjklfSPnjtKvwjG1PWLSY&#10;i2SHosyNPMoSN6iywjgScaZaiSBYheYXlTUSwYMOIwk2Aq2NVJ0ncjeOf7hbu6/W2fhJVphIcEG5&#10;sBEYTvvrGreMsAVn2/oVMkpIVAH4kZEW9H8gvegVyMqSnj4VVIUI9CV8bkrPGSYmSzmus/FFv9s/&#10;Xxxs8OLr7bpBiURHy389aTTadtmkhDUpp4wP7dllqZrAJIEUOWeS8LYYcPZvTxMGS6WxV/EN762k&#10;wf9dfAMAAP//AwBQSwMEFAAGAAgAAAAhAHFqyTHLAQAAZgQAABAAAABkcnMvaW5rL2luazEueG1s&#10;pFPBbpwwEL1X6j9Y7nnBsNsmRWFzaqRKrbpqUqk9OjABa7GNbBN2/76DAYPUbZWoF2Rm/N7MezO+&#10;uT3JhjyDsUKrnCYRowRUoUuhqpz+eLjbXFNiHVclb7SCnJ7B0tv92zc3Qh1lk+GXIIOyw0k2Oa2d&#10;a7M47vs+6reRNlWcMraNP6vj1y90P6FKeBJKOCxp51ChlYOTG8gyUea0cCcW7iP3ve5MASE9REyx&#10;3HCGF3CnjeQuMNZcKWiI4hL7/kmJO7d4EFinAkOJFCh4k0bJ7mp3/ekjBvgpp6v/Dlu02Imk8WXO&#10;X//JGXvPsr/3fjC6BeMELDaNoqbEmRTjv9c3CjVgddMN3lLyzJsOJSeM4VgnOUl8QdCffKjtdXyT&#10;mKmhdedTJgxxNtMJCbhasg1TdRb7HML3zvgFTFn6YcO2G7Z7SFjG0mz7Prpiu2Egc71xb2bOR9PZ&#10;OvA9mmVDfCboHLX1onR1sIlFSXBp7dElZA2iqt0Kmr4Y6kQbcAYKfFtVA8uKXapmuHVgvi04ye3x&#10;AOrfKFEpbeCAC2E7A6FmsnLPFwteXniWfjfJ9Di/w1NO3/mXSTxyDHiXE5LMI/GYQIpj3/8GAAD/&#10;/wMAUEsDBBQABgAIAAAAIQC5fncb4AAAAAsBAAAPAAAAZHJzL2Rvd25yZXYueG1sTI/NTsMwEITv&#10;SLyDtUjcWueHojZkU6FIXBBCIlT0uolNEiVeR7Hbpm+POcFxdkaz3+T7xYzirGfXW0aI1xEIzY1V&#10;PbcIh8+X1RaE88SKRssa4aod7Ivbm5wyZS/8oc+Vb0UoYZcRQuf9lEnpmk4bcms7aQ7et50N+SDn&#10;VqqZLqHcjDKJokdpqOfwoaNJl51uhupkEKbN+3UY3vxclkc+qKN9/aorQry/W56fQHi9+L8w/OIH&#10;dCgCU21PrJwYEVZJvAtjPEKaxCBCIlzSBESN8JBuQBa5/L+h+AE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ECLQAUAAYACAAAACEAmzMnNwwBAAAtAgAAEwAAAAAAAAAAAAAAAAAAAAAAW0NvbnRl&#10;bnRfVHlwZXNdLnhtbFBLAQItABQABgAIAAAAIQA4/SH/1gAAAJQBAAALAAAAAAAAAAAAAAAAAD0B&#10;AABfcmVscy8ucmVsc1BLAQItABQABgAIAAAAIQDG5rGxbAEAAAcDAAAOAAAAAAAAAAAAAAAAADwC&#10;AABkcnMvZTJvRG9jLnhtbFBLAQItABQABgAIAAAAIQBxaskxywEAAGYEAAAQAAAAAAAAAAAAAAAA&#10;ANQDAABkcnMvaW5rL2luazEueG1sUEsBAi0AFAAGAAgAAAAhALl+dxvgAAAACwEAAA8AAAAAAAAA&#10;AAAAAAAAzQUAAGRycy9kb3ducmV2LnhtbFBLAQItABQABgAIAAAAIQB5GLydvwAAACEBAAAZAAAA&#10;AAAAAAAAAAAAANoGAABkcnMvX3JlbHMvZTJvRG9jLnhtbC5yZWxzUEsFBgAAAAAGAAYAeAEAANAH&#10;AAAAAA==&#10;">
                <v:imagedata r:id="rId26" o:title=""/>
              </v:shape>
            </w:pict>
          </mc:Fallback>
        </mc:AlternateContent>
      </w:r>
      <w:r w:rsidRPr="002A2EE6">
        <w:rPr>
          <w:rFonts w:ascii="Arial" w:hAnsi="Arial" w:cs="Arial"/>
          <w:noProof/>
          <w:sz w:val="24"/>
          <w:szCs w:val="24"/>
          <w:lang w:val="en-GB"/>
        </w:rPr>
        <mc:AlternateContent>
          <mc:Choice Requires="wpi">
            <w:drawing>
              <wp:anchor distT="0" distB="0" distL="114300" distR="114300" simplePos="0" relativeHeight="251698688" behindDoc="0" locked="0" layoutInCell="1" allowOverlap="1" wp14:anchorId="37F1C360" wp14:editId="32DD3018">
                <wp:simplePos x="0" y="0"/>
                <wp:positionH relativeFrom="column">
                  <wp:posOffset>-1372896</wp:posOffset>
                </wp:positionH>
                <wp:positionV relativeFrom="paragraph">
                  <wp:posOffset>240076</wp:posOffset>
                </wp:positionV>
                <wp:extent cx="360" cy="360"/>
                <wp:effectExtent l="57150" t="76200" r="57150" b="76200"/>
                <wp:wrapNone/>
                <wp:docPr id="1877078990" name="Ink 7"/>
                <wp:cNvGraphicFramePr/>
                <a:graphic xmlns:a="http://schemas.openxmlformats.org/drawingml/2006/main">
                  <a:graphicData uri="http://schemas.microsoft.com/office/word/2010/wordprocessingInk">
                    <w14:contentPart bwMode="auto" r:id="rId27">
                      <w14:nvContentPartPr>
                        <w14:cNvContentPartPr/>
                      </w14:nvContentPartPr>
                      <w14:xfrm>
                        <a:off x="0" y="0"/>
                        <a:ext cx="360" cy="360"/>
                      </w14:xfrm>
                    </w14:contentPart>
                  </a:graphicData>
                </a:graphic>
              </wp:anchor>
            </w:drawing>
          </mc:Choice>
          <mc:Fallback>
            <w:pict>
              <v:shape w14:anchorId="6A0836D3" id="Ink 7" o:spid="_x0000_s1026" type="#_x0000_t75" style="position:absolute;margin-left:-109.5pt;margin-top:16.05pt;width:2.9pt;height:5.7pt;z-index:2516986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bmsbFsAQAABwMAAA4AAABkcnMvZTJvRG9jLnhtbJxSy27CMBC8V+o/&#10;WL6XBFohFBE4FFXi0JZD+wHGsYnV2ButHRL+vpuER2hVVeJirWfl2Zkdz5eNLdheoTfgUj4exZwp&#10;JyEzbpfyz4+XhxlnPgiXiQKcSvlBeb5c3N/N6zJRE8ihyBQyInE+qcuU5yGUSRR5mSsr/AhK5aip&#10;Aa0IdMVdlKGoid0W0SSOp1ENmJUIUnlP6Kpv8kXHr7WS4V1rrwIrSN0sjklfSPnjtKvwjG1PWLSY&#10;i2SHosyNPMoSN6iywjgScaZaiSBYheYXlTUSwYMOIwk2Aq2NVJ0ncjeOf7hbu6/W2fhJVphIcEG5&#10;sBEYTvvrGreMsAVn2/oVMkpIVAH4kZEW9H8gvegVyMqSnj4VVIUI9CV8bkrPGSYmSzmus/FFv9s/&#10;Xxxs8OLr7bpBiURHy389aTTadtmkhDUpp4wP7dllqZrAJIEUOWeS8LYYcPZvTxMGS6WxV/EN762k&#10;wf9dfAMAAP//AwBQSwMEFAAGAAgAAAAhAEfEL9HLAQAAZgQAABAAAABkcnMvaW5rL2luazEueG1s&#10;pFPBbpwwEL1X6j9Y7nnBsJs2RWFzaqRKrbpqUqk5OjABa7GNbBN2/76zBgxSaZWqF2Rm/N7MezO+&#10;uT3JhryAsUKrnCYRowRUoUuhqpz+eLjbXFNiHVclb7SCnJ7B0tv92zc3Qh1lk+GXIIOyl5Nsclo7&#10;12Zx3Pd91G8jbao4ZWwbf1bHr1/ofkSV8CyUcFjSTqFCKwcndyHLRJnTwp1YuI/c97ozBYT0JWKK&#10;+YYzvIA7bSR3gbHmSkFDFJfY909K3LnFg8A6FRhKpEDBmzRKdh92158+YoCfcrr477BFi51IGq9z&#10;Pv4nZ+w9y/7c+8HoFowTMNs0iBoTZ1IM/17fINSA1U138ZaSF950KDlhDMc6ykniFUG/86G2f+Mb&#10;xYwNLTsfM2GIk5lOSMDVkm2YqrPY5yV874xfwJSl7zdsu2G7h4RlLM22V9EVisGBTPWGvZk4n0xn&#10;68D3ZOYN8Zmgc9DWi9LVwSYWJcGlpUdryBpEVbsFNH011Ik24AwU+LaqBuYVW6tmuHVgvs04ye3x&#10;AOrvKFEpbeCAC2E7A6FmsnDPFwterjxLv5tkfJzf4Tmn7/zLJB45BLzLCUmmkXhMIMWx738BAAD/&#10;/wMAUEsDBBQABgAIAAAAIQC5fncb4AAAAAsBAAAPAAAAZHJzL2Rvd25yZXYueG1sTI/NTsMwEITv&#10;SLyDtUjcWueHojZkU6FIXBBCIlT0uolNEiVeR7Hbpm+POcFxdkaz3+T7xYzirGfXW0aI1xEIzY1V&#10;PbcIh8+X1RaE88SKRssa4aod7Ivbm5wyZS/8oc+Vb0UoYZcRQuf9lEnpmk4bcms7aQ7et50N+SDn&#10;VqqZLqHcjDKJokdpqOfwoaNJl51uhupkEKbN+3UY3vxclkc+qKN9/aorQry/W56fQHi9+L8w/OIH&#10;dCgCU21PrJwYEVZJvAtjPEKaxCBCIlzSBESN8JBuQBa5/L+h+AE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ECLQAUAAYACAAAACEAmzMnNwwBAAAtAgAAEwAAAAAAAAAAAAAAAAAAAAAAW0NvbnRl&#10;bnRfVHlwZXNdLnhtbFBLAQItABQABgAIAAAAIQA4/SH/1gAAAJQBAAALAAAAAAAAAAAAAAAAAD0B&#10;AABfcmVscy8ucmVsc1BLAQItABQABgAIAAAAIQDG5rGxbAEAAAcDAAAOAAAAAAAAAAAAAAAAADwC&#10;AABkcnMvZTJvRG9jLnhtbFBLAQItABQABgAIAAAAIQBHxC/RywEAAGYEAAAQAAAAAAAAAAAAAAAA&#10;ANQDAABkcnMvaW5rL2luazEueG1sUEsBAi0AFAAGAAgAAAAhALl+dxvgAAAACwEAAA8AAAAAAAAA&#10;AAAAAAAAzQUAAGRycy9kb3ducmV2LnhtbFBLAQItABQABgAIAAAAIQB5GLydvwAAACEBAAAZAAAA&#10;AAAAAAAAAAAAANoGAABkcnMvX3JlbHMvZTJvRG9jLnhtbC5yZWxzUEsFBgAAAAAGAAYAeAEAANAH&#10;AAAAAA==&#10;">
                <v:imagedata r:id="rId26" o:title=""/>
              </v:shape>
            </w:pict>
          </mc:Fallback>
        </mc:AlternateContent>
      </w:r>
      <w:r w:rsidRPr="002A2EE6">
        <w:rPr>
          <w:rFonts w:ascii="Arial" w:hAnsi="Arial" w:cs="Arial"/>
          <w:noProof/>
          <w:sz w:val="24"/>
          <w:szCs w:val="24"/>
          <w:lang w:val="en-GB"/>
        </w:rPr>
        <mc:AlternateContent>
          <mc:Choice Requires="wpi">
            <w:drawing>
              <wp:anchor distT="0" distB="0" distL="114300" distR="114300" simplePos="0" relativeHeight="251697664" behindDoc="0" locked="0" layoutInCell="1" allowOverlap="1" wp14:anchorId="0408BC22" wp14:editId="1C929D4A">
                <wp:simplePos x="0" y="0"/>
                <wp:positionH relativeFrom="column">
                  <wp:posOffset>-1372896</wp:posOffset>
                </wp:positionH>
                <wp:positionV relativeFrom="paragraph">
                  <wp:posOffset>240076</wp:posOffset>
                </wp:positionV>
                <wp:extent cx="360" cy="360"/>
                <wp:effectExtent l="57150" t="76200" r="57150" b="76200"/>
                <wp:wrapNone/>
                <wp:docPr id="627804273" name="Ink 6"/>
                <wp:cNvGraphicFramePr/>
                <a:graphic xmlns:a="http://schemas.openxmlformats.org/drawingml/2006/main">
                  <a:graphicData uri="http://schemas.microsoft.com/office/word/2010/wordprocessingInk">
                    <w14:contentPart bwMode="auto" r:id="rId28">
                      <w14:nvContentPartPr>
                        <w14:cNvContentPartPr/>
                      </w14:nvContentPartPr>
                      <w14:xfrm>
                        <a:off x="0" y="0"/>
                        <a:ext cx="360" cy="360"/>
                      </w14:xfrm>
                    </w14:contentPart>
                  </a:graphicData>
                </a:graphic>
              </wp:anchor>
            </w:drawing>
          </mc:Choice>
          <mc:Fallback>
            <w:pict>
              <v:shape w14:anchorId="57BF4D42" id="Ink 6" o:spid="_x0000_s1026" type="#_x0000_t75" style="position:absolute;margin-left:-109.5pt;margin-top:16.05pt;width:2.9pt;height:5.7pt;z-index:2516976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bmsbFsAQAABwMAAA4AAABkcnMvZTJvRG9jLnhtbJxSy27CMBC8V+o/&#10;WL6XBFohFBE4FFXi0JZD+wHGsYnV2ButHRL+vpuER2hVVeJirWfl2Zkdz5eNLdheoTfgUj4exZwp&#10;JyEzbpfyz4+XhxlnPgiXiQKcSvlBeb5c3N/N6zJRE8ihyBQyInE+qcuU5yGUSRR5mSsr/AhK5aip&#10;Aa0IdMVdlKGoid0W0SSOp1ENmJUIUnlP6Kpv8kXHr7WS4V1rrwIrSN0sjklfSPnjtKvwjG1PWLSY&#10;i2SHosyNPMoSN6iywjgScaZaiSBYheYXlTUSwYMOIwk2Aq2NVJ0ncjeOf7hbu6/W2fhJVphIcEG5&#10;sBEYTvvrGreMsAVn2/oVMkpIVAH4kZEW9H8gvegVyMqSnj4VVIUI9CV8bkrPGSYmSzmus/FFv9s/&#10;Xxxs8OLr7bpBiURHy389aTTadtmkhDUpp4wP7dllqZrAJIEUOWeS8LYYcPZvTxMGS6WxV/EN762k&#10;wf9dfAMAAP//AwBQSwMEFAAGAAgAAAAhAK7aiMHLAQAAZgQAABAAAABkcnMvaW5rL2luazEueG1s&#10;pFPBbpwwEL1X6j9Y7nnBsNs2QWFzaqRKrbpqUqk5OjABa7GNbBN2/76DAYPUbZWqF2Rm/N7MezO+&#10;uT3JhryAsUKrnCYRowRUoUuhqpz+eLjbXFFiHVclb7SCnJ7B0tv92zc3Qh1lk+GXIIOyw0k2Oa2d&#10;a7M47vs+6reRNlWcMraNP6vj1y90P6FKeBZKOCxp51ChlYOTG8gyUea0cCcW7iP3ve5MASE9REyx&#10;3HCGF3CnjeQuMNZcKWiI4hL7/kmJO7d4EFinAkOJFCh4k0bJ7uPu6tM1Bvgpp6v/Dlu02Imk8WXO&#10;x//kjL1n2Z97PxjdgnECFptGUVPiTIrx3+sbhRqwuukGbyl54U2HkhPGcKyTnCS+IOh3PtT2b3yT&#10;mKmhdedTJgxxNtMJCbhasg1TdRb7HML3zvgFTFn6YcO2G7Z7SFjG0mz7Pkqvd8NA5nrj3sycT6az&#10;deB7MsuG+EzQOWrrRenqYBOLkuDS2qNLyBpEVbsVNH011Ik24AwU+LaqBpYVu1TNcOvAfFtwktvj&#10;AdTfUaJS2sABF8J2BkLNZOWeLxa8vPAs/W6S6XF+h+ecvvMvk3jkGPAuJySZR+IxgRTHvv8FAAD/&#10;/wMAUEsDBBQABgAIAAAAIQC5fncb4AAAAAsBAAAPAAAAZHJzL2Rvd25yZXYueG1sTI/NTsMwEITv&#10;SLyDtUjcWueHojZkU6FIXBBCIlT0uolNEiVeR7Hbpm+POcFxdkaz3+T7xYzirGfXW0aI1xEIzY1V&#10;PbcIh8+X1RaE88SKRssa4aod7Ivbm5wyZS/8oc+Vb0UoYZcRQuf9lEnpmk4bcms7aQ7et50N+SDn&#10;VqqZLqHcjDKJokdpqOfwoaNJl51uhupkEKbN+3UY3vxclkc+qKN9/aorQry/W56fQHi9+L8w/OIH&#10;dCgCU21PrJwYEVZJvAtjPEKaxCBCIlzSBESN8JBuQBa5/L+h+AE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ECLQAUAAYACAAAACEAmzMnNwwBAAAtAgAAEwAAAAAAAAAAAAAAAAAAAAAAW0NvbnRl&#10;bnRfVHlwZXNdLnhtbFBLAQItABQABgAIAAAAIQA4/SH/1gAAAJQBAAALAAAAAAAAAAAAAAAAAD0B&#10;AABfcmVscy8ucmVsc1BLAQItABQABgAIAAAAIQDG5rGxbAEAAAcDAAAOAAAAAAAAAAAAAAAAADwC&#10;AABkcnMvZTJvRG9jLnhtbFBLAQItABQABgAIAAAAIQCu2ojBywEAAGYEAAAQAAAAAAAAAAAAAAAA&#10;ANQDAABkcnMvaW5rL2luazEueG1sUEsBAi0AFAAGAAgAAAAhALl+dxvgAAAACwEAAA8AAAAAAAAA&#10;AAAAAAAAzQUAAGRycy9kb3ducmV2LnhtbFBLAQItABQABgAIAAAAIQB5GLydvwAAACEBAAAZAAAA&#10;AAAAAAAAAAAAANoGAABkcnMvX3JlbHMvZTJvRG9jLnhtbC5yZWxzUEsFBgAAAAAGAAYAeAEAANAH&#10;AAAAAA==&#10;">
                <v:imagedata r:id="rId26" o:title=""/>
              </v:shape>
            </w:pict>
          </mc:Fallback>
        </mc:AlternateContent>
      </w:r>
      <w:r w:rsidRPr="002A2EE6">
        <w:rPr>
          <w:rFonts w:ascii="Arial" w:hAnsi="Arial" w:cs="Arial"/>
          <w:noProof/>
          <w:sz w:val="24"/>
          <w:szCs w:val="24"/>
          <w:lang w:val="en-GB"/>
        </w:rPr>
        <mc:AlternateContent>
          <mc:Choice Requires="wpi">
            <w:drawing>
              <wp:anchor distT="0" distB="0" distL="114300" distR="114300" simplePos="0" relativeHeight="251696640" behindDoc="0" locked="0" layoutInCell="1" allowOverlap="1" wp14:anchorId="1C482CB9" wp14:editId="1A3BBA36">
                <wp:simplePos x="0" y="0"/>
                <wp:positionH relativeFrom="column">
                  <wp:posOffset>-1778616</wp:posOffset>
                </wp:positionH>
                <wp:positionV relativeFrom="paragraph">
                  <wp:posOffset>245116</wp:posOffset>
                </wp:positionV>
                <wp:extent cx="2160" cy="360"/>
                <wp:effectExtent l="57150" t="76200" r="74295" b="76200"/>
                <wp:wrapNone/>
                <wp:docPr id="1065298684" name="Ink 5"/>
                <wp:cNvGraphicFramePr/>
                <a:graphic xmlns:a="http://schemas.openxmlformats.org/drawingml/2006/main">
                  <a:graphicData uri="http://schemas.microsoft.com/office/word/2010/wordprocessingInk">
                    <w14:contentPart bwMode="auto" r:id="rId29">
                      <w14:nvContentPartPr>
                        <w14:cNvContentPartPr/>
                      </w14:nvContentPartPr>
                      <w14:xfrm>
                        <a:off x="0" y="0"/>
                        <a:ext cx="2160" cy="360"/>
                      </w14:xfrm>
                    </w14:contentPart>
                  </a:graphicData>
                </a:graphic>
              </wp:anchor>
            </w:drawing>
          </mc:Choice>
          <mc:Fallback>
            <w:pict>
              <v:shape w14:anchorId="7F28A99A" id="Ink 5" o:spid="_x0000_s1026" type="#_x0000_t75" style="position:absolute;margin-left:-141.45pt;margin-top:16.45pt;width:3pt;height:5.7pt;z-index:2516966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BA9PZzAQAACAMAAA4AAABkcnMvZTJvRG9jLnhtbJxSy07DMBC8I/EP&#10;lu80SYFSoiY9UCH1wOMAH2Acu7GIvdHaadK/Z5O2tAUhpF6s7I53MrPj2byzFVsr9AZcxpNRzJly&#10;EgrjVhl/f3u8mnLmg3CFqMCpjG+U5/P88mLW1qkaQwlVoZARifNpW2e8DKFOo8jLUlnhR1ArR6AG&#10;tCJQiauoQNESu62icRxPohawqBGk8p66iy3I84FfayXDi9ZeBVaRumkck76Q8evJ8IXUu5ve33L2&#10;se9F+UykKxR1aeROljhDlRXGkYhvqoUIgjVoflFZIxE86DCSYCPQ2kg1eCJ3SfzD3dJ99s6SG9lg&#10;KsEF5cKrwLDf3wCc8wtb0QraJygoIdEE4DtGWtD/gWxFL0A2lvRsU0FViUBPwpem9pxhaoqM47JI&#10;Dvrd+uHg4BUPvp5PAUok2ln+a6TTaPtlkxLWZZwy3vTnkKXqApPUHCcT6ksCKPwe2pNuh/fV0Vbp&#10;ykl+x3U/fvSA8y8AAAD//wMAUEsDBBQABgAIAAAAIQDUySbN1QEAAHAEAAAQAAAAZHJzL2luay9p&#10;bmsxLnhtbKRTwW6cMBC9V+o/WO4hlywYdtVuUNicGqlSq66SVGqPDkzAWmyQbcLu33cwYJBKq1a9&#10;IDPj92bem/Ht3VlW5BW0EbVKaRQwSkBldS5UkdJvT/ebPSXGcpXzqlaQ0gsYend4++ZWqJOsEvwS&#10;ZFCmP8kqpaW1TRKGXdcF3TaodRHGjG3DT+r05TM9jKgcXoQSFkuaKZTVysLZ9mSJyFOa2TPz95H7&#10;sW51Bj7dR3Q237CaZ3Bfa8mtZyy5UlARxSX2/Z0Se2nwILBOAZoSKVDwJg6i3Yfd/uMNBvg5pYv/&#10;Fls02Imk4Trnj//kDJ1nye97P+q6AW0FzDYNosbEhWTDv9M3CNVg6qrtvaXklVctSo4Yw7GOcqJw&#10;RdCvfKjt3/hGMWNDy87HjB/iZKYVEnC1ZOOnag322YcfrXYLGLP4/YZtN2z3FLGExUm8D252234g&#10;U71hbybOZ92a0vM963lDXMbrHLR1Irelt4kFkXdp6dEasgRRlHYBjf8aakXjcRoyfFtFBfOKrVXT&#10;3FjQX2ec5OZ0BPVnlChUreGIC2FaDb5mtHDPFfNerjxLt5tkfJwP8JLSd+5lEoccAs5lRtj1VXzF&#10;rmlE2TQch/b0uACHnwAAAP//AwBQSwMEFAAGAAgAAAAhAHUFi7/gAAAACwEAAA8AAABkcnMvZG93&#10;bnJldi54bWxMj8FOwzAMhu9IvENkJG5dSjfGKHUnVIkLQkiUiV3dJrRVG6dqsq17e7ITO9mWP/3+&#10;nG1nM4ijnlxnGeFhEYPQXFvVcYOw+36LNiCcJ1Y0WNYIZ+1gm9/eZJQqe+IvfSx9I0IIu5QQWu/H&#10;VEpXt9qQW9hRc9j92smQD+PUSDXRKYSbQSZxvJaGOg4XWhp10eq6Lw8GYXz8PPf9h5+KYs87tbfv&#10;P1VJiPd38+sLCK9n/w/DRT+oQx6cKntg5cSAECWb5DmwCMtLDUSUPK1DVyGsVkuQeSavf8j/AAAA&#10;//8DAFBLAwQUAAYACAAAACEAeRi8nb8AAAAhAQAAGQAAAGRycy9fcmVscy9lMm9Eb2MueG1sLnJl&#10;bHOEz7FqxDAMBuC90Hcw2hslHcpR4mQ5DrKWFG41jpKYxLKxnNJ7+3rswcENGoTQ90tt/+t39UNJ&#10;XGANTVWDIrZhcrxo+B4vbydQkg1PZg9MGm4k0HevL+0X7SaXJVldFFUUFg1rzvETUexK3kgVInGZ&#10;zCF5k0ubFozGbmYhfK/rD0z/DejuTDVMGtIwNaDGWyzJz+0wz87SOdjDE+cHEWgPycFf/V5QkxbK&#10;GhxvWKqpyqGAXYt3j3V/AAAA//8DAFBLAQItABQABgAIAAAAIQCbMyc3DAEAAC0CAAATAAAAAAAA&#10;AAAAAAAAAAAAAABbQ29udGVudF9UeXBlc10ueG1sUEsBAi0AFAAGAAgAAAAhADj9If/WAAAAlAEA&#10;AAsAAAAAAAAAAAAAAAAAPQEAAF9yZWxzLy5yZWxzUEsBAi0AFAAGAAgAAAAhAABA9PZzAQAACAMA&#10;AA4AAAAAAAAAAAAAAAAAPAIAAGRycy9lMm9Eb2MueG1sUEsBAi0AFAAGAAgAAAAhANTJJs3VAQAA&#10;cAQAABAAAAAAAAAAAAAAAAAA2wMAAGRycy9pbmsvaW5rMS54bWxQSwECLQAUAAYACAAAACEAdQWL&#10;v+AAAAALAQAADwAAAAAAAAAAAAAAAADeBQAAZHJzL2Rvd25yZXYueG1sUEsBAi0AFAAGAAgAAAAh&#10;AHkYvJ2/AAAAIQEAABkAAAAAAAAAAAAAAAAA6wYAAGRycy9fcmVscy9lMm9Eb2MueG1sLnJlbHNQ&#10;SwUGAAAAAAYABgB4AQAA4QcAAAAA&#10;">
                <v:imagedata r:id="rId26" o:title=""/>
              </v:shape>
            </w:pict>
          </mc:Fallback>
        </mc:AlternateContent>
      </w:r>
      <w:r w:rsidRPr="002A2EE6">
        <w:rPr>
          <w:rFonts w:ascii="Arial" w:hAnsi="Arial" w:cs="Arial"/>
          <w:noProof/>
          <w:sz w:val="24"/>
          <w:szCs w:val="24"/>
          <w:lang w:val="en-GB"/>
        </w:rPr>
        <mc:AlternateContent>
          <mc:Choice Requires="wpi">
            <w:drawing>
              <wp:anchor distT="0" distB="0" distL="114300" distR="114300" simplePos="0" relativeHeight="251695616" behindDoc="0" locked="0" layoutInCell="1" allowOverlap="1" wp14:anchorId="5AD7C752" wp14:editId="06CD8FA9">
                <wp:simplePos x="0" y="0"/>
                <wp:positionH relativeFrom="column">
                  <wp:posOffset>-1783656</wp:posOffset>
                </wp:positionH>
                <wp:positionV relativeFrom="paragraph">
                  <wp:posOffset>245116</wp:posOffset>
                </wp:positionV>
                <wp:extent cx="2160" cy="360"/>
                <wp:effectExtent l="57150" t="76200" r="74295" b="76200"/>
                <wp:wrapNone/>
                <wp:docPr id="215350762" name="Ink 4"/>
                <wp:cNvGraphicFramePr/>
                <a:graphic xmlns:a="http://schemas.openxmlformats.org/drawingml/2006/main">
                  <a:graphicData uri="http://schemas.microsoft.com/office/word/2010/wordprocessingInk">
                    <w14:contentPart bwMode="auto" r:id="rId30">
                      <w14:nvContentPartPr>
                        <w14:cNvContentPartPr/>
                      </w14:nvContentPartPr>
                      <w14:xfrm>
                        <a:off x="0" y="0"/>
                        <a:ext cx="2160" cy="360"/>
                      </w14:xfrm>
                    </w14:contentPart>
                  </a:graphicData>
                </a:graphic>
              </wp:anchor>
            </w:drawing>
          </mc:Choice>
          <mc:Fallback>
            <w:pict>
              <v:shape w14:anchorId="252EDBA8" id="Ink 4" o:spid="_x0000_s1026" type="#_x0000_t75" style="position:absolute;margin-left:-141.65pt;margin-top:16.45pt;width:2.6pt;height:5.7pt;z-index:2516956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29r4ZzAQAACAMAAA4AAABkcnMvZTJvRG9jLnhtbJxSyU7DMBC9I/EP&#10;lu80STcgatIDFVIPLAf4AOPYjUXsicZO0/49k7SlLQgh9RJp5sXPb/FsvrEVWyv0BlzGk0HMmXIS&#10;CuNWGX9/e7y548wH4QpRgVMZ3yrP5/n11aytUzWEEqpCISMS59O2zngZQp1GkZelssIPoFaOQA1o&#10;RaARV1GBoiV2W0XDOJ5GLWBRI0jlPW0XO5DnPb/WSoYXrb0KrCJ1k/HwnrOQ8dE0jkkpdrvR7YSz&#10;j8MuymciXaGoSyP3ssQFqqwwjkR8Uy1EEKxB84vKGongQYeBBBuB1kaq3hO5S+If7pbus3OWjGWD&#10;qQQXlAuvAsMhvx645ApbUQTtExTUkGgC8D0jBfR/ITvRC5CNJT27VlBVItCT8KWpPQWdmiLjuCyS&#10;o363fjg6eMWjr+dzgBqJ9pb/OrLRaLuwSQnbZJya3Xbfvku1CUzScphMaS8JoPI76EC6O3yYTlKl&#10;X876O5274ycPOP8CAAD//wMAUEsDBBQABgAIAAAAIQBonHk51QEAAHAEAAAQAAAAZHJzL2luay9p&#10;bmsxLnhtbKRTwW6cMBC9V+o/WO4hlywYdtVsUdicGqlSq66SVGqPDkzAWrCRbcLu33cwYJBKq1a9&#10;IDPj92bem/Ht3bmuyCtoI5RMaRQwSkBmKheySOm3p/vNnhJjucx5pSSk9AKG3h3evrkV8lRXCX4J&#10;MkjTn+oqpaW1TRKGXdcF3TZQughjxrbhJ3n68pkeRlQOL0IKiyXNFMqUtHC2PVki8pRm9sz8feR+&#10;VK3OwKf7iM7mG1bzDO6Vrrn1jCWXEioieY19f6fEXho8CKxTgKakFih4EwfR7ma3//gBA/yc0sV/&#10;iy0a7KSm4Trnj//kDJ1nye97P2rVgLYCZpsGUWPiQrLh3+kbhGowqmp7byl55VWLkiPGcKyjnChc&#10;EfQrH2r7N75RzNjQsvMx44c4mWlFDbhadeOnag322YcfrXYLGLP4/YZtN2z3FLGExUm8D26ifT+Q&#10;qd6wNxPns25N6fme9bwhLuN1Dto6kdvS28SCyLu09GgNWYIoSruAxn8NtaLxOA0Zvq2ignnF1qpp&#10;bizorzOu5uZ0BPlnlCik0nDEhTCtBl8zWrjninkvV56l200yPs4HeEnpO/cyiUMOAecyI+z6anvF&#10;rimjbBqOQ3t6XIDDTwAAAP//AwBQSwMEFAAGAAgAAAAhALSpaIrhAAAACwEAAA8AAABkcnMvZG93&#10;bnJldi54bWxMj0FPg0AQhe8m/ofNmHijS6EqIkNjSLwY00Rs7HVhVyCws2R329J/7/akx8n78t43&#10;xXbREzsp6wZDCOtVDExRa+RAHcL+6y3KgDkvSIrJkEK4KAfb8vamELk0Z/pUp9p3LJSQywVC7/2c&#10;c+7aXmnhVmZWFLIfY7Xw4bQdl1acQ7meeBLHj1yLgcJCL2ZV9aod66NGmB92l3H88LaqDrSXB/P+&#10;3dQC8f5ueX0B5tXi/2C46gd1KINTY44kHZsQoiRL08AipMkzsEBEyVO2BtYgbDYp8LLg/38ofwEA&#10;AP//AwBQSwMEFAAGAAgAAAAhAHkYvJ2/AAAAIQEAABkAAABkcnMvX3JlbHMvZTJvRG9jLnhtbC5y&#10;ZWxzhM+xasQwDAbgvdB3MNobJR3KUeJkOQ6ylhRuNY6SmMSysZzSe/t67MHBDRqE0PdLbf/rd/VD&#10;SVxgDU1VgyK2YXK8aPgeL28nUJINT2YPTBpuJNB3ry/tF+0mlyVZXRRVFBYNa87xE1HsSt5IFSJx&#10;mcwheZNLmxaMxm5mIXyv6w9M/w3o7kw1TBrSMDWgxlssyc/tMM/O0jnYwxPnBxFoD8nBX/1eUJMW&#10;yhocb1iqqcqhgF2Ld491fwAAAP//AwBQSwECLQAUAAYACAAAACEAmzMnNwwBAAAtAgAAEwAAAAAA&#10;AAAAAAAAAAAAAAAAW0NvbnRlbnRfVHlwZXNdLnhtbFBLAQItABQABgAIAAAAIQA4/SH/1gAAAJQB&#10;AAALAAAAAAAAAAAAAAAAAD0BAABfcmVscy8ucmVsc1BLAQItABQABgAIAAAAIQANva+GcwEAAAgD&#10;AAAOAAAAAAAAAAAAAAAAADwCAABkcnMvZTJvRG9jLnhtbFBLAQItABQABgAIAAAAIQBonHk51QEA&#10;AHAEAAAQAAAAAAAAAAAAAAAAANsDAABkcnMvaW5rL2luazEueG1sUEsBAi0AFAAGAAgAAAAhALSp&#10;aIrhAAAACwEAAA8AAAAAAAAAAAAAAAAA3gUAAGRycy9kb3ducmV2LnhtbFBLAQItABQABgAIAAAA&#10;IQB5GLydvwAAACEBAAAZAAAAAAAAAAAAAAAAAOwGAABkcnMvX3JlbHMvZTJvRG9jLnhtbC5yZWxz&#10;UEsFBgAAAAAGAAYAeAEAAOIHAAAAAA==&#10;">
                <v:imagedata r:id="rId26" o:title=""/>
              </v:shape>
            </w:pict>
          </mc:Fallback>
        </mc:AlternateContent>
      </w:r>
      <w:r w:rsidRPr="002A2EE6">
        <w:rPr>
          <w:rFonts w:ascii="Arial" w:hAnsi="Arial" w:cs="Arial"/>
          <w:noProof/>
          <w:sz w:val="24"/>
          <w:szCs w:val="24"/>
          <w:lang w:val="en-GB"/>
        </w:rPr>
        <mc:AlternateContent>
          <mc:Choice Requires="wpi">
            <w:drawing>
              <wp:anchor distT="0" distB="0" distL="114300" distR="114300" simplePos="0" relativeHeight="251694592" behindDoc="0" locked="0" layoutInCell="1" allowOverlap="1" wp14:anchorId="7158723B" wp14:editId="39194C73">
                <wp:simplePos x="0" y="0"/>
                <wp:positionH relativeFrom="column">
                  <wp:posOffset>-1793376</wp:posOffset>
                </wp:positionH>
                <wp:positionV relativeFrom="paragraph">
                  <wp:posOffset>245116</wp:posOffset>
                </wp:positionV>
                <wp:extent cx="5040" cy="360"/>
                <wp:effectExtent l="57150" t="76200" r="71755" b="76200"/>
                <wp:wrapNone/>
                <wp:docPr id="84290996" name="Ink 3"/>
                <wp:cNvGraphicFramePr/>
                <a:graphic xmlns:a="http://schemas.openxmlformats.org/drawingml/2006/main">
                  <a:graphicData uri="http://schemas.microsoft.com/office/word/2010/wordprocessingInk">
                    <w14:contentPart bwMode="auto" r:id="rId31">
                      <w14:nvContentPartPr>
                        <w14:cNvContentPartPr/>
                      </w14:nvContentPartPr>
                      <w14:xfrm>
                        <a:off x="0" y="0"/>
                        <a:ext cx="5040" cy="360"/>
                      </w14:xfrm>
                    </w14:contentPart>
                  </a:graphicData>
                </a:graphic>
              </wp:anchor>
            </w:drawing>
          </mc:Choice>
          <mc:Fallback>
            <w:pict>
              <v:shape w14:anchorId="0B9D3B9C" id="Ink 3" o:spid="_x0000_s1026" type="#_x0000_t75" style="position:absolute;margin-left:-142.5pt;margin-top:16.45pt;width:3.05pt;height:5.7pt;z-index:2516945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vnFVlzAQAACAMAAA4AAABkcnMvZTJvRG9jLnhtbJxSyW7CMBC9V+o/&#10;WL4XJxQojUg4FFXi0OXQfoDr2MRq7InGhsDfd8JSoFVViUuUmRe/vMWT6drVbKUxWPA5T3sJZ9or&#10;KK1f5Pz97fFmzFmI0peyBq9zvtGBT4vrq0nbZLoPFdSlRkYkPmRtk/MqxiYTIqhKOxl60GhPoAF0&#10;MtKIC1GibInd1aKfJCPRApYNgtIh0Ha2A3mx5TdGq/hiTNCR1aRuNE5IX8z57Sjp3pB2d8nwnrOP&#10;w04UE5ktUDaVVXtZ8gJVTlpPIr6pZjJKtkT7i8pZhRDAxJ4CJ8AYq/TWE7lLkx/u5v6zc5YO1BIz&#10;BT5qH18lxkN+W+CSX7iaImifoKSG5DIC3zNSQP8XshM9A7V0pGfXCupaRroSobJNoKAzW+Yc52V6&#10;1O9XD0cHr3j09XwOUCNib/mvI2uDrgublLB1zqnZTffcdqnXkSlaDpMB7RUBVH4HHUh3hw/TSar0&#10;yVl/p3N3/OQCF18AAAD//wMAUEsDBBQABgAIAAAAIQBlHsFp1wEAAHQEAAAQAAAAZHJzL2luay9p&#10;bmsxLnhtbKRTwY6bMBC9V+o/WO5hLwkYErUpWrKnrlSpVaPuVmqPXpgFK2Aj2yzJ33cwYJBKq1a9&#10;IDPjeTPvzfPt3aWuyAtoI5RMaRQwSkBmKheySOm3x/vtgRJjucx5pSSk9AqG3h1fv7oV8lxXCX4J&#10;IkjTn+oqpaW1TRKGXdcF3S5QughjxnbhR3n+/Ikex6ocnoUUFluaKZQpaeFie7BE5CnN7IX5+4j9&#10;oFqdgU/3EZ3NN6zmGdwrXXPrEUsuJVRE8hrn/k6JvTZ4ENinAE1JLZDwNg6i/bv94cN7DPBLShf/&#10;LY5ocJKahuuYP/4TM3SaJb+f/aRVA9oKmGUaSI2JK8mGf8dvIKrBqKrttaXkhVctUo4Yw7WOdKJw&#10;hdCveMjt3/BGMuNAy8nHjF/iJKYVNaC16sZv1Rqcsw8/WO0MGLP47Zbttmz/GLGExUl8CPaHqF/I&#10;1G/wzYT5pFtTerwnPTvEZTzPgVsnclt6mVgQeZWWGq1VliCK0i5K478utaLxdRoyfFtFBbPF1rpp&#10;bizoL3Ndzc35BPLPVaKQSsMJDWFaDb7nUj3XzGu58iydN8n4OL/Cc0rfuJdJXOUQcCozwjY3uxu2&#10;oTFlm4iwaUEOwbdAExx/AgAA//8DAFBLAwQUAAYACAAAACEAgF7lrOEAAAALAQAADwAAAGRycy9k&#10;b3ducmV2LnhtbEyPQU+DQBCF7yb+h82YeKOLtFVElsaQeDHGRGzsdWBHILCzhN229N+7nvT2Ju/l&#10;zffy3WJGcaLZ9ZYV3K1iEMSN1T23CvafL1EKwnlkjaNlUnAhB7vi+irHTNszf9Cp8q0IJewyVNB5&#10;P2VSuqYjg25lJ+LgfdvZoA/n3Eo94zmUm1EmcXwvDfYcPnQ4UdlRM1RHo2Davl+G4c3PZXngvT7Y&#10;16+6QqVub5bnJxCeFv8Xhl/8gA5FYKrtkbUTo4IoSbdhjFewTh5BhESUPKRB1Qo2mzXIIpf/NxQ/&#10;AAAA//8DAFBLAwQUAAYACAAAACEAeRi8nb8AAAAhAQAAGQAAAGRycy9fcmVscy9lMm9Eb2MueG1s&#10;LnJlbHOEz7FqxDAMBuC90Hcw2hslHcpR4mQ5DrKWFG41jpKYxLKxnNJ7+3rswcENGoTQ90tt/+t3&#10;9UNJXGANTVWDIrZhcrxo+B4vbydQkg1PZg9MGm4k0HevL+0X7SaXJVldFFUUFg1rzvETUexK3kgV&#10;InGZzCF5k0ubFozGbmYhfK/rD0z/DejuTDVMGtIwNaDGWyzJz+0wz87SOdjDE+cHEWgPycFf/V5Q&#10;kxbKGhxvWKqpyqGAXYt3j3V/AAAA//8DAFBLAQItABQABgAIAAAAIQCbMyc3DAEAAC0CAAATAAAA&#10;AAAAAAAAAAAAAAAAAABbQ29udGVudF9UeXBlc10ueG1sUEsBAi0AFAAGAAgAAAAhADj9If/WAAAA&#10;lAEAAAsAAAAAAAAAAAAAAAAAPQEAAF9yZWxzLy5yZWxzUEsBAi0AFAAGAAgAAAAhACvnFVlzAQAA&#10;CAMAAA4AAAAAAAAAAAAAAAAAPAIAAGRycy9lMm9Eb2MueG1sUEsBAi0AFAAGAAgAAAAhAGUewWnX&#10;AQAAdAQAABAAAAAAAAAAAAAAAAAA2wMAAGRycy9pbmsvaW5rMS54bWxQSwECLQAUAAYACAAAACEA&#10;gF7lrOEAAAALAQAADwAAAAAAAAAAAAAAAADgBQAAZHJzL2Rvd25yZXYueG1sUEsBAi0AFAAGAAgA&#10;AAAhAHkYvJ2/AAAAIQEAABkAAAAAAAAAAAAAAAAA7gYAAGRycy9fcmVscy9lMm9Eb2MueG1sLnJl&#10;bHNQSwUGAAAAAAYABgB4AQAA5AcAAAAA&#10;">
                <v:imagedata r:id="rId26" o:title=""/>
              </v:shape>
            </w:pict>
          </mc:Fallback>
        </mc:AlternateContent>
      </w:r>
      <w:r w:rsidRPr="002A2EE6">
        <w:rPr>
          <w:rFonts w:ascii="Arial" w:hAnsi="Arial" w:cs="Arial"/>
          <w:sz w:val="24"/>
          <w:szCs w:val="24"/>
          <w:lang w:val="en-GB"/>
        </w:rPr>
        <w:t>Y</w:t>
      </w:r>
      <w:r w:rsidR="002F0995" w:rsidRPr="002A2EE6">
        <w:rPr>
          <w:rFonts w:ascii="Arial" w:hAnsi="Arial" w:cs="Arial"/>
          <w:sz w:val="24"/>
          <w:szCs w:val="24"/>
          <w:lang w:val="en-GB"/>
        </w:rPr>
        <w:t xml:space="preserve">ou will be taken to the final page showing “Account created” along with your username. Select </w:t>
      </w:r>
      <w:r w:rsidR="002F0995" w:rsidRPr="00D82BB0">
        <w:rPr>
          <w:rFonts w:ascii="Arial" w:hAnsi="Arial" w:cs="Arial"/>
          <w:b/>
          <w:bCs/>
          <w:sz w:val="24"/>
          <w:szCs w:val="24"/>
          <w:lang w:val="en-GB"/>
        </w:rPr>
        <w:t>Continue</w:t>
      </w:r>
      <w:r w:rsidR="002F0995" w:rsidRPr="002A2EE6">
        <w:rPr>
          <w:rFonts w:ascii="Arial" w:hAnsi="Arial" w:cs="Arial"/>
          <w:b/>
          <w:bCs/>
          <w:i/>
          <w:iCs/>
          <w:sz w:val="24"/>
          <w:szCs w:val="24"/>
          <w:lang w:val="en-GB"/>
        </w:rPr>
        <w:t>.</w:t>
      </w:r>
      <w:r w:rsidR="003C7A9F" w:rsidRPr="002A2EE6">
        <w:rPr>
          <w:rFonts w:ascii="Arial" w:hAnsi="Arial" w:cs="Arial"/>
          <w:b/>
          <w:bCs/>
          <w:noProof/>
          <w:sz w:val="24"/>
          <w:szCs w:val="24"/>
        </w:rPr>
        <w:t xml:space="preserve"> </w:t>
      </w:r>
    </w:p>
    <w:p w14:paraId="080ED12E" w14:textId="77777777" w:rsidR="00963994" w:rsidRPr="00684C6D" w:rsidRDefault="00963994" w:rsidP="00963994">
      <w:pPr>
        <w:pStyle w:val="ListParagraph"/>
        <w:rPr>
          <w:rFonts w:ascii="Arial" w:hAnsi="Arial" w:cs="Arial"/>
          <w:lang w:val="en-GB"/>
        </w:rPr>
      </w:pPr>
    </w:p>
    <w:p w14:paraId="6FE34D9A" w14:textId="44BFAC64" w:rsidR="00F332FA" w:rsidRPr="00684C6D" w:rsidRDefault="00F332FA" w:rsidP="00F332FA">
      <w:pPr>
        <w:rPr>
          <w:rFonts w:ascii="Arial" w:hAnsi="Arial" w:cs="Arial"/>
          <w:lang w:val="en-GB"/>
        </w:rPr>
      </w:pPr>
    </w:p>
    <w:p w14:paraId="0CC85314" w14:textId="25AB5C6B" w:rsidR="00963994" w:rsidRPr="0088302B" w:rsidRDefault="00D82BB0" w:rsidP="00963994">
      <w:pPr>
        <w:jc w:val="center"/>
        <w:rPr>
          <w:rFonts w:ascii="Arial" w:hAnsi="Arial" w:cs="Arial"/>
          <w:b/>
          <w:bCs/>
          <w:color w:val="A20000"/>
          <w:lang w:val="en-GB"/>
        </w:rPr>
      </w:pPr>
      <w:r w:rsidRPr="0088302B">
        <w:rPr>
          <w:rFonts w:ascii="Arial" w:hAnsi="Arial" w:cs="Arial"/>
          <w:b/>
          <w:bCs/>
          <w:color w:val="A20000"/>
          <w:sz w:val="24"/>
          <w:szCs w:val="24"/>
          <w:lang w:val="en-GB"/>
        </w:rPr>
        <w:t>Please take note of your Username and Password as you will need these to access the system in future.</w:t>
      </w:r>
    </w:p>
    <w:p w14:paraId="25D5261B" w14:textId="610C5BE1" w:rsidR="00206DF4" w:rsidRPr="00684C6D" w:rsidRDefault="00206DF4" w:rsidP="00F332FA">
      <w:pPr>
        <w:rPr>
          <w:rFonts w:ascii="Arial" w:hAnsi="Arial" w:cs="Arial"/>
          <w:lang w:val="en-GB"/>
        </w:rPr>
      </w:pPr>
      <w:r w:rsidRPr="00684C6D">
        <w:rPr>
          <w:rFonts w:ascii="Arial" w:hAnsi="Arial" w:cs="Arial"/>
          <w:noProof/>
          <w:lang w:val="en-GB"/>
        </w:rPr>
        <w:drawing>
          <wp:anchor distT="0" distB="0" distL="114300" distR="114300" simplePos="0" relativeHeight="251692544" behindDoc="0" locked="0" layoutInCell="1" allowOverlap="1" wp14:anchorId="39624C05" wp14:editId="5291AC32">
            <wp:simplePos x="0" y="0"/>
            <wp:positionH relativeFrom="margin">
              <wp:posOffset>3327400</wp:posOffset>
            </wp:positionH>
            <wp:positionV relativeFrom="paragraph">
              <wp:posOffset>151130</wp:posOffset>
            </wp:positionV>
            <wp:extent cx="2070100" cy="1270000"/>
            <wp:effectExtent l="0" t="0" r="6350" b="6350"/>
            <wp:wrapSquare wrapText="bothSides"/>
            <wp:docPr id="1034899366" name="Picture 1" descr="Sign‑in page with fields for email address and password, and buttons for ‘Sign in’ and ‘Create accou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899366" name="Picture 1" descr="Sign‑in page with fields for email address and password, and buttons for ‘Sign in’ and ‘Create account’"/>
                    <pic:cNvPicPr/>
                  </pic:nvPicPr>
                  <pic:blipFill rotWithShape="1">
                    <a:blip r:embed="rId32"/>
                    <a:srcRect t="24982"/>
                    <a:stretch>
                      <a:fillRect/>
                    </a:stretch>
                  </pic:blipFill>
                  <pic:spPr bwMode="auto">
                    <a:xfrm>
                      <a:off x="0" y="0"/>
                      <a:ext cx="2070100" cy="1270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7C2311E" w14:textId="77777777" w:rsidR="00BD11B2" w:rsidRPr="002A2EE6" w:rsidRDefault="00F00AB5">
      <w:pPr>
        <w:pStyle w:val="ListParagraph"/>
        <w:numPr>
          <w:ilvl w:val="0"/>
          <w:numId w:val="7"/>
        </w:numPr>
        <w:rPr>
          <w:rFonts w:ascii="Arial" w:hAnsi="Arial" w:cs="Arial"/>
          <w:sz w:val="24"/>
          <w:szCs w:val="24"/>
          <w:lang w:val="en-GB"/>
        </w:rPr>
      </w:pPr>
      <w:r w:rsidRPr="002A2EE6">
        <w:rPr>
          <w:rFonts w:ascii="Arial" w:hAnsi="Arial" w:cs="Arial"/>
          <w:sz w:val="24"/>
          <w:szCs w:val="24"/>
          <w:lang w:val="en-GB"/>
        </w:rPr>
        <w:t>Now</w:t>
      </w:r>
      <w:r w:rsidRPr="002A2EE6">
        <w:rPr>
          <w:rFonts w:ascii="Arial" w:hAnsi="Arial" w:cs="Arial"/>
          <w:b/>
          <w:bCs/>
          <w:i/>
          <w:iCs/>
          <w:sz w:val="24"/>
          <w:szCs w:val="24"/>
          <w:lang w:val="en-GB"/>
        </w:rPr>
        <w:t xml:space="preserve"> </w:t>
      </w:r>
      <w:r w:rsidR="00F332FA" w:rsidRPr="002A2EE6">
        <w:rPr>
          <w:rFonts w:ascii="Arial" w:hAnsi="Arial" w:cs="Arial"/>
          <w:b/>
          <w:bCs/>
          <w:sz w:val="24"/>
          <w:szCs w:val="24"/>
          <w:lang w:val="en-GB"/>
        </w:rPr>
        <w:t>Enter your</w:t>
      </w:r>
      <w:r w:rsidRPr="002A2EE6">
        <w:rPr>
          <w:rFonts w:ascii="Arial" w:hAnsi="Arial" w:cs="Arial"/>
          <w:b/>
          <w:bCs/>
          <w:sz w:val="24"/>
          <w:szCs w:val="24"/>
          <w:lang w:val="en-GB"/>
        </w:rPr>
        <w:t xml:space="preserve"> new</w:t>
      </w:r>
      <w:r w:rsidR="00F332FA" w:rsidRPr="002A2EE6">
        <w:rPr>
          <w:rFonts w:ascii="Arial" w:hAnsi="Arial" w:cs="Arial"/>
          <w:b/>
          <w:bCs/>
          <w:sz w:val="24"/>
          <w:szCs w:val="24"/>
          <w:lang w:val="en-GB"/>
        </w:rPr>
        <w:t xml:space="preserve"> account details</w:t>
      </w:r>
      <w:r w:rsidR="00F332FA" w:rsidRPr="002A2EE6">
        <w:rPr>
          <w:rFonts w:ascii="Arial" w:hAnsi="Arial" w:cs="Arial"/>
          <w:sz w:val="24"/>
          <w:szCs w:val="24"/>
          <w:lang w:val="en-GB"/>
        </w:rPr>
        <w:t xml:space="preserve"> </w:t>
      </w:r>
      <w:r w:rsidR="00BD11B2" w:rsidRPr="002A2EE6">
        <w:rPr>
          <w:rFonts w:ascii="Arial" w:hAnsi="Arial" w:cs="Arial"/>
          <w:sz w:val="24"/>
          <w:szCs w:val="24"/>
          <w:lang w:val="en-GB"/>
        </w:rPr>
        <w:t>b</w:t>
      </w:r>
      <w:r w:rsidR="00F332FA" w:rsidRPr="002A2EE6">
        <w:rPr>
          <w:rFonts w:ascii="Arial" w:hAnsi="Arial" w:cs="Arial"/>
          <w:sz w:val="24"/>
          <w:szCs w:val="24"/>
          <w:lang w:val="en-GB"/>
        </w:rPr>
        <w:t>y typing your email addres</w:t>
      </w:r>
      <w:r w:rsidR="00062896" w:rsidRPr="002A2EE6">
        <w:rPr>
          <w:rFonts w:ascii="Arial" w:hAnsi="Arial" w:cs="Arial"/>
          <w:sz w:val="24"/>
          <w:szCs w:val="24"/>
          <w:lang w:val="en-GB"/>
        </w:rPr>
        <w:t>s</w:t>
      </w:r>
      <w:r w:rsidR="00F332FA" w:rsidRPr="002A2EE6">
        <w:rPr>
          <w:rFonts w:ascii="Arial" w:hAnsi="Arial" w:cs="Arial"/>
          <w:sz w:val="24"/>
          <w:szCs w:val="24"/>
          <w:lang w:val="en-GB"/>
        </w:rPr>
        <w:t xml:space="preserve"> and password</w:t>
      </w:r>
      <w:r w:rsidR="00BD11B2" w:rsidRPr="002A2EE6">
        <w:rPr>
          <w:rFonts w:ascii="Arial" w:hAnsi="Arial" w:cs="Arial"/>
          <w:sz w:val="24"/>
          <w:szCs w:val="24"/>
          <w:lang w:val="en-GB"/>
        </w:rPr>
        <w:t>.</w:t>
      </w:r>
    </w:p>
    <w:p w14:paraId="7ACC3724" w14:textId="77777777" w:rsidR="00BD11B2" w:rsidRPr="002A2EE6" w:rsidRDefault="00BD11B2" w:rsidP="00BD11B2">
      <w:pPr>
        <w:pStyle w:val="ListParagraph"/>
        <w:rPr>
          <w:rFonts w:ascii="Arial" w:hAnsi="Arial" w:cs="Arial"/>
          <w:sz w:val="24"/>
          <w:szCs w:val="24"/>
          <w:lang w:val="en-GB"/>
        </w:rPr>
      </w:pPr>
    </w:p>
    <w:p w14:paraId="70AD0E97" w14:textId="63EA3993" w:rsidR="00F332FA" w:rsidRPr="002A2EE6" w:rsidRDefault="00BD11B2" w:rsidP="00BD11B2">
      <w:pPr>
        <w:pStyle w:val="ListParagraph"/>
        <w:rPr>
          <w:rFonts w:ascii="Arial" w:hAnsi="Arial" w:cs="Arial"/>
          <w:sz w:val="24"/>
          <w:szCs w:val="24"/>
          <w:lang w:val="en-GB"/>
        </w:rPr>
      </w:pPr>
      <w:r w:rsidRPr="002A2EE6">
        <w:rPr>
          <w:rFonts w:ascii="Arial" w:hAnsi="Arial" w:cs="Arial"/>
          <w:sz w:val="24"/>
          <w:szCs w:val="24"/>
          <w:lang w:val="en-GB"/>
        </w:rPr>
        <w:t>S</w:t>
      </w:r>
      <w:r w:rsidR="00062896" w:rsidRPr="002A2EE6">
        <w:rPr>
          <w:rFonts w:ascii="Arial" w:hAnsi="Arial" w:cs="Arial"/>
          <w:sz w:val="24"/>
          <w:szCs w:val="24"/>
          <w:lang w:val="en-GB"/>
        </w:rPr>
        <w:t xml:space="preserve">elect </w:t>
      </w:r>
      <w:r w:rsidR="00062896" w:rsidRPr="00D82BB0">
        <w:rPr>
          <w:rFonts w:ascii="Arial" w:hAnsi="Arial" w:cs="Arial"/>
          <w:b/>
          <w:bCs/>
          <w:sz w:val="24"/>
          <w:szCs w:val="24"/>
          <w:lang w:val="en-GB"/>
        </w:rPr>
        <w:t>Sign in</w:t>
      </w:r>
      <w:r w:rsidR="00062896" w:rsidRPr="002A2EE6">
        <w:rPr>
          <w:rFonts w:ascii="Arial" w:hAnsi="Arial" w:cs="Arial"/>
          <w:i/>
          <w:iCs/>
          <w:sz w:val="24"/>
          <w:szCs w:val="24"/>
          <w:lang w:val="en-GB"/>
        </w:rPr>
        <w:t>.</w:t>
      </w:r>
    </w:p>
    <w:p w14:paraId="6DCDDE55" w14:textId="1824DBA2" w:rsidR="003C7A9F" w:rsidRPr="00684C6D" w:rsidRDefault="003C7A9F" w:rsidP="003C7A9F">
      <w:pPr>
        <w:rPr>
          <w:rFonts w:ascii="Arial" w:hAnsi="Arial" w:cs="Arial"/>
          <w:lang w:val="en-GB"/>
        </w:rPr>
      </w:pPr>
    </w:p>
    <w:p w14:paraId="4AA9E0DB" w14:textId="3039D52C" w:rsidR="00206DF4" w:rsidRPr="00684C6D" w:rsidRDefault="00206DF4" w:rsidP="003C7A9F">
      <w:pPr>
        <w:rPr>
          <w:rFonts w:ascii="Arial" w:hAnsi="Arial" w:cs="Arial"/>
          <w:lang w:val="en-GB"/>
        </w:rPr>
      </w:pPr>
      <w:r w:rsidRPr="00684C6D">
        <w:rPr>
          <w:rFonts w:ascii="Arial" w:hAnsi="Arial" w:cs="Arial"/>
          <w:i/>
          <w:iCs/>
          <w:noProof/>
          <w:lang w:val="en-GB"/>
        </w:rPr>
        <w:drawing>
          <wp:anchor distT="0" distB="0" distL="114300" distR="114300" simplePos="0" relativeHeight="251701760" behindDoc="0" locked="0" layoutInCell="1" allowOverlap="1" wp14:anchorId="15E0EB23" wp14:editId="6C978501">
            <wp:simplePos x="0" y="0"/>
            <wp:positionH relativeFrom="margin">
              <wp:posOffset>3839210</wp:posOffset>
            </wp:positionH>
            <wp:positionV relativeFrom="paragraph">
              <wp:posOffset>140970</wp:posOffset>
            </wp:positionV>
            <wp:extent cx="2433320" cy="1065530"/>
            <wp:effectExtent l="0" t="0" r="5080" b="1270"/>
            <wp:wrapSquare wrapText="bothSides"/>
            <wp:docPr id="929124107" name="Picture 1" descr="Multi-factor authentication page with a dropdown menu for selecting how to receive a security code, and Submit and Cancel butt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124107" name="Picture 1" descr="Multi-factor authentication page with a dropdown menu for selecting how to receive a security code, and Submit and Cancel buttons"/>
                    <pic:cNvPicPr/>
                  </pic:nvPicPr>
                  <pic:blipFill rotWithShape="1">
                    <a:blip r:embed="rId33"/>
                    <a:srcRect t="29610"/>
                    <a:stretch>
                      <a:fillRect/>
                    </a:stretch>
                  </pic:blipFill>
                  <pic:spPr bwMode="auto">
                    <a:xfrm>
                      <a:off x="0" y="0"/>
                      <a:ext cx="2433320" cy="10655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46F1E5F" w14:textId="793EBCCE" w:rsidR="00381BA2" w:rsidRPr="00684C6D" w:rsidRDefault="00381BA2" w:rsidP="003C7A9F">
      <w:pPr>
        <w:rPr>
          <w:rFonts w:ascii="Arial" w:hAnsi="Arial" w:cs="Arial"/>
          <w:lang w:val="en-GB"/>
        </w:rPr>
      </w:pPr>
    </w:p>
    <w:p w14:paraId="42ACFDD5" w14:textId="77777777" w:rsidR="00206DF4" w:rsidRPr="002A2EE6" w:rsidRDefault="00206DF4" w:rsidP="003C7A9F">
      <w:pPr>
        <w:rPr>
          <w:rFonts w:ascii="Arial" w:hAnsi="Arial" w:cs="Arial"/>
          <w:sz w:val="24"/>
          <w:szCs w:val="24"/>
          <w:lang w:val="en-GB"/>
        </w:rPr>
      </w:pPr>
    </w:p>
    <w:p w14:paraId="758491FF" w14:textId="77777777" w:rsidR="00D82BB0" w:rsidRPr="00D82BB0" w:rsidRDefault="00206DF4">
      <w:pPr>
        <w:pStyle w:val="ListParagraph"/>
        <w:numPr>
          <w:ilvl w:val="0"/>
          <w:numId w:val="7"/>
        </w:numPr>
        <w:rPr>
          <w:rFonts w:ascii="Arial" w:hAnsi="Arial" w:cs="Arial"/>
          <w:sz w:val="24"/>
          <w:szCs w:val="24"/>
          <w:lang w:val="en-GB"/>
        </w:rPr>
      </w:pPr>
      <w:r w:rsidRPr="002A2EE6">
        <w:rPr>
          <w:rFonts w:ascii="Arial" w:hAnsi="Arial" w:cs="Arial"/>
          <w:noProof/>
          <w:sz w:val="24"/>
          <w:szCs w:val="24"/>
          <w:lang w:val="en-GB"/>
        </w:rPr>
        <mc:AlternateContent>
          <mc:Choice Requires="wps">
            <w:drawing>
              <wp:anchor distT="0" distB="0" distL="114300" distR="114300" simplePos="0" relativeHeight="251702784" behindDoc="0" locked="0" layoutInCell="1" allowOverlap="1" wp14:anchorId="12AD8025" wp14:editId="473CCEDF">
                <wp:simplePos x="0" y="0"/>
                <wp:positionH relativeFrom="column">
                  <wp:posOffset>3742266</wp:posOffset>
                </wp:positionH>
                <wp:positionV relativeFrom="paragraph">
                  <wp:posOffset>189865</wp:posOffset>
                </wp:positionV>
                <wp:extent cx="207433" cy="67733"/>
                <wp:effectExtent l="38100" t="38100" r="59690" b="104140"/>
                <wp:wrapNone/>
                <wp:docPr id="1633665690" name="Straight Arrow Connector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207433" cy="67733"/>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27A79C2" id="Straight Arrow Connector 9" o:spid="_x0000_s1026" type="#_x0000_t32" alt="&quot;&quot;" style="position:absolute;margin-left:294.65pt;margin-top:14.95pt;width:16.35pt;height:5.35pt;flip:x;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PGDxQEAANgDAAAOAAAAZHJzL2Uyb0RvYy54bWysU9uO0zAQfUfiHyy/06RdtEVR033ocnlA&#10;sOLyAV5nnFjyTfbQJH/P2GmzCBBIiJeRY885M+fM5HA3WcPOEJP2ruXbTc0ZOOk77fqWf/3y5sUr&#10;zhIK1wnjHbR8hsTvjs+fHcbQwM4P3nQQGZG41Iyh5QNiaKoqyQGsSBsfwNGj8tEKpM/YV10UI7Fb&#10;U+3q+rYafexC9BJSotv75ZEfC79SIPGjUgmQmZZTb1hiLPExx+p4EE0fRRi0vLQh/qELK7SjoivV&#10;vUDBvkX9C5XVMvrkFW6kt5VXSksoGkjNtv5JzedBBChayJwUVpvS/6OVH84n9xDJhjGkJoWHmFVM&#10;KlqmjA7vaKZFF3XKpmLbvNoGEzJJl7t6//LmhjNJT7f7PR2JrlpYMluICd+CtywfWp4wCt0PePLO&#10;0Xx8XCqI8/uEC/AKyGDjckShzWvXMZwDLRFGLVxv4FInp1RP7ZcTzgYW+CdQTHe5zSKkbBacTGRn&#10;QTshpASH25WJsjNMaWNWYP134CU/Q6Fs3QpexP2x6ooolb3DFWy18/F31XG6tqyW/KsDi+5swaPv&#10;5jLYYg2tT5nJZdXzfv74XeBPP+TxOwAAAP//AwBQSwMEFAAGAAgAAAAhALKICRzfAAAACQEAAA8A&#10;AABkcnMvZG93bnJldi54bWxMj8FOwzAQRO9I/IO1SNyoUwOhCdlUCIQQlwItF25uvMQR8TqKnTb8&#10;PeYEx9U+zbyp1rPrxYHG0HlGWC4yEMSNNx23CO+7x4sViBA1G917JoRvCrCuT08qXRp/5Dc6bGMr&#10;UgiHUiPYGIdSytBYcjos/ECcfp9+dDqmc2ylGfUxhbteqizLpdMdpwarB7q31HxtJ4fw+uCzjXoZ&#10;rF02apqCen7a3Xwgnp/Nd7cgIs3xD4Zf/aQOdXLa+4lNED3C9aq4TCiCKgoQCciVSuP2CFdZDrKu&#10;5P8F9Q8AAAD//wMAUEsBAi0AFAAGAAgAAAAhALaDOJL+AAAA4QEAABMAAAAAAAAAAAAAAAAAAAAA&#10;AFtDb250ZW50X1R5cGVzXS54bWxQSwECLQAUAAYACAAAACEAOP0h/9YAAACUAQAACwAAAAAAAAAA&#10;AAAAAAAvAQAAX3JlbHMvLnJlbHNQSwECLQAUAAYACAAAACEAVYjxg8UBAADYAwAADgAAAAAAAAAA&#10;AAAAAAAuAgAAZHJzL2Uyb0RvYy54bWxQSwECLQAUAAYACAAAACEAsogJHN8AAAAJAQAADwAAAAAA&#10;AAAAAAAAAAAfBAAAZHJzL2Rvd25yZXYueG1sUEsFBgAAAAAEAAQA8wAAACsFAAAAAA==&#10;" strokecolor="#4f81bd [3204]" strokeweight="2pt">
                <v:stroke endarrow="block"/>
                <v:shadow on="t" color="black" opacity="24903f" origin=",.5" offset="0,.55556mm"/>
              </v:shape>
            </w:pict>
          </mc:Fallback>
        </mc:AlternateContent>
      </w:r>
      <w:r w:rsidRPr="002A2EE6">
        <w:rPr>
          <w:rFonts w:ascii="Arial" w:hAnsi="Arial" w:cs="Arial"/>
          <w:noProof/>
          <w:sz w:val="24"/>
          <w:szCs w:val="24"/>
          <w:lang w:val="en-GB"/>
        </w:rPr>
        <w:drawing>
          <wp:anchor distT="0" distB="0" distL="114300" distR="114300" simplePos="0" relativeHeight="251700736" behindDoc="0" locked="0" layoutInCell="1" allowOverlap="1" wp14:anchorId="1C63076F" wp14:editId="13A54B0C">
            <wp:simplePos x="0" y="0"/>
            <wp:positionH relativeFrom="margin">
              <wp:posOffset>3046519</wp:posOffset>
            </wp:positionH>
            <wp:positionV relativeFrom="paragraph">
              <wp:posOffset>85725</wp:posOffset>
            </wp:positionV>
            <wp:extent cx="762635" cy="781685"/>
            <wp:effectExtent l="0" t="0" r="0" b="0"/>
            <wp:wrapSquare wrapText="bothSides"/>
            <wp:docPr id="17417282" name="Picture 1" descr="Dropdown menu showing the options Email, SMS, and Authenticator a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7282" name="Picture 1" descr="Dropdown menu showing the options Email, SMS, and Authenticator app."/>
                    <pic:cNvPicPr/>
                  </pic:nvPicPr>
                  <pic:blipFill rotWithShape="1">
                    <a:blip r:embed="rId34"/>
                    <a:srcRect t="32780" r="64141"/>
                    <a:stretch>
                      <a:fillRect/>
                    </a:stretch>
                  </pic:blipFill>
                  <pic:spPr bwMode="auto">
                    <a:xfrm>
                      <a:off x="0" y="0"/>
                      <a:ext cx="762635" cy="7816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62896" w:rsidRPr="002A2EE6">
        <w:rPr>
          <w:rFonts w:ascii="Arial" w:hAnsi="Arial" w:cs="Arial"/>
          <w:sz w:val="24"/>
          <w:szCs w:val="24"/>
          <w:lang w:val="en-GB"/>
        </w:rPr>
        <w:t xml:space="preserve">Choose how you want to receive your </w:t>
      </w:r>
      <w:r w:rsidR="00381BA2" w:rsidRPr="002A2EE6">
        <w:rPr>
          <w:rFonts w:ascii="Arial" w:hAnsi="Arial" w:cs="Arial"/>
          <w:sz w:val="24"/>
          <w:szCs w:val="24"/>
          <w:lang w:val="en-GB"/>
        </w:rPr>
        <w:t xml:space="preserve">multi-factor authentication code. </w:t>
      </w:r>
      <w:r w:rsidR="00381BA2" w:rsidRPr="00D82BB0">
        <w:rPr>
          <w:rFonts w:ascii="Arial" w:hAnsi="Arial" w:cs="Arial"/>
          <w:b/>
          <w:bCs/>
          <w:sz w:val="24"/>
          <w:szCs w:val="24"/>
          <w:lang w:val="en-GB"/>
        </w:rPr>
        <w:t>Select an option and press</w:t>
      </w:r>
    </w:p>
    <w:p w14:paraId="01CF1A43" w14:textId="79E1E662" w:rsidR="003C7A9F" w:rsidRPr="00D82BB0" w:rsidRDefault="00381BA2" w:rsidP="00D82BB0">
      <w:pPr>
        <w:pStyle w:val="ListParagraph"/>
        <w:rPr>
          <w:rFonts w:ascii="Arial" w:hAnsi="Arial" w:cs="Arial"/>
          <w:sz w:val="24"/>
          <w:szCs w:val="24"/>
          <w:lang w:val="en-GB"/>
        </w:rPr>
      </w:pPr>
      <w:r w:rsidRPr="00D82BB0">
        <w:rPr>
          <w:rFonts w:ascii="Arial" w:hAnsi="Arial" w:cs="Arial"/>
          <w:b/>
          <w:bCs/>
          <w:sz w:val="24"/>
          <w:szCs w:val="24"/>
          <w:lang w:val="en-GB"/>
        </w:rPr>
        <w:t>Submit</w:t>
      </w:r>
      <w:r w:rsidR="00757991" w:rsidRPr="00D82BB0">
        <w:rPr>
          <w:rFonts w:ascii="Arial" w:hAnsi="Arial" w:cs="Arial"/>
          <w:b/>
          <w:bCs/>
          <w:sz w:val="24"/>
          <w:szCs w:val="24"/>
          <w:lang w:val="en-GB"/>
        </w:rPr>
        <w:t>.</w:t>
      </w:r>
    </w:p>
    <w:p w14:paraId="1E149ADA" w14:textId="77777777" w:rsidR="00206DF4" w:rsidRPr="00684C6D" w:rsidRDefault="00206DF4" w:rsidP="003C7A9F">
      <w:pPr>
        <w:rPr>
          <w:rFonts w:ascii="Arial" w:hAnsi="Arial" w:cs="Arial"/>
          <w:lang w:val="en-GB"/>
        </w:rPr>
      </w:pPr>
    </w:p>
    <w:p w14:paraId="5F4E786B" w14:textId="181B01A2" w:rsidR="009F7DA9" w:rsidRPr="00684C6D" w:rsidRDefault="009F7DA9" w:rsidP="003C7A9F">
      <w:pPr>
        <w:rPr>
          <w:rFonts w:ascii="Arial" w:hAnsi="Arial" w:cs="Arial"/>
          <w:lang w:val="en-GB"/>
        </w:rPr>
      </w:pPr>
    </w:p>
    <w:p w14:paraId="7C910FCE" w14:textId="7C27DEAF" w:rsidR="00381BA2" w:rsidRPr="00684C6D" w:rsidRDefault="00206DF4" w:rsidP="003C7A9F">
      <w:pPr>
        <w:rPr>
          <w:rFonts w:ascii="Arial" w:hAnsi="Arial" w:cs="Arial"/>
          <w:lang w:val="en-GB"/>
        </w:rPr>
      </w:pPr>
      <w:r w:rsidRPr="00684C6D">
        <w:rPr>
          <w:rFonts w:ascii="Arial" w:hAnsi="Arial" w:cs="Arial"/>
          <w:noProof/>
          <w:lang w:val="en-GB"/>
        </w:rPr>
        <w:drawing>
          <wp:anchor distT="0" distB="0" distL="114300" distR="114300" simplePos="0" relativeHeight="251703808" behindDoc="0" locked="0" layoutInCell="1" allowOverlap="1" wp14:anchorId="28357E36" wp14:editId="3C4A9276">
            <wp:simplePos x="0" y="0"/>
            <wp:positionH relativeFrom="margin">
              <wp:posOffset>2443348</wp:posOffset>
            </wp:positionH>
            <wp:positionV relativeFrom="paragraph">
              <wp:posOffset>2911</wp:posOffset>
            </wp:positionV>
            <wp:extent cx="3544570" cy="1524635"/>
            <wp:effectExtent l="0" t="0" r="0" b="0"/>
            <wp:wrapSquare wrapText="bothSides"/>
            <wp:docPr id="1360291434" name="Picture 1" descr="Multi‑factor authentication page displaying a field to enter a security code, with Submit, Cancel and Resend security code butt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291434" name="Picture 1" descr="Multi‑factor authentication page displaying a field to enter a security code, with Submit, Cancel and Resend security code buttons."/>
                    <pic:cNvPicPr/>
                  </pic:nvPicPr>
                  <pic:blipFill rotWithShape="1">
                    <a:blip r:embed="rId35"/>
                    <a:srcRect t="20448"/>
                    <a:stretch>
                      <a:fillRect/>
                    </a:stretch>
                  </pic:blipFill>
                  <pic:spPr bwMode="auto">
                    <a:xfrm>
                      <a:off x="0" y="0"/>
                      <a:ext cx="3544570" cy="15246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656BA75" w14:textId="0B696460" w:rsidR="00381BA2" w:rsidRPr="002A2EE6" w:rsidRDefault="00381BA2">
      <w:pPr>
        <w:pStyle w:val="ListParagraph"/>
        <w:numPr>
          <w:ilvl w:val="0"/>
          <w:numId w:val="7"/>
        </w:numPr>
        <w:rPr>
          <w:rFonts w:ascii="Arial" w:hAnsi="Arial" w:cs="Arial"/>
          <w:b/>
          <w:bCs/>
          <w:sz w:val="24"/>
          <w:szCs w:val="24"/>
          <w:lang w:val="en-GB"/>
        </w:rPr>
      </w:pPr>
      <w:r w:rsidRPr="002A2EE6">
        <w:rPr>
          <w:rFonts w:ascii="Arial" w:hAnsi="Arial" w:cs="Arial"/>
          <w:sz w:val="24"/>
          <w:szCs w:val="24"/>
          <w:lang w:val="en-GB"/>
        </w:rPr>
        <w:t xml:space="preserve">You will receive a security code using the method you selected. </w:t>
      </w:r>
      <w:r w:rsidRPr="00D82BB0">
        <w:rPr>
          <w:rFonts w:ascii="Arial" w:hAnsi="Arial" w:cs="Arial"/>
          <w:b/>
          <w:bCs/>
          <w:sz w:val="24"/>
          <w:szCs w:val="24"/>
          <w:lang w:val="en-GB"/>
        </w:rPr>
        <w:t>Enter the code</w:t>
      </w:r>
      <w:r w:rsidRPr="00D82BB0">
        <w:rPr>
          <w:rFonts w:ascii="Arial" w:hAnsi="Arial" w:cs="Arial"/>
          <w:sz w:val="24"/>
          <w:szCs w:val="24"/>
          <w:lang w:val="en-GB"/>
        </w:rPr>
        <w:t xml:space="preserve"> into the security code box, then press </w:t>
      </w:r>
      <w:r w:rsidRPr="00D82BB0">
        <w:rPr>
          <w:rFonts w:ascii="Arial" w:hAnsi="Arial" w:cs="Arial"/>
          <w:b/>
          <w:bCs/>
          <w:sz w:val="24"/>
          <w:szCs w:val="24"/>
          <w:lang w:val="en-GB"/>
        </w:rPr>
        <w:t>Submit.</w:t>
      </w:r>
    </w:p>
    <w:p w14:paraId="67BB0C69" w14:textId="36F87CC4" w:rsidR="00381BA2" w:rsidRPr="002A2EE6" w:rsidRDefault="00381BA2" w:rsidP="003C7A9F">
      <w:pPr>
        <w:rPr>
          <w:rFonts w:ascii="Arial" w:hAnsi="Arial" w:cs="Arial"/>
          <w:sz w:val="24"/>
          <w:szCs w:val="24"/>
          <w:lang w:val="en-GB"/>
        </w:rPr>
      </w:pPr>
    </w:p>
    <w:p w14:paraId="47C8E1EF" w14:textId="1E28BF7C" w:rsidR="009F7DA9" w:rsidRPr="002A2EE6" w:rsidRDefault="009F7DA9" w:rsidP="003C7A9F">
      <w:pPr>
        <w:rPr>
          <w:rFonts w:ascii="Arial" w:hAnsi="Arial" w:cs="Arial"/>
          <w:sz w:val="24"/>
          <w:szCs w:val="24"/>
          <w:lang w:val="en-GB"/>
        </w:rPr>
      </w:pPr>
      <w:r w:rsidRPr="002A2EE6">
        <w:rPr>
          <w:rFonts w:ascii="Arial" w:hAnsi="Arial" w:cs="Arial"/>
          <w:noProof/>
          <w:sz w:val="24"/>
          <w:szCs w:val="24"/>
          <w:lang w:val="en-GB"/>
        </w:rPr>
        <w:lastRenderedPageBreak/>
        <w:drawing>
          <wp:anchor distT="0" distB="0" distL="114300" distR="114300" simplePos="0" relativeHeight="251921920" behindDoc="0" locked="0" layoutInCell="1" allowOverlap="1" wp14:anchorId="06DA4622" wp14:editId="3C0B4AED">
            <wp:simplePos x="0" y="0"/>
            <wp:positionH relativeFrom="margin">
              <wp:posOffset>2933700</wp:posOffset>
            </wp:positionH>
            <wp:positionV relativeFrom="paragraph">
              <wp:posOffset>321945</wp:posOffset>
            </wp:positionV>
            <wp:extent cx="2795905" cy="2418715"/>
            <wp:effectExtent l="0" t="0" r="4445" b="635"/>
            <wp:wrapSquare wrapText="bothSides"/>
            <wp:docPr id="97459586" name="Picture 1" descr="Onboarding page showing pre‑filled fields for first name, last name and email address, with an empty ‘Organisation’ field and a green ‘Submi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459586" name="Picture 1" descr="Onboarding page showing pre‑filled fields for first name, last name and email address, with an empty ‘Organisation’ field and a green ‘Submit’ button."/>
                    <pic:cNvPicPr/>
                  </pic:nvPicPr>
                  <pic:blipFill>
                    <a:blip r:embed="rId36"/>
                    <a:stretch>
                      <a:fillRect/>
                    </a:stretch>
                  </pic:blipFill>
                  <pic:spPr>
                    <a:xfrm>
                      <a:off x="0" y="0"/>
                      <a:ext cx="2795905" cy="2418715"/>
                    </a:xfrm>
                    <a:prstGeom prst="rect">
                      <a:avLst/>
                    </a:prstGeom>
                  </pic:spPr>
                </pic:pic>
              </a:graphicData>
            </a:graphic>
            <wp14:sizeRelH relativeFrom="margin">
              <wp14:pctWidth>0</wp14:pctWidth>
            </wp14:sizeRelH>
            <wp14:sizeRelV relativeFrom="margin">
              <wp14:pctHeight>0</wp14:pctHeight>
            </wp14:sizeRelV>
          </wp:anchor>
        </w:drawing>
      </w:r>
    </w:p>
    <w:p w14:paraId="2F2100A4" w14:textId="7EFF2B30" w:rsidR="00A81648" w:rsidRPr="002A2EE6" w:rsidRDefault="00A81648" w:rsidP="003C7A9F">
      <w:pPr>
        <w:rPr>
          <w:rFonts w:ascii="Arial" w:hAnsi="Arial" w:cs="Arial"/>
          <w:sz w:val="24"/>
          <w:szCs w:val="24"/>
          <w:lang w:val="en-GB"/>
        </w:rPr>
      </w:pPr>
    </w:p>
    <w:p w14:paraId="11321DDE" w14:textId="071258A0" w:rsidR="00CE564D" w:rsidRPr="002A2EE6" w:rsidRDefault="00CE564D" w:rsidP="00206DF4">
      <w:pPr>
        <w:pStyle w:val="ListParagraph"/>
        <w:rPr>
          <w:rFonts w:ascii="Arial" w:hAnsi="Arial" w:cs="Arial"/>
          <w:sz w:val="24"/>
          <w:szCs w:val="24"/>
          <w:lang w:val="en-GB"/>
        </w:rPr>
      </w:pPr>
      <w:r w:rsidRPr="002A2EE6">
        <w:rPr>
          <w:rFonts w:ascii="Arial" w:hAnsi="Arial" w:cs="Arial"/>
          <w:noProof/>
          <w:sz w:val="24"/>
          <w:szCs w:val="24"/>
          <w:lang w:val="en-GB"/>
        </w:rPr>
        <mc:AlternateContent>
          <mc:Choice Requires="wpi">
            <w:drawing>
              <wp:anchor distT="0" distB="0" distL="114300" distR="114300" simplePos="0" relativeHeight="251747840" behindDoc="0" locked="0" layoutInCell="1" allowOverlap="1" wp14:anchorId="2A584ED5" wp14:editId="155A7C7A">
                <wp:simplePos x="0" y="0"/>
                <wp:positionH relativeFrom="column">
                  <wp:posOffset>7252704</wp:posOffset>
                </wp:positionH>
                <wp:positionV relativeFrom="paragraph">
                  <wp:posOffset>492844</wp:posOffset>
                </wp:positionV>
                <wp:extent cx="360" cy="360"/>
                <wp:effectExtent l="76200" t="57150" r="76200" b="76200"/>
                <wp:wrapNone/>
                <wp:docPr id="295825358" name="Ink 26"/>
                <wp:cNvGraphicFramePr/>
                <a:graphic xmlns:a="http://schemas.openxmlformats.org/drawingml/2006/main">
                  <a:graphicData uri="http://schemas.microsoft.com/office/word/2010/wordprocessingInk">
                    <w14:contentPart bwMode="auto" r:id="rId37">
                      <w14:nvContentPartPr>
                        <w14:cNvContentPartPr/>
                      </w14:nvContentPartPr>
                      <w14:xfrm>
                        <a:off x="0" y="0"/>
                        <a:ext cx="360" cy="360"/>
                      </w14:xfrm>
                    </w14:contentPart>
                  </a:graphicData>
                </a:graphic>
              </wp:anchor>
            </w:drawing>
          </mc:Choice>
          <mc:Fallback>
            <w:pict>
              <v:shape w14:anchorId="4E3090F8" id="Ink 26" o:spid="_x0000_s1026" type="#_x0000_t75" style="position:absolute;margin-left:569.7pt;margin-top:37.4pt;width:2.9pt;height:2.9pt;z-index:2517478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q05VoAQAABwMAAA4AAABkcnMvZTJvRG9jLnhtbJxSy27CMBC8V+o/&#10;WL6XBFohFJFwKKrEoS2H9gOMH8Rq7I3WhsDfd0N4hFZVJS7WPrSzMzueznauYluNwYLP+XCQcqa9&#10;BGX9OuefHy8PE85CFF6JCrzO+V4HPivu76ZNnekRlFApjYxAfMiaOudljHWWJEGW2okwgFp7ahpA&#10;JyKluE4UiobQXZWM0nScNICqRpA6BKrOuyYvDvjGaBnfjQk6sorYTdKU+MVzhOdodYqSYiqyNYq6&#10;tPJIS9zAygnricQZai6iYBu0v6CclQgBTBxIcAkYY6U+aCJ1w/SHuoX/apUNn+QGMwk+ah+XAuPp&#10;fofGLStcxdmqeQVFDolNBH5EpAP9b0hHeg5y44hP5wrqSkT6EqG0deAMM6tyjgs1vPD32+eLgiVe&#10;dL1dN8iR5Cj5r5GdQdcem5iwXc7J4337HrzUu8gkFR/HVJZUb4MeZjd72tA7Kq29sq+ft5R6/7f4&#10;BgAA//8DAFBLAwQUAAYACAAAACEA985SHLsBAABbBAAAEAAAAGRycy9pbmsvaW5rMS54bWy0k8Fu&#10;4yAQhu8r7Tsg9hwbO07Tter01EiVdqXVtpXao2tPY1QDEeA4efsdY0JcNe2pe0EwMD8zHz9X13vR&#10;kh1ow5UsaBIxSkBWquZyU9CH+/XskhJjS1mXrZJQ0AMYer36/u2Ky1fR5jgSVJBmmIm2oI212zyO&#10;+76P+nmk9CZOGZvHt/L19y+68lk1vHDJLV5pjqFKSQt7O4jlvC5oZfcsnEftO9XpCsL2ENHV6YTV&#10;ZQVrpUVpg2JTSgktkaXAuh8psYctTjjeswFNieDY8CyNkmyZXd78xEC5L+hk3WGJBisRND6v+fQf&#10;NNfvNYey5unyYkmJL6mG3VBT7JjnH/f+R6staMvhhHmE4jcOpBrXjs8ISoNRbTe8DSW7su0QWcIY&#10;2sLfncRngLzXQzZfqodcPtSbFvcWjW9vysFDC5Y6Pq3lAtDoYhs8Zg0KD+E7q913SFl6MWPzGcvu&#10;kyxP0pwtomyRTp7Cu/io+aw70wS9Z33yq9sJ1MbOel7bJkBnURKYT4mfy2yAbxr7Sapv2uUG35z5&#10;hc5KxHfxF14K+sN9ROIyx4Brg5GEpNliuXhjwiCNdFf/AAAA//8DAFBLAwQUAAYACAAAACEAQYuQ&#10;Cd8AAAALAQAADwAAAGRycy9kb3ducmV2LnhtbEyPQU+DQBCF7yb+h82YeLMLiLUiS2M0jUdTNO11&#10;YLeAsrPIblv013d60uPLfHnzvXw52V4czOg7RwriWQTCUO10R42Cj/fVzQKED0gae0dGwY/xsCwu&#10;L3LMtDvS2hzK0AguIZ+hgjaEIZPS162x6GduMMS3nRstBo5jI/WIRy63vUyiaC4tdsQfWhzMc2vq&#10;r3JvFbzgMHx+v5W71+16laSVtr+V3yh1fTU9PYIIZgp/MJz1WR0KdqrcnrQXPef49iFlVsF9yhvO&#10;RJzeJSAqBYtoDrLI5f8NxQkAAP//AwBQSwMEFAAGAAgAAAAhAHkYvJ2/AAAAIQEAABkAAABkcnMv&#10;X3JlbHMvZTJvRG9jLnhtbC5yZWxzhM+xasQwDAbgvdB3MNobJR3KUeJkOQ6ylhRuNY6SmMSysZzS&#10;e/t67MHBDRqE0PdLbf/rd/VDSVxgDU1VgyK2YXK8aPgeL28nUJINT2YPTBpuJNB3ry/tF+0mlyVZ&#10;XRRVFBYNa87xE1HsSt5IFSJxmcwheZNLmxaMxm5mIXyv6w9M/w3o7kw1TBrSMDWgxlssyc/tMM/O&#10;0jnYwxPnBxFoD8nBX/1eUJMWyhocb1iqqcqhgF2Ld491fwAAAP//AwBQSwECLQAUAAYACAAAACEA&#10;mzMnNwwBAAAtAgAAEwAAAAAAAAAAAAAAAAAAAAAAW0NvbnRlbnRfVHlwZXNdLnhtbFBLAQItABQA&#10;BgAIAAAAIQA4/SH/1gAAAJQBAAALAAAAAAAAAAAAAAAAAD0BAABfcmVscy8ucmVsc1BLAQItABQA&#10;BgAIAAAAIQDZatOVaAEAAAcDAAAOAAAAAAAAAAAAAAAAADwCAABkcnMvZTJvRG9jLnhtbFBLAQIt&#10;ABQABgAIAAAAIQD3zlIcuwEAAFsEAAAQAAAAAAAAAAAAAAAAANADAABkcnMvaW5rL2luazEueG1s&#10;UEsBAi0AFAAGAAgAAAAhAEGLkAnfAAAACwEAAA8AAAAAAAAAAAAAAAAAuQUAAGRycy9kb3ducmV2&#10;LnhtbFBLAQItABQABgAIAAAAIQB5GLydvwAAACEBAAAZAAAAAAAAAAAAAAAAAMUGAABkcnMvX3Jl&#10;bHMvZTJvRG9jLnhtbC5yZWxzUEsFBgAAAAAGAAYAeAEAALsHAAAAAA==&#10;">
                <v:imagedata r:id="rId38" o:title=""/>
              </v:shape>
            </w:pict>
          </mc:Fallback>
        </mc:AlternateContent>
      </w:r>
      <w:r w:rsidRPr="002A2EE6">
        <w:rPr>
          <w:rFonts w:ascii="Arial" w:hAnsi="Arial" w:cs="Arial"/>
          <w:sz w:val="24"/>
          <w:szCs w:val="24"/>
          <w:lang w:val="en-GB"/>
        </w:rPr>
        <w:t xml:space="preserve">You have now reached the Onboarding page. </w:t>
      </w:r>
      <w:r w:rsidR="00206DF4" w:rsidRPr="002A2EE6">
        <w:rPr>
          <w:rFonts w:ascii="Arial" w:hAnsi="Arial" w:cs="Arial"/>
          <w:sz w:val="24"/>
          <w:szCs w:val="24"/>
          <w:lang w:val="en-GB"/>
        </w:rPr>
        <w:t xml:space="preserve">Your information has pre-populated, but you </w:t>
      </w:r>
      <w:r w:rsidR="00206DF4" w:rsidRPr="00D82BB0">
        <w:rPr>
          <w:rFonts w:ascii="Arial" w:hAnsi="Arial" w:cs="Arial"/>
          <w:sz w:val="24"/>
          <w:szCs w:val="24"/>
          <w:lang w:val="en-GB"/>
        </w:rPr>
        <w:t xml:space="preserve">must </w:t>
      </w:r>
      <w:r w:rsidR="00206DF4" w:rsidRPr="00D82BB0">
        <w:rPr>
          <w:rFonts w:ascii="Arial" w:hAnsi="Arial" w:cs="Arial"/>
          <w:b/>
          <w:bCs/>
          <w:sz w:val="24"/>
          <w:szCs w:val="24"/>
          <w:lang w:val="en-GB"/>
        </w:rPr>
        <w:t>e</w:t>
      </w:r>
      <w:r w:rsidRPr="00D82BB0">
        <w:rPr>
          <w:rFonts w:ascii="Arial" w:hAnsi="Arial" w:cs="Arial"/>
          <w:b/>
          <w:bCs/>
          <w:sz w:val="24"/>
          <w:szCs w:val="24"/>
          <w:lang w:val="en-GB"/>
        </w:rPr>
        <w:t>nter the Public Authority</w:t>
      </w:r>
      <w:r w:rsidRPr="00D82BB0">
        <w:rPr>
          <w:rFonts w:ascii="Arial" w:hAnsi="Arial" w:cs="Arial"/>
          <w:sz w:val="24"/>
          <w:szCs w:val="24"/>
          <w:lang w:val="en-GB"/>
        </w:rPr>
        <w:t xml:space="preserve"> </w:t>
      </w:r>
      <w:r w:rsidRPr="00D82BB0">
        <w:rPr>
          <w:rFonts w:ascii="Arial" w:hAnsi="Arial" w:cs="Arial"/>
          <w:b/>
          <w:bCs/>
          <w:sz w:val="24"/>
          <w:szCs w:val="24"/>
          <w:lang w:val="en-GB"/>
        </w:rPr>
        <w:t>you belong to</w:t>
      </w:r>
      <w:r w:rsidRPr="00D82BB0">
        <w:rPr>
          <w:rFonts w:ascii="Arial" w:hAnsi="Arial" w:cs="Arial"/>
          <w:sz w:val="24"/>
          <w:szCs w:val="24"/>
          <w:lang w:val="en-GB"/>
        </w:rPr>
        <w:t xml:space="preserve"> in the organisation box on screen. Select </w:t>
      </w:r>
      <w:r w:rsidRPr="00D82BB0">
        <w:rPr>
          <w:rFonts w:ascii="Arial" w:hAnsi="Arial" w:cs="Arial"/>
          <w:b/>
          <w:bCs/>
          <w:sz w:val="24"/>
          <w:szCs w:val="24"/>
          <w:lang w:val="en-GB"/>
        </w:rPr>
        <w:t>Submit</w:t>
      </w:r>
      <w:r w:rsidR="00F00AB5" w:rsidRPr="00D82BB0">
        <w:rPr>
          <w:rFonts w:ascii="Arial" w:hAnsi="Arial" w:cs="Arial"/>
          <w:b/>
          <w:bCs/>
          <w:sz w:val="24"/>
          <w:szCs w:val="24"/>
          <w:lang w:val="en-GB"/>
        </w:rPr>
        <w:t xml:space="preserve"> </w:t>
      </w:r>
      <w:r w:rsidR="00F00AB5" w:rsidRPr="00D82BB0">
        <w:rPr>
          <w:rFonts w:ascii="Arial" w:hAnsi="Arial" w:cs="Arial"/>
          <w:sz w:val="24"/>
          <w:szCs w:val="24"/>
          <w:lang w:val="en-GB"/>
        </w:rPr>
        <w:t>to continue</w:t>
      </w:r>
      <w:r w:rsidRPr="002A2EE6">
        <w:rPr>
          <w:rFonts w:ascii="Arial" w:hAnsi="Arial" w:cs="Arial"/>
          <w:b/>
          <w:bCs/>
          <w:i/>
          <w:iCs/>
          <w:sz w:val="24"/>
          <w:szCs w:val="24"/>
          <w:lang w:val="en-GB"/>
        </w:rPr>
        <w:t>.</w:t>
      </w:r>
    </w:p>
    <w:p w14:paraId="74DEEB06" w14:textId="4F53BF7C" w:rsidR="00CE564D" w:rsidRPr="002A2EE6" w:rsidRDefault="00CE564D" w:rsidP="00CE564D">
      <w:pPr>
        <w:pStyle w:val="ListParagraph"/>
        <w:rPr>
          <w:rFonts w:ascii="Arial" w:hAnsi="Arial" w:cs="Arial"/>
          <w:sz w:val="24"/>
          <w:szCs w:val="24"/>
          <w:lang w:val="en-GB"/>
        </w:rPr>
      </w:pPr>
    </w:p>
    <w:p w14:paraId="02D2B5D3" w14:textId="4A08D3F0" w:rsidR="00CE564D" w:rsidRPr="00684C6D" w:rsidRDefault="00CE564D" w:rsidP="00CE564D">
      <w:pPr>
        <w:rPr>
          <w:rFonts w:ascii="Arial" w:hAnsi="Arial" w:cs="Arial"/>
          <w:lang w:val="en-GB"/>
        </w:rPr>
      </w:pPr>
    </w:p>
    <w:p w14:paraId="48594B0D" w14:textId="77777777" w:rsidR="003320A4" w:rsidRPr="00684C6D" w:rsidRDefault="003320A4" w:rsidP="00CE564D">
      <w:pPr>
        <w:rPr>
          <w:rFonts w:ascii="Arial" w:hAnsi="Arial" w:cs="Arial"/>
          <w:lang w:val="en-GB"/>
        </w:rPr>
      </w:pPr>
    </w:p>
    <w:p w14:paraId="5E9B632B" w14:textId="77777777" w:rsidR="00BD11B2" w:rsidRPr="00684C6D" w:rsidRDefault="00BD11B2" w:rsidP="00CE564D">
      <w:pPr>
        <w:rPr>
          <w:rFonts w:ascii="Arial" w:hAnsi="Arial" w:cs="Arial"/>
          <w:lang w:val="en-GB"/>
        </w:rPr>
      </w:pPr>
    </w:p>
    <w:p w14:paraId="2C90EC93" w14:textId="77777777" w:rsidR="00BD11B2" w:rsidRPr="00684C6D" w:rsidRDefault="00BD11B2" w:rsidP="00CE564D">
      <w:pPr>
        <w:rPr>
          <w:rFonts w:ascii="Arial" w:hAnsi="Arial" w:cs="Arial"/>
          <w:lang w:val="en-GB"/>
        </w:rPr>
      </w:pPr>
    </w:p>
    <w:p w14:paraId="30A68DCE" w14:textId="77777777" w:rsidR="00BD11B2" w:rsidRPr="00684C6D" w:rsidRDefault="00BD11B2" w:rsidP="00CE564D">
      <w:pPr>
        <w:rPr>
          <w:rFonts w:ascii="Arial" w:hAnsi="Arial" w:cs="Arial"/>
          <w:lang w:val="en-GB"/>
        </w:rPr>
      </w:pPr>
    </w:p>
    <w:p w14:paraId="51985E24" w14:textId="77777777" w:rsidR="00BD11B2" w:rsidRPr="00684C6D" w:rsidRDefault="00BD11B2" w:rsidP="00CE564D">
      <w:pPr>
        <w:rPr>
          <w:rFonts w:ascii="Arial" w:hAnsi="Arial" w:cs="Arial"/>
          <w:lang w:val="en-GB"/>
        </w:rPr>
      </w:pPr>
    </w:p>
    <w:p w14:paraId="58AD0A3E" w14:textId="77777777" w:rsidR="00BD11B2" w:rsidRPr="00684C6D" w:rsidRDefault="00BD11B2" w:rsidP="00CE564D">
      <w:pPr>
        <w:rPr>
          <w:rFonts w:ascii="Arial" w:hAnsi="Arial" w:cs="Arial"/>
          <w:lang w:val="en-GB"/>
        </w:rPr>
      </w:pPr>
    </w:p>
    <w:p w14:paraId="156E64E9" w14:textId="77777777" w:rsidR="00BD11B2" w:rsidRPr="00684C6D" w:rsidRDefault="00BD11B2" w:rsidP="00CE564D">
      <w:pPr>
        <w:rPr>
          <w:rFonts w:ascii="Arial" w:hAnsi="Arial" w:cs="Arial"/>
          <w:lang w:val="en-GB"/>
        </w:rPr>
      </w:pPr>
    </w:p>
    <w:p w14:paraId="0009E1A2" w14:textId="77777777" w:rsidR="00BD11B2" w:rsidRPr="00684C6D" w:rsidRDefault="00BD11B2" w:rsidP="00CE564D">
      <w:pPr>
        <w:rPr>
          <w:rFonts w:ascii="Arial" w:hAnsi="Arial" w:cs="Arial"/>
          <w:lang w:val="en-GB"/>
        </w:rPr>
      </w:pPr>
    </w:p>
    <w:p w14:paraId="2571CF7A" w14:textId="77777777" w:rsidR="00BD11B2" w:rsidRPr="00684C6D" w:rsidRDefault="00BD11B2" w:rsidP="00CE564D">
      <w:pPr>
        <w:rPr>
          <w:rFonts w:ascii="Arial" w:hAnsi="Arial" w:cs="Arial"/>
          <w:lang w:val="en-GB"/>
        </w:rPr>
      </w:pPr>
    </w:p>
    <w:p w14:paraId="6F058D63" w14:textId="0BDC0838" w:rsidR="00BD11B2" w:rsidRPr="00684C6D" w:rsidRDefault="00BD11B2" w:rsidP="00CE564D">
      <w:pPr>
        <w:rPr>
          <w:rFonts w:ascii="Arial" w:hAnsi="Arial" w:cs="Arial"/>
          <w:lang w:val="en-GB"/>
        </w:rPr>
      </w:pPr>
    </w:p>
    <w:p w14:paraId="4CE14D59" w14:textId="77777777" w:rsidR="00BD11B2" w:rsidRPr="00684C6D" w:rsidRDefault="00BD11B2" w:rsidP="00CE564D">
      <w:pPr>
        <w:rPr>
          <w:rFonts w:ascii="Arial" w:hAnsi="Arial" w:cs="Arial"/>
          <w:lang w:val="en-GB"/>
        </w:rPr>
      </w:pPr>
    </w:p>
    <w:p w14:paraId="7E3E5A17" w14:textId="77777777" w:rsidR="00BD11B2" w:rsidRPr="00684C6D" w:rsidRDefault="00BD11B2" w:rsidP="00CE564D">
      <w:pPr>
        <w:rPr>
          <w:rFonts w:ascii="Arial" w:hAnsi="Arial" w:cs="Arial"/>
          <w:lang w:val="en-GB"/>
        </w:rPr>
      </w:pPr>
    </w:p>
    <w:p w14:paraId="2DEA19A5" w14:textId="77777777" w:rsidR="00BD11B2" w:rsidRPr="00684C6D" w:rsidRDefault="00BD11B2" w:rsidP="00CE564D">
      <w:pPr>
        <w:rPr>
          <w:rFonts w:ascii="Arial" w:hAnsi="Arial" w:cs="Arial"/>
          <w:lang w:val="en-GB"/>
        </w:rPr>
      </w:pPr>
    </w:p>
    <w:p w14:paraId="21B5EF06" w14:textId="5F1A6051" w:rsidR="00F00AB5" w:rsidRPr="00684C6D" w:rsidRDefault="00F00AB5" w:rsidP="00CE564D">
      <w:pPr>
        <w:rPr>
          <w:rFonts w:ascii="Arial" w:hAnsi="Arial" w:cs="Arial"/>
          <w:lang w:val="en-GB"/>
        </w:rPr>
      </w:pPr>
    </w:p>
    <w:p w14:paraId="2884AF39" w14:textId="72C6B8C0" w:rsidR="00A81648" w:rsidRPr="002A2EE6" w:rsidRDefault="00BD11B2">
      <w:pPr>
        <w:pStyle w:val="ListParagraph"/>
        <w:numPr>
          <w:ilvl w:val="0"/>
          <w:numId w:val="7"/>
        </w:numPr>
        <w:rPr>
          <w:rFonts w:ascii="Arial" w:hAnsi="Arial" w:cs="Arial"/>
          <w:sz w:val="24"/>
          <w:szCs w:val="24"/>
          <w:lang w:val="en-GB"/>
        </w:rPr>
      </w:pPr>
      <w:r w:rsidRPr="002A2EE6">
        <w:rPr>
          <w:rFonts w:ascii="Arial" w:hAnsi="Arial" w:cs="Arial"/>
          <w:sz w:val="24"/>
          <w:szCs w:val="24"/>
          <w:lang w:val="en-GB"/>
        </w:rPr>
        <w:t>Your Onboarding request is now complete</w:t>
      </w:r>
      <w:r w:rsidR="00757991" w:rsidRPr="002A2EE6">
        <w:rPr>
          <w:rFonts w:ascii="Arial" w:hAnsi="Arial" w:cs="Arial"/>
          <w:sz w:val="24"/>
          <w:szCs w:val="24"/>
          <w:lang w:val="en-GB"/>
        </w:rPr>
        <w:t xml:space="preserve">. Once approved, DAERA will grant you access to the Rural Needs Assessment submission page. </w:t>
      </w:r>
      <w:r w:rsidR="00CD0BCD" w:rsidRPr="002A2EE6">
        <w:rPr>
          <w:rFonts w:ascii="Arial" w:hAnsi="Arial" w:cs="Arial"/>
          <w:sz w:val="24"/>
          <w:szCs w:val="24"/>
          <w:lang w:val="en-GB"/>
        </w:rPr>
        <w:t>T</w:t>
      </w:r>
      <w:r w:rsidR="00757991" w:rsidRPr="002A2EE6">
        <w:rPr>
          <w:rFonts w:ascii="Arial" w:hAnsi="Arial" w:cs="Arial"/>
          <w:sz w:val="24"/>
          <w:szCs w:val="24"/>
          <w:lang w:val="en-GB"/>
        </w:rPr>
        <w:t xml:space="preserve">his can take up to </w:t>
      </w:r>
      <w:r w:rsidR="00CD0BCD" w:rsidRPr="002A2EE6">
        <w:rPr>
          <w:rFonts w:ascii="Arial" w:hAnsi="Arial" w:cs="Arial"/>
          <w:sz w:val="24"/>
          <w:szCs w:val="24"/>
          <w:lang w:val="en-GB"/>
        </w:rPr>
        <w:t>one working day for</w:t>
      </w:r>
      <w:r w:rsidR="00757991" w:rsidRPr="002A2EE6">
        <w:rPr>
          <w:rFonts w:ascii="Arial" w:hAnsi="Arial" w:cs="Arial"/>
          <w:sz w:val="24"/>
          <w:szCs w:val="24"/>
          <w:lang w:val="en-GB"/>
        </w:rPr>
        <w:t xml:space="preserve"> this update to be processed.</w:t>
      </w:r>
    </w:p>
    <w:p w14:paraId="7AB9DCD1" w14:textId="77777777" w:rsidR="00281671" w:rsidRPr="002A2EE6" w:rsidRDefault="00281671" w:rsidP="00A81648">
      <w:pPr>
        <w:pStyle w:val="ListParagraph"/>
        <w:rPr>
          <w:rFonts w:ascii="Arial" w:hAnsi="Arial" w:cs="Arial"/>
          <w:sz w:val="24"/>
          <w:szCs w:val="24"/>
          <w:lang w:val="en-GB"/>
        </w:rPr>
      </w:pPr>
    </w:p>
    <w:p w14:paraId="51D01795" w14:textId="2B085BBE" w:rsidR="00A81648" w:rsidRPr="002A2EE6" w:rsidRDefault="008E12DD" w:rsidP="00A81648">
      <w:pPr>
        <w:pStyle w:val="ListParagraph"/>
        <w:rPr>
          <w:rFonts w:ascii="Arial" w:hAnsi="Arial" w:cs="Arial"/>
          <w:sz w:val="24"/>
          <w:szCs w:val="24"/>
          <w:lang w:val="en-GB"/>
        </w:rPr>
      </w:pPr>
      <w:r w:rsidRPr="002A2EE6">
        <w:rPr>
          <w:rFonts w:ascii="Arial" w:hAnsi="Arial" w:cs="Arial"/>
          <w:noProof/>
          <w:sz w:val="24"/>
          <w:szCs w:val="24"/>
          <w:lang w:val="en-GB"/>
        </w:rPr>
        <w:lastRenderedPageBreak/>
        <mc:AlternateContent>
          <mc:Choice Requires="wps">
            <w:drawing>
              <wp:anchor distT="0" distB="0" distL="114300" distR="114300" simplePos="0" relativeHeight="251710976" behindDoc="0" locked="0" layoutInCell="1" allowOverlap="1" wp14:anchorId="72A83BA3" wp14:editId="184649FB">
                <wp:simplePos x="0" y="0"/>
                <wp:positionH relativeFrom="margin">
                  <wp:posOffset>5128260</wp:posOffset>
                </wp:positionH>
                <wp:positionV relativeFrom="paragraph">
                  <wp:posOffset>147320</wp:posOffset>
                </wp:positionV>
                <wp:extent cx="403860" cy="3379470"/>
                <wp:effectExtent l="57150" t="38100" r="377190" b="125730"/>
                <wp:wrapNone/>
                <wp:docPr id="252047092" name="Connector: Curved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403860" cy="3379470"/>
                        </a:xfrm>
                        <a:prstGeom prst="curvedConnector3">
                          <a:avLst>
                            <a:gd name="adj1" fmla="val -75189"/>
                          </a:avLst>
                        </a:prstGeom>
                        <a:ln>
                          <a:headEnd type="triangle"/>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59DDF0B"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onnector: Curved 5" o:spid="_x0000_s1026" type="#_x0000_t38" alt="&quot;&quot;" style="position:absolute;margin-left:403.8pt;margin-top:11.6pt;width:31.8pt;height:266.1pt;flip:x;z-index:251710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iw17QEAACIEAAAOAAAAZHJzL2Uyb0RvYy54bWysU9tuGyEQfa/Uf0C8x7u209ixvM6D08tD&#10;1UZp8wEEBi8VNwHxrv++A7veVG3USFVfEDCcM2fODNub3mhyhBCVsw2dz2pKwHInlD009OH7h4s1&#10;JTExK5h2Fhp6gkhvdm/fbDu/gYVrnRYQCJLYuOl8Q9uU/KaqIm/BsDhzHiwGpQuGJTyGQyUC65Dd&#10;6GpR11dV54LwwXGIEW9vhyDdFX4pgaevUkZIRDcUtaWyhrI+5rXabdnmEJhvFR9lsH9QYZiymHSi&#10;umWJkaeg/qAyigcXnUwz7kzlpFQcSg1Yzbz+rZpvLfNQakFzop9siv+Pln857u1dQBs6HzfR34Vc&#10;RS+DIVIr/wl7WupCpaQvtp0m26BPhOPlZb1cX6G5HEPL5er6clV8rQaezOdDTB/BGZI3DeVP4Qhi&#10;76zF/riwLBnY8XNMxUJBLDM4K0z8mFMijcaOHJkmF6t38/V1bhlSj89xdybPWG3z2gIT760g6eSR&#10;JgXF7EHD0OvElH45hlQZXj0bUXbppGGgvgdJlMCCF0VwmVHY60BQHKrlHGyaj/K0xdcZJpXWE7B+&#10;HTi+z1Ao8zuBh0b8NeuEKJmdTRPYKOvCS9lTf5Ysh/dnB4a6swWPTpzKiBRrcBBLA8ZPkyf913OB&#10;P3/t3U8AAAD//wMAUEsDBBQABgAIAAAAIQDydW6f4AAAAAoBAAAPAAAAZHJzL2Rvd25yZXYueG1s&#10;TI/BTsMwDIbvSLxDZCRuLF1Yt6prOgECcRmHDQ47ek3WljVO1WRb9/aYE9xs+dP/fy5Wo+vE2Q6h&#10;9aRhOklAWKq8aanW8PX59pCBCBHJYOfJarjaAKvy9qbA3PgLbex5G2vBIRRy1NDE2OdShqqxDsPE&#10;95b4dvCDw8jrUEsz4IXDXSdVksylw5a4ocHevjS2Om5PjkvW1/DxfqTX9W63QfU8Uz79Vlrf341P&#10;SxDRjvEPhl99VoeSnfb+RCaITkOWLOaMalCPCgQD2WLKw15DmqYzkGUh/79Q/gAAAP//AwBQSwEC&#10;LQAUAAYACAAAACEAtoM4kv4AAADhAQAAEwAAAAAAAAAAAAAAAAAAAAAAW0NvbnRlbnRfVHlwZXNd&#10;LnhtbFBLAQItABQABgAIAAAAIQA4/SH/1gAAAJQBAAALAAAAAAAAAAAAAAAAAC8BAABfcmVscy8u&#10;cmVsc1BLAQItABQABgAIAAAAIQCbkiw17QEAACIEAAAOAAAAAAAAAAAAAAAAAC4CAABkcnMvZTJv&#10;RG9jLnhtbFBLAQItABQABgAIAAAAIQDydW6f4AAAAAoBAAAPAAAAAAAAAAAAAAAAAEcEAABkcnMv&#10;ZG93bnJldi54bWxQSwUGAAAAAAQABADzAAAAVAUAAAAA&#10;" adj="-16241" strokecolor="#4f81bd [3204]" strokeweight="2pt">
                <v:stroke startarrow="block" endarrow="block"/>
                <v:shadow on="t" color="black" opacity="24903f" origin=",.5" offset="0,.55556mm"/>
                <w10:wrap anchorx="margin"/>
              </v:shape>
            </w:pict>
          </mc:Fallback>
        </mc:AlternateContent>
      </w:r>
      <w:r w:rsidR="00281671" w:rsidRPr="002A2EE6">
        <w:rPr>
          <w:rFonts w:ascii="Arial" w:hAnsi="Arial" w:cs="Arial"/>
          <w:noProof/>
          <w:sz w:val="24"/>
          <w:szCs w:val="24"/>
          <w:lang w:val="en-GB"/>
        </w:rPr>
        <w:drawing>
          <wp:anchor distT="0" distB="0" distL="114300" distR="114300" simplePos="0" relativeHeight="252044800" behindDoc="0" locked="0" layoutInCell="1" allowOverlap="1" wp14:anchorId="073E9240" wp14:editId="01E4D38B">
            <wp:simplePos x="0" y="0"/>
            <wp:positionH relativeFrom="column">
              <wp:posOffset>647700</wp:posOffset>
            </wp:positionH>
            <wp:positionV relativeFrom="paragraph">
              <wp:posOffset>35560</wp:posOffset>
            </wp:positionV>
            <wp:extent cx="4839127" cy="2851150"/>
            <wp:effectExtent l="0" t="0" r="0" b="6350"/>
            <wp:wrapSquare wrapText="bothSides"/>
            <wp:docPr id="1654409425" name="Picture 1" descr="Confirmation screen displaying an ‘Onboarding complete’ message indicating the request has been successfully submit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4409425" name="Picture 1" descr="Confirmation screen displaying an ‘Onboarding complete’ message indicating the request has been successfully submitted."/>
                    <pic:cNvPicPr/>
                  </pic:nvPicPr>
                  <pic:blipFill>
                    <a:blip r:embed="rId39"/>
                    <a:stretch>
                      <a:fillRect/>
                    </a:stretch>
                  </pic:blipFill>
                  <pic:spPr>
                    <a:xfrm>
                      <a:off x="0" y="0"/>
                      <a:ext cx="4839127" cy="2851150"/>
                    </a:xfrm>
                    <a:prstGeom prst="rect">
                      <a:avLst/>
                    </a:prstGeom>
                  </pic:spPr>
                </pic:pic>
              </a:graphicData>
            </a:graphic>
            <wp14:sizeRelH relativeFrom="margin">
              <wp14:pctWidth>0</wp14:pctWidth>
            </wp14:sizeRelH>
            <wp14:sizeRelV relativeFrom="margin">
              <wp14:pctHeight>0</wp14:pctHeight>
            </wp14:sizeRelV>
          </wp:anchor>
        </w:drawing>
      </w:r>
    </w:p>
    <w:p w14:paraId="542CCA67" w14:textId="27BAE872" w:rsidR="00A81648" w:rsidRPr="002A2EE6" w:rsidRDefault="00A81648" w:rsidP="00A81648">
      <w:pPr>
        <w:pStyle w:val="ListParagraph"/>
        <w:rPr>
          <w:rFonts w:ascii="Arial" w:hAnsi="Arial" w:cs="Arial"/>
          <w:sz w:val="24"/>
          <w:szCs w:val="24"/>
          <w:lang w:val="en-GB"/>
        </w:rPr>
      </w:pPr>
    </w:p>
    <w:p w14:paraId="4EEE1372" w14:textId="77777777" w:rsidR="00281671" w:rsidRPr="002A2EE6" w:rsidRDefault="00281671" w:rsidP="00A81648">
      <w:pPr>
        <w:pStyle w:val="ListParagraph"/>
        <w:rPr>
          <w:rFonts w:ascii="Arial" w:hAnsi="Arial" w:cs="Arial"/>
          <w:sz w:val="24"/>
          <w:szCs w:val="24"/>
          <w:lang w:val="en-GB"/>
        </w:rPr>
      </w:pPr>
    </w:p>
    <w:p w14:paraId="535B2B24" w14:textId="77777777" w:rsidR="00281671" w:rsidRPr="002A2EE6" w:rsidRDefault="00281671" w:rsidP="00A81648">
      <w:pPr>
        <w:pStyle w:val="ListParagraph"/>
        <w:rPr>
          <w:rFonts w:ascii="Arial" w:hAnsi="Arial" w:cs="Arial"/>
          <w:sz w:val="24"/>
          <w:szCs w:val="24"/>
          <w:lang w:val="en-GB"/>
        </w:rPr>
      </w:pPr>
    </w:p>
    <w:p w14:paraId="7FF5E865" w14:textId="77777777" w:rsidR="00281671" w:rsidRPr="002A2EE6" w:rsidRDefault="00281671" w:rsidP="00A81648">
      <w:pPr>
        <w:pStyle w:val="ListParagraph"/>
        <w:rPr>
          <w:rFonts w:ascii="Arial" w:hAnsi="Arial" w:cs="Arial"/>
          <w:sz w:val="24"/>
          <w:szCs w:val="24"/>
          <w:lang w:val="en-GB"/>
        </w:rPr>
      </w:pPr>
    </w:p>
    <w:p w14:paraId="1E1457B1" w14:textId="1AE43304" w:rsidR="00A81648" w:rsidRPr="002A2EE6" w:rsidRDefault="00A81648" w:rsidP="00A81648">
      <w:pPr>
        <w:pStyle w:val="ListParagraph"/>
        <w:rPr>
          <w:rFonts w:ascii="Arial" w:hAnsi="Arial" w:cs="Arial"/>
          <w:sz w:val="24"/>
          <w:szCs w:val="24"/>
          <w:lang w:val="en-GB"/>
        </w:rPr>
      </w:pPr>
    </w:p>
    <w:p w14:paraId="5ABC924B" w14:textId="7B3E8C11" w:rsidR="00A81648" w:rsidRPr="002A2EE6" w:rsidRDefault="00A81648" w:rsidP="00A81648">
      <w:pPr>
        <w:pStyle w:val="ListParagraph"/>
        <w:rPr>
          <w:rFonts w:ascii="Arial" w:hAnsi="Arial" w:cs="Arial"/>
          <w:sz w:val="24"/>
          <w:szCs w:val="24"/>
          <w:lang w:val="en-GB"/>
        </w:rPr>
      </w:pPr>
    </w:p>
    <w:p w14:paraId="6C6BDFA2" w14:textId="46CD6E73" w:rsidR="00A81648" w:rsidRPr="002A2EE6" w:rsidRDefault="00A81648" w:rsidP="00A81648">
      <w:pPr>
        <w:pStyle w:val="ListParagraph"/>
        <w:rPr>
          <w:rFonts w:ascii="Arial" w:hAnsi="Arial" w:cs="Arial"/>
          <w:sz w:val="24"/>
          <w:szCs w:val="24"/>
          <w:lang w:val="en-GB"/>
        </w:rPr>
      </w:pPr>
    </w:p>
    <w:p w14:paraId="22CF8B8F" w14:textId="529A0AB3" w:rsidR="00A81648" w:rsidRPr="002A2EE6" w:rsidRDefault="00A81648" w:rsidP="00A81648">
      <w:pPr>
        <w:pStyle w:val="ListParagraph"/>
        <w:rPr>
          <w:rFonts w:ascii="Arial" w:hAnsi="Arial" w:cs="Arial"/>
          <w:sz w:val="24"/>
          <w:szCs w:val="24"/>
          <w:lang w:val="en-GB"/>
        </w:rPr>
      </w:pPr>
    </w:p>
    <w:p w14:paraId="55D56A6D" w14:textId="5FE2E5A6" w:rsidR="00B50FCA" w:rsidRPr="002A2EE6" w:rsidRDefault="00B50FCA" w:rsidP="00A81648">
      <w:pPr>
        <w:pStyle w:val="ListParagraph"/>
        <w:rPr>
          <w:rFonts w:ascii="Arial" w:hAnsi="Arial" w:cs="Arial"/>
          <w:sz w:val="24"/>
          <w:szCs w:val="24"/>
          <w:lang w:val="en-GB"/>
        </w:rPr>
      </w:pPr>
    </w:p>
    <w:p w14:paraId="5663C640" w14:textId="7EFA0C1A" w:rsidR="00B50FCA" w:rsidRPr="002A2EE6" w:rsidRDefault="00B50FCA" w:rsidP="00A81648">
      <w:pPr>
        <w:pStyle w:val="ListParagraph"/>
        <w:rPr>
          <w:rFonts w:ascii="Arial" w:hAnsi="Arial" w:cs="Arial"/>
          <w:sz w:val="24"/>
          <w:szCs w:val="24"/>
          <w:lang w:val="en-GB"/>
        </w:rPr>
      </w:pPr>
    </w:p>
    <w:p w14:paraId="4FA53D1A" w14:textId="42F6F0D7" w:rsidR="00A81648" w:rsidRPr="002A2EE6" w:rsidRDefault="00A81648" w:rsidP="00A81648">
      <w:pPr>
        <w:pStyle w:val="ListParagraph"/>
        <w:rPr>
          <w:rFonts w:ascii="Arial" w:hAnsi="Arial" w:cs="Arial"/>
          <w:sz w:val="24"/>
          <w:szCs w:val="24"/>
          <w:lang w:val="en-GB"/>
        </w:rPr>
      </w:pPr>
    </w:p>
    <w:p w14:paraId="79B6D33F" w14:textId="77777777" w:rsidR="00281671" w:rsidRPr="002A2EE6" w:rsidRDefault="00281671" w:rsidP="00A81648">
      <w:pPr>
        <w:pStyle w:val="ListParagraph"/>
        <w:rPr>
          <w:rFonts w:ascii="Arial" w:hAnsi="Arial" w:cs="Arial"/>
          <w:sz w:val="24"/>
          <w:szCs w:val="24"/>
          <w:lang w:val="en-GB"/>
        </w:rPr>
      </w:pPr>
    </w:p>
    <w:p w14:paraId="3BFCF6CC" w14:textId="77777777" w:rsidR="00281671" w:rsidRPr="002A2EE6" w:rsidRDefault="00281671" w:rsidP="00A81648">
      <w:pPr>
        <w:pStyle w:val="ListParagraph"/>
        <w:rPr>
          <w:rFonts w:ascii="Arial" w:hAnsi="Arial" w:cs="Arial"/>
          <w:sz w:val="24"/>
          <w:szCs w:val="24"/>
          <w:lang w:val="en-GB"/>
        </w:rPr>
      </w:pPr>
    </w:p>
    <w:p w14:paraId="5261B1F2" w14:textId="77777777" w:rsidR="00281671" w:rsidRPr="002A2EE6" w:rsidRDefault="00281671" w:rsidP="00A81648">
      <w:pPr>
        <w:pStyle w:val="ListParagraph"/>
        <w:rPr>
          <w:rFonts w:ascii="Arial" w:hAnsi="Arial" w:cs="Arial"/>
          <w:sz w:val="24"/>
          <w:szCs w:val="24"/>
          <w:lang w:val="en-GB"/>
        </w:rPr>
      </w:pPr>
    </w:p>
    <w:p w14:paraId="26BE1C9C" w14:textId="77777777" w:rsidR="00281671" w:rsidRPr="002A2EE6" w:rsidRDefault="00281671" w:rsidP="00A81648">
      <w:pPr>
        <w:pStyle w:val="ListParagraph"/>
        <w:rPr>
          <w:rFonts w:ascii="Arial" w:hAnsi="Arial" w:cs="Arial"/>
          <w:sz w:val="24"/>
          <w:szCs w:val="24"/>
          <w:lang w:val="en-GB"/>
        </w:rPr>
      </w:pPr>
    </w:p>
    <w:p w14:paraId="00825087" w14:textId="77777777" w:rsidR="00281671" w:rsidRPr="002A2EE6" w:rsidRDefault="00281671" w:rsidP="00A81648">
      <w:pPr>
        <w:pStyle w:val="ListParagraph"/>
        <w:rPr>
          <w:rFonts w:ascii="Arial" w:hAnsi="Arial" w:cs="Arial"/>
          <w:sz w:val="24"/>
          <w:szCs w:val="24"/>
          <w:lang w:val="en-GB"/>
        </w:rPr>
      </w:pPr>
    </w:p>
    <w:p w14:paraId="139EE220" w14:textId="77777777" w:rsidR="00926D1D" w:rsidRDefault="00A81648">
      <w:pPr>
        <w:pStyle w:val="ListParagraph"/>
        <w:numPr>
          <w:ilvl w:val="0"/>
          <w:numId w:val="7"/>
        </w:numPr>
        <w:rPr>
          <w:rFonts w:ascii="Arial" w:hAnsi="Arial" w:cs="Arial"/>
          <w:sz w:val="24"/>
          <w:szCs w:val="24"/>
          <w:lang w:val="en-GB"/>
        </w:rPr>
      </w:pPr>
      <w:r w:rsidRPr="002A2EE6">
        <w:rPr>
          <w:rFonts w:ascii="Arial" w:hAnsi="Arial" w:cs="Arial"/>
          <w:sz w:val="24"/>
          <w:szCs w:val="24"/>
          <w:lang w:val="en-GB"/>
        </w:rPr>
        <w:t xml:space="preserve">Leave the Page by </w:t>
      </w:r>
      <w:r w:rsidR="007615E2" w:rsidRPr="002A2EE6">
        <w:rPr>
          <w:rFonts w:ascii="Arial" w:hAnsi="Arial" w:cs="Arial"/>
          <w:sz w:val="24"/>
          <w:szCs w:val="24"/>
          <w:lang w:val="en-GB"/>
        </w:rPr>
        <w:t xml:space="preserve">selecting </w:t>
      </w:r>
      <w:r w:rsidRPr="002A2EE6">
        <w:rPr>
          <w:rFonts w:ascii="Arial" w:hAnsi="Arial" w:cs="Arial"/>
          <w:b/>
          <w:bCs/>
          <w:sz w:val="24"/>
          <w:szCs w:val="24"/>
          <w:lang w:val="en-GB"/>
        </w:rPr>
        <w:t xml:space="preserve">Sign </w:t>
      </w:r>
      <w:r w:rsidR="00B50FCA" w:rsidRPr="002A2EE6">
        <w:rPr>
          <w:rFonts w:ascii="Arial" w:hAnsi="Arial" w:cs="Arial"/>
          <w:b/>
          <w:bCs/>
          <w:sz w:val="24"/>
          <w:szCs w:val="24"/>
          <w:lang w:val="en-GB"/>
        </w:rPr>
        <w:t>O</w:t>
      </w:r>
      <w:r w:rsidRPr="002A2EE6">
        <w:rPr>
          <w:rFonts w:ascii="Arial" w:hAnsi="Arial" w:cs="Arial"/>
          <w:b/>
          <w:bCs/>
          <w:sz w:val="24"/>
          <w:szCs w:val="24"/>
          <w:lang w:val="en-GB"/>
        </w:rPr>
        <w:t>ut</w:t>
      </w:r>
      <w:r w:rsidRPr="002A2EE6">
        <w:rPr>
          <w:rFonts w:ascii="Arial" w:hAnsi="Arial" w:cs="Arial"/>
          <w:sz w:val="24"/>
          <w:szCs w:val="24"/>
          <w:lang w:val="en-GB"/>
        </w:rPr>
        <w:t xml:space="preserve"> at the top right of the screen</w:t>
      </w:r>
      <w:r w:rsidR="007615E2" w:rsidRPr="002A2EE6">
        <w:rPr>
          <w:rFonts w:ascii="Arial" w:hAnsi="Arial" w:cs="Arial"/>
          <w:sz w:val="24"/>
          <w:szCs w:val="24"/>
          <w:lang w:val="en-GB"/>
        </w:rPr>
        <w:t>.</w:t>
      </w:r>
    </w:p>
    <w:p w14:paraId="5DED5473" w14:textId="77777777" w:rsidR="00926D1D" w:rsidRDefault="00926D1D" w:rsidP="00926D1D">
      <w:pPr>
        <w:pStyle w:val="ListParagraph"/>
        <w:rPr>
          <w:rFonts w:ascii="Arial" w:hAnsi="Arial" w:cs="Arial"/>
          <w:sz w:val="24"/>
          <w:szCs w:val="24"/>
          <w:lang w:val="en-GB"/>
        </w:rPr>
      </w:pPr>
    </w:p>
    <w:p w14:paraId="5509B786" w14:textId="77777777" w:rsidR="00926D1D" w:rsidRDefault="007615E2" w:rsidP="00926D1D">
      <w:pPr>
        <w:pStyle w:val="ListParagraph"/>
        <w:rPr>
          <w:rFonts w:ascii="Arial" w:hAnsi="Arial" w:cs="Arial"/>
          <w:b/>
          <w:bCs/>
          <w:sz w:val="24"/>
          <w:szCs w:val="24"/>
          <w:lang w:val="en-GB"/>
        </w:rPr>
      </w:pPr>
      <w:r w:rsidRPr="00926D1D">
        <w:rPr>
          <w:rFonts w:ascii="Arial" w:hAnsi="Arial" w:cs="Arial"/>
          <w:b/>
          <w:bCs/>
          <w:sz w:val="24"/>
          <w:szCs w:val="24"/>
          <w:lang w:val="en-GB"/>
        </w:rPr>
        <w:t xml:space="preserve">You are now setup with a NIDA account and should be able to access the </w:t>
      </w:r>
      <w:r w:rsidR="00A774A9" w:rsidRPr="00926D1D">
        <w:rPr>
          <w:rFonts w:ascii="Arial" w:hAnsi="Arial" w:cs="Arial"/>
          <w:b/>
          <w:bCs/>
          <w:sz w:val="24"/>
          <w:szCs w:val="24"/>
          <w:lang w:val="en-GB"/>
        </w:rPr>
        <w:t>Rural Needs</w:t>
      </w:r>
      <w:r w:rsidRPr="00926D1D">
        <w:rPr>
          <w:rFonts w:ascii="Arial" w:hAnsi="Arial" w:cs="Arial"/>
          <w:b/>
          <w:bCs/>
          <w:sz w:val="24"/>
          <w:szCs w:val="24"/>
          <w:lang w:val="en-GB"/>
        </w:rPr>
        <w:t xml:space="preserve"> submission page going forward.</w:t>
      </w:r>
    </w:p>
    <w:p w14:paraId="5631E1F1" w14:textId="77777777" w:rsidR="00926D1D" w:rsidRDefault="00926D1D" w:rsidP="00926D1D">
      <w:pPr>
        <w:pStyle w:val="ListParagraph"/>
        <w:rPr>
          <w:rFonts w:ascii="Arial" w:hAnsi="Arial" w:cs="Arial"/>
          <w:b/>
          <w:bCs/>
          <w:sz w:val="24"/>
          <w:szCs w:val="24"/>
          <w:lang w:val="en-GB"/>
        </w:rPr>
      </w:pPr>
    </w:p>
    <w:p w14:paraId="423B5E2B" w14:textId="77777777" w:rsidR="00926D1D" w:rsidRDefault="00A774A9" w:rsidP="00926D1D">
      <w:pPr>
        <w:pStyle w:val="ListParagraph"/>
        <w:rPr>
          <w:rFonts w:ascii="Arial" w:hAnsi="Arial" w:cs="Arial"/>
          <w:sz w:val="24"/>
          <w:szCs w:val="24"/>
          <w:lang w:val="en-GB"/>
        </w:rPr>
      </w:pPr>
      <w:r w:rsidRPr="002A2EE6">
        <w:rPr>
          <w:rFonts w:ascii="Arial" w:hAnsi="Arial" w:cs="Arial"/>
          <w:sz w:val="24"/>
          <w:szCs w:val="24"/>
          <w:lang w:val="en-GB"/>
        </w:rPr>
        <w:t xml:space="preserve">If you experience any issues while setting up your account, please contact </w:t>
      </w:r>
      <w:r w:rsidR="00890772" w:rsidRPr="002A2EE6">
        <w:rPr>
          <w:rFonts w:ascii="Arial" w:hAnsi="Arial" w:cs="Arial"/>
          <w:sz w:val="24"/>
          <w:szCs w:val="24"/>
          <w:lang w:val="en-GB"/>
        </w:rPr>
        <w:t xml:space="preserve">NI </w:t>
      </w:r>
      <w:r w:rsidRPr="002A2EE6">
        <w:rPr>
          <w:rFonts w:ascii="Arial" w:hAnsi="Arial" w:cs="Arial"/>
          <w:sz w:val="24"/>
          <w:szCs w:val="24"/>
          <w:lang w:val="en-GB"/>
        </w:rPr>
        <w:t>Direct:</w:t>
      </w:r>
    </w:p>
    <w:p w14:paraId="45CCA776" w14:textId="77777777" w:rsidR="00926D1D" w:rsidRDefault="00926D1D" w:rsidP="00926D1D">
      <w:pPr>
        <w:pStyle w:val="ListParagraph"/>
        <w:rPr>
          <w:rFonts w:ascii="Arial" w:hAnsi="Arial" w:cs="Arial"/>
          <w:sz w:val="24"/>
          <w:szCs w:val="24"/>
          <w:lang w:val="en-GB"/>
        </w:rPr>
      </w:pPr>
    </w:p>
    <w:p w14:paraId="5C0EC8BD" w14:textId="7A9874FA" w:rsidR="00A774A9" w:rsidRPr="002A2EE6" w:rsidRDefault="00A774A9" w:rsidP="00926D1D">
      <w:pPr>
        <w:pStyle w:val="ListParagraph"/>
        <w:rPr>
          <w:rFonts w:ascii="Arial" w:hAnsi="Arial" w:cs="Arial"/>
          <w:sz w:val="24"/>
          <w:szCs w:val="24"/>
          <w:lang w:val="en-GB"/>
        </w:rPr>
      </w:pPr>
      <w:r w:rsidRPr="002A2EE6">
        <w:rPr>
          <w:rFonts w:ascii="Arial" w:hAnsi="Arial" w:cs="Arial"/>
          <w:b/>
          <w:bCs/>
          <w:sz w:val="24"/>
          <w:szCs w:val="24"/>
          <w:lang w:val="en-GB"/>
        </w:rPr>
        <w:t>Telephone:</w:t>
      </w:r>
      <w:r w:rsidRPr="002A2EE6">
        <w:rPr>
          <w:rFonts w:ascii="Arial" w:hAnsi="Arial" w:cs="Arial"/>
          <w:sz w:val="24"/>
          <w:szCs w:val="24"/>
          <w:lang w:val="en-GB"/>
        </w:rPr>
        <w:t xml:space="preserve"> 0300 200 7868</w:t>
      </w:r>
      <w:r w:rsidRPr="002A2EE6">
        <w:rPr>
          <w:rFonts w:ascii="Arial" w:hAnsi="Arial" w:cs="Arial"/>
          <w:sz w:val="24"/>
          <w:szCs w:val="24"/>
          <w:lang w:val="en-GB"/>
        </w:rPr>
        <w:br/>
      </w:r>
      <w:r w:rsidRPr="002A2EE6">
        <w:rPr>
          <w:rFonts w:ascii="Arial" w:hAnsi="Arial" w:cs="Arial"/>
          <w:b/>
          <w:bCs/>
          <w:sz w:val="24"/>
          <w:szCs w:val="24"/>
          <w:lang w:val="en-GB"/>
        </w:rPr>
        <w:t>Email:</w:t>
      </w:r>
      <w:r w:rsidRPr="002A2EE6">
        <w:rPr>
          <w:rFonts w:ascii="Arial" w:hAnsi="Arial" w:cs="Arial"/>
          <w:sz w:val="24"/>
          <w:szCs w:val="24"/>
          <w:lang w:val="en-GB"/>
        </w:rPr>
        <w:t xml:space="preserve"> </w:t>
      </w:r>
      <w:hyperlink r:id="rId40" w:history="1">
        <w:r w:rsidRPr="002A2EE6">
          <w:rPr>
            <w:rStyle w:val="Hyperlink"/>
            <w:rFonts w:ascii="Arial" w:hAnsi="Arial" w:cs="Arial"/>
            <w:sz w:val="24"/>
            <w:szCs w:val="24"/>
            <w:lang w:val="en-GB"/>
          </w:rPr>
          <w:t>nida@nidirect.gov.uk</w:t>
        </w:r>
      </w:hyperlink>
    </w:p>
    <w:p w14:paraId="7DD317D9" w14:textId="77777777" w:rsidR="007615E2" w:rsidRPr="002A2EE6" w:rsidRDefault="007615E2" w:rsidP="00A81648">
      <w:pPr>
        <w:rPr>
          <w:rFonts w:ascii="Arial" w:hAnsi="Arial" w:cs="Arial"/>
          <w:sz w:val="24"/>
          <w:szCs w:val="24"/>
          <w:lang w:val="en-GB"/>
        </w:rPr>
      </w:pPr>
    </w:p>
    <w:p w14:paraId="0B4E544F" w14:textId="77777777" w:rsidR="00CE564D" w:rsidRPr="002A2EE6" w:rsidRDefault="00CE564D" w:rsidP="008E12DD">
      <w:pPr>
        <w:jc w:val="center"/>
        <w:rPr>
          <w:rFonts w:ascii="Arial" w:hAnsi="Arial" w:cs="Arial"/>
          <w:sz w:val="24"/>
          <w:szCs w:val="24"/>
          <w:lang w:val="en-GB"/>
        </w:rPr>
      </w:pPr>
    </w:p>
    <w:p w14:paraId="7B2281CE" w14:textId="4A549C9C" w:rsidR="00CE564D" w:rsidRPr="0088302B" w:rsidRDefault="008E12DD" w:rsidP="00926D1D">
      <w:pPr>
        <w:jc w:val="center"/>
        <w:rPr>
          <w:rFonts w:ascii="Arial" w:hAnsi="Arial" w:cs="Arial"/>
          <w:b/>
          <w:bCs/>
          <w:color w:val="A20000"/>
          <w:sz w:val="24"/>
          <w:szCs w:val="24"/>
          <w:lang w:val="en-GB"/>
        </w:rPr>
      </w:pPr>
      <w:r w:rsidRPr="0088302B">
        <w:rPr>
          <w:rFonts w:ascii="Arial" w:hAnsi="Arial" w:cs="Arial"/>
          <w:b/>
          <w:bCs/>
          <w:color w:val="A20000"/>
          <w:sz w:val="24"/>
          <w:szCs w:val="24"/>
          <w:lang w:val="en-GB"/>
        </w:rPr>
        <w:t>To setup a Government Gateway account, please see next page, otherwise pleas</w:t>
      </w:r>
      <w:r w:rsidR="00963994" w:rsidRPr="0088302B">
        <w:rPr>
          <w:rFonts w:ascii="Arial" w:hAnsi="Arial" w:cs="Arial"/>
          <w:b/>
          <w:bCs/>
          <w:color w:val="A20000"/>
          <w:sz w:val="24"/>
          <w:szCs w:val="24"/>
          <w:lang w:val="en-GB"/>
        </w:rPr>
        <w:t xml:space="preserve">e advance to </w:t>
      </w:r>
      <w:hyperlink w:anchor="AccessingthePublicAuthorityPortal" w:history="1">
        <w:r w:rsidR="00963994" w:rsidRPr="00D82BB0">
          <w:rPr>
            <w:rStyle w:val="Hyperlink"/>
            <w:rFonts w:ascii="Arial" w:hAnsi="Arial" w:cs="Arial"/>
            <w:b/>
            <w:bCs/>
            <w:sz w:val="24"/>
            <w:szCs w:val="24"/>
            <w:u w:val="none"/>
            <w:lang w:val="en-GB"/>
          </w:rPr>
          <w:t>Page 14</w:t>
        </w:r>
      </w:hyperlink>
      <w:r w:rsidR="00963994" w:rsidRPr="0088302B">
        <w:rPr>
          <w:rFonts w:ascii="Arial" w:hAnsi="Arial" w:cs="Arial"/>
          <w:b/>
          <w:bCs/>
          <w:color w:val="A20000"/>
          <w:sz w:val="24"/>
          <w:szCs w:val="24"/>
          <w:lang w:val="en-GB"/>
        </w:rPr>
        <w:t xml:space="preserve"> to continue with accessing the system</w:t>
      </w:r>
    </w:p>
    <w:p w14:paraId="5637CDF5" w14:textId="77777777" w:rsidR="00F00AB5" w:rsidRPr="00684C6D" w:rsidRDefault="00F00AB5" w:rsidP="00A81648">
      <w:pPr>
        <w:rPr>
          <w:rFonts w:ascii="Arial" w:hAnsi="Arial" w:cs="Arial"/>
          <w:lang w:val="en-GB"/>
        </w:rPr>
      </w:pPr>
    </w:p>
    <w:p w14:paraId="7690229F" w14:textId="77777777" w:rsidR="00BA66FB" w:rsidRDefault="00BA66FB" w:rsidP="00684C6D">
      <w:pPr>
        <w:pStyle w:val="DAERAHeading"/>
        <w:jc w:val="left"/>
        <w:rPr>
          <w:color w:val="002060"/>
          <w:sz w:val="28"/>
          <w:szCs w:val="28"/>
          <w:lang w:val="en-GB"/>
        </w:rPr>
      </w:pPr>
      <w:bookmarkStart w:id="9" w:name="GovernmentGatewayAccountSetup"/>
    </w:p>
    <w:p w14:paraId="1DB322F8" w14:textId="1C0E95A9" w:rsidR="008D5958" w:rsidRPr="002123D1" w:rsidRDefault="008D5958" w:rsidP="00684C6D">
      <w:pPr>
        <w:pStyle w:val="DAERAHeading"/>
        <w:jc w:val="left"/>
        <w:rPr>
          <w:color w:val="002060"/>
          <w:sz w:val="28"/>
          <w:szCs w:val="28"/>
          <w:lang w:val="en-GB"/>
        </w:rPr>
      </w:pPr>
      <w:r w:rsidRPr="002123D1">
        <w:rPr>
          <w:color w:val="002060"/>
          <w:sz w:val="28"/>
          <w:szCs w:val="28"/>
          <w:lang w:val="en-GB"/>
        </w:rPr>
        <w:t>Government Gateway</w:t>
      </w:r>
      <w:r w:rsidR="00A80B42" w:rsidRPr="002123D1">
        <w:rPr>
          <w:color w:val="002060"/>
          <w:sz w:val="28"/>
          <w:szCs w:val="28"/>
          <w:lang w:val="en-GB"/>
        </w:rPr>
        <w:t xml:space="preserve"> (GG)</w:t>
      </w:r>
      <w:r w:rsidRPr="002123D1">
        <w:rPr>
          <w:color w:val="002060"/>
          <w:sz w:val="28"/>
          <w:szCs w:val="28"/>
          <w:lang w:val="en-GB"/>
        </w:rPr>
        <w:t xml:space="preserve"> </w:t>
      </w:r>
      <w:r w:rsidR="00A80B42" w:rsidRPr="002123D1">
        <w:rPr>
          <w:color w:val="002060"/>
          <w:sz w:val="28"/>
          <w:szCs w:val="28"/>
          <w:lang w:val="en-GB"/>
        </w:rPr>
        <w:t>A</w:t>
      </w:r>
      <w:r w:rsidRPr="002123D1">
        <w:rPr>
          <w:color w:val="002060"/>
          <w:sz w:val="28"/>
          <w:szCs w:val="28"/>
          <w:lang w:val="en-GB"/>
        </w:rPr>
        <w:t>ccount</w:t>
      </w:r>
      <w:r w:rsidR="00CE564D" w:rsidRPr="002123D1">
        <w:rPr>
          <w:color w:val="002060"/>
          <w:sz w:val="28"/>
          <w:szCs w:val="28"/>
          <w:lang w:val="en-GB"/>
        </w:rPr>
        <w:t xml:space="preserve"> </w:t>
      </w:r>
      <w:r w:rsidR="00A80B42" w:rsidRPr="002123D1">
        <w:rPr>
          <w:color w:val="002060"/>
          <w:sz w:val="28"/>
          <w:szCs w:val="28"/>
          <w:lang w:val="en-GB"/>
        </w:rPr>
        <w:t>Setup</w:t>
      </w:r>
    </w:p>
    <w:bookmarkEnd w:id="9"/>
    <w:p w14:paraId="1211E1BC" w14:textId="49319D83" w:rsidR="00684C6D" w:rsidRPr="00684C6D" w:rsidRDefault="00684C6D" w:rsidP="008D5958">
      <w:pPr>
        <w:rPr>
          <w:rFonts w:ascii="Arial" w:hAnsi="Arial" w:cs="Arial"/>
          <w:b/>
          <w:bCs/>
          <w:color w:val="002060"/>
          <w:sz w:val="28"/>
          <w:szCs w:val="28"/>
          <w:lang w:val="en-GB"/>
        </w:rPr>
      </w:pPr>
      <w:r w:rsidRPr="00684C6D">
        <w:rPr>
          <w:rFonts w:ascii="Arial" w:hAnsi="Arial" w:cs="Arial"/>
          <w:b/>
          <w:bCs/>
          <w:noProof/>
          <w:color w:val="002060"/>
          <w:sz w:val="28"/>
          <w:szCs w:val="28"/>
        </w:rPr>
        <w:lastRenderedPageBreak/>
        <w:drawing>
          <wp:anchor distT="0" distB="0" distL="114300" distR="114300" simplePos="0" relativeHeight="251715072" behindDoc="0" locked="0" layoutInCell="1" allowOverlap="1" wp14:anchorId="0F150D99" wp14:editId="6B5ABF2B">
            <wp:simplePos x="0" y="0"/>
            <wp:positionH relativeFrom="margin">
              <wp:posOffset>3946888</wp:posOffset>
            </wp:positionH>
            <wp:positionV relativeFrom="paragraph">
              <wp:posOffset>88265</wp:posOffset>
            </wp:positionV>
            <wp:extent cx="2209800" cy="1450975"/>
            <wp:effectExtent l="0" t="0" r="0" b="0"/>
            <wp:wrapSquare wrapText="bothSides"/>
            <wp:docPr id="800968697" name="Picture 1" descr="Access page showing two service options, ‘nidirect government services’ and ‘Government Gateway’, with notices displayed to the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968697" name="Picture 1" descr="Access page showing two service options, ‘nidirect government services’ and ‘Government Gateway’, with notices displayed to the right."/>
                    <pic:cNvPicPr/>
                  </pic:nvPicPr>
                  <pic:blipFill>
                    <a:blip r:embed="rId12"/>
                    <a:stretch>
                      <a:fillRect/>
                    </a:stretch>
                  </pic:blipFill>
                  <pic:spPr>
                    <a:xfrm>
                      <a:off x="0" y="0"/>
                      <a:ext cx="2209800" cy="1450975"/>
                    </a:xfrm>
                    <a:prstGeom prst="rect">
                      <a:avLst/>
                    </a:prstGeom>
                  </pic:spPr>
                </pic:pic>
              </a:graphicData>
            </a:graphic>
            <wp14:sizeRelH relativeFrom="margin">
              <wp14:pctWidth>0</wp14:pctWidth>
            </wp14:sizeRelH>
            <wp14:sizeRelV relativeFrom="margin">
              <wp14:pctHeight>0</wp14:pctHeight>
            </wp14:sizeRelV>
          </wp:anchor>
        </w:drawing>
      </w:r>
    </w:p>
    <w:p w14:paraId="7C513FCF" w14:textId="6A094476" w:rsidR="008D5958" w:rsidRPr="00684C6D" w:rsidRDefault="008D5958" w:rsidP="008D5958">
      <w:pPr>
        <w:rPr>
          <w:rFonts w:ascii="Arial" w:hAnsi="Arial" w:cs="Arial"/>
          <w:lang w:val="en-GB"/>
        </w:rPr>
      </w:pPr>
    </w:p>
    <w:p w14:paraId="5409DF7C" w14:textId="36B8A7EF" w:rsidR="008D5958" w:rsidRPr="00935194" w:rsidRDefault="00117EA6">
      <w:pPr>
        <w:numPr>
          <w:ilvl w:val="0"/>
          <w:numId w:val="8"/>
        </w:numPr>
        <w:rPr>
          <w:rFonts w:ascii="Arial" w:hAnsi="Arial" w:cs="Arial"/>
          <w:sz w:val="24"/>
          <w:szCs w:val="24"/>
          <w:lang w:val="en-GB"/>
        </w:rPr>
      </w:pPr>
      <w:r w:rsidRPr="00935194">
        <w:rPr>
          <w:rFonts w:ascii="Arial" w:hAnsi="Arial" w:cs="Arial"/>
          <w:noProof/>
          <w:sz w:val="24"/>
          <w:szCs w:val="24"/>
          <w:lang w:val="en-GB"/>
        </w:rPr>
        <mc:AlternateContent>
          <mc:Choice Requires="wps">
            <w:drawing>
              <wp:anchor distT="0" distB="0" distL="114300" distR="114300" simplePos="0" relativeHeight="251716096" behindDoc="0" locked="0" layoutInCell="1" allowOverlap="1" wp14:anchorId="7CFB82FC" wp14:editId="44F20560">
                <wp:simplePos x="0" y="0"/>
                <wp:positionH relativeFrom="column">
                  <wp:posOffset>3543300</wp:posOffset>
                </wp:positionH>
                <wp:positionV relativeFrom="paragraph">
                  <wp:posOffset>222160</wp:posOffset>
                </wp:positionV>
                <wp:extent cx="1170214" cy="190500"/>
                <wp:effectExtent l="38100" t="38100" r="68580" b="114300"/>
                <wp:wrapNone/>
                <wp:docPr id="2103345867" name="Straight Arrow Connector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170214" cy="190500"/>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E9FF131" id="Straight Arrow Connector 6" o:spid="_x0000_s1026" type="#_x0000_t32" alt="&quot;&quot;" style="position:absolute;margin-left:279pt;margin-top:17.5pt;width:92.15pt;height:15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Ba9wQEAANADAAAOAAAAZHJzL2Uyb0RvYy54bWysU9uO0zAQfUfiHyy/0yQV16jpPnSBFwQr&#10;Fj7A64wTS77JHprk7xm7bYoAsdKKl4kvc+acOZ7sbmZr2BFi0t51vNnUnIGTvtdu6Pj3bx9evOUs&#10;oXC9MN5BxxdI/Gb//NluCi1s/ehND5FREZfaKXR8RAxtVSU5ghVp4wM4ulQ+WoG0jUPVRzFRdWuq&#10;bV2/riYf+xC9hJTo9PZ0yfelvlIg8YtSCZCZjpM2LDGW+JBjtd+JdogijFqeZYgnqLBCOyJdS90K&#10;FOxH1H+UslpGn7zCjfS28kppCaUH6qapf+vmfhQBSi9kTgqrTen/lZWfjwd3F8mGKaQ2hbuYu5hV&#10;tPlL+thczFpWs2BGJumwad7U2+YlZ5Lumnf1q7q4WV3RISb8CN6yvOh4wij0MOLBO0fv4mNTHBPH&#10;TwmJn4AXQKY2LkcU2rx3PcMl0PBg1MINBvKrUXpOqa6yywoXAyf4V1BM9yR0W2jKRMHBRHYUNAtC&#10;SnDYrJUoO8OUNmYF1o8Dz/kZCmXaVvCpuX+yrojC7B2uYKudj39jx/kiWZ3yLw6c+s4WPPh+KQ9a&#10;rKGxKV6dRzzP5a/7Ar/+iPufAAAA//8DAFBLAwQUAAYACAAAACEAJhtFwtwAAAAJAQAADwAAAGRy&#10;cy9kb3ducmV2LnhtbEyPyW7DMAxE7wX6DwIL9NbIWewGjuWgKJB7s/TOWPKCWJQhyY7z92VP7Ykg&#10;ZzB8U+xn24vJ+NA5UrBcJCAMVU531Ci4nA9vWxAhImnsHRkFDxNgXz4/FZhrd6ejmU6xERxCIUcF&#10;bYxDLmWoWmMxLNxgiLXaeYuRV99I7fHO4baXqyTJpMWO+EOLg/lsTXU7jVbB16GaslCPx3Od+cf3&#10;uEG8zajU68v8sQMRzRz/zPCLz+hQMtPVjaSD6BWk6Za7RAXrlCcb3jerNYirgowPsizk/wblDwAA&#10;AP//AwBQSwECLQAUAAYACAAAACEAtoM4kv4AAADhAQAAEwAAAAAAAAAAAAAAAAAAAAAAW0NvbnRl&#10;bnRfVHlwZXNdLnhtbFBLAQItABQABgAIAAAAIQA4/SH/1gAAAJQBAAALAAAAAAAAAAAAAAAAAC8B&#10;AABfcmVscy8ucmVsc1BLAQItABQABgAIAAAAIQCENBa9wQEAANADAAAOAAAAAAAAAAAAAAAAAC4C&#10;AABkcnMvZTJvRG9jLnhtbFBLAQItABQABgAIAAAAIQAmG0XC3AAAAAkBAAAPAAAAAAAAAAAAAAAA&#10;ABsEAABkcnMvZG93bnJldi54bWxQSwUGAAAAAAQABADzAAAAJAUAAAAA&#10;" strokecolor="#4f81bd [3204]" strokeweight="2pt">
                <v:stroke endarrow="block"/>
                <v:shadow on="t" color="black" opacity="24903f" origin=",.5" offset="0,.55556mm"/>
              </v:shape>
            </w:pict>
          </mc:Fallback>
        </mc:AlternateContent>
      </w:r>
      <w:r w:rsidR="008D5958" w:rsidRPr="00935194">
        <w:rPr>
          <w:rFonts w:ascii="Arial" w:hAnsi="Arial" w:cs="Arial"/>
          <w:sz w:val="24"/>
          <w:szCs w:val="24"/>
          <w:lang w:val="en-GB"/>
        </w:rPr>
        <w:t>Select</w:t>
      </w:r>
      <w:r w:rsidR="008D5958" w:rsidRPr="00935194">
        <w:rPr>
          <w:rFonts w:ascii="Arial" w:hAnsi="Arial" w:cs="Arial"/>
          <w:b/>
          <w:bCs/>
          <w:i/>
          <w:iCs/>
          <w:sz w:val="24"/>
          <w:szCs w:val="24"/>
          <w:lang w:val="en-GB"/>
        </w:rPr>
        <w:t xml:space="preserve"> </w:t>
      </w:r>
      <w:r w:rsidR="008D5958" w:rsidRPr="00D82BB0">
        <w:rPr>
          <w:rFonts w:ascii="Arial" w:hAnsi="Arial" w:cs="Arial"/>
          <w:b/>
          <w:bCs/>
          <w:sz w:val="24"/>
          <w:szCs w:val="24"/>
          <w:lang w:val="en-GB"/>
        </w:rPr>
        <w:t>Government Gateway</w:t>
      </w:r>
      <w:r w:rsidR="008D5958" w:rsidRPr="00935194">
        <w:rPr>
          <w:rFonts w:ascii="Arial" w:hAnsi="Arial" w:cs="Arial"/>
          <w:sz w:val="24"/>
          <w:szCs w:val="24"/>
          <w:lang w:val="en-GB"/>
        </w:rPr>
        <w:t xml:space="preserve"> on the access page.</w:t>
      </w:r>
      <w:r w:rsidRPr="00935194">
        <w:rPr>
          <w:rFonts w:ascii="Arial" w:hAnsi="Arial" w:cs="Arial"/>
          <w:noProof/>
          <w:sz w:val="24"/>
          <w:szCs w:val="24"/>
        </w:rPr>
        <w:t xml:space="preserve"> </w:t>
      </w:r>
    </w:p>
    <w:p w14:paraId="280C59E4" w14:textId="6D4B3A9B" w:rsidR="00117EA6" w:rsidRPr="00935194" w:rsidRDefault="00117EA6" w:rsidP="00117EA6">
      <w:pPr>
        <w:ind w:left="720"/>
        <w:rPr>
          <w:rFonts w:ascii="Arial" w:hAnsi="Arial" w:cs="Arial"/>
          <w:sz w:val="24"/>
          <w:szCs w:val="24"/>
          <w:lang w:val="en-GB"/>
        </w:rPr>
      </w:pPr>
    </w:p>
    <w:p w14:paraId="56645AB9" w14:textId="746DC24B" w:rsidR="00117EA6" w:rsidRPr="00935194" w:rsidRDefault="00CE0025">
      <w:pPr>
        <w:pStyle w:val="ListParagraph"/>
        <w:numPr>
          <w:ilvl w:val="0"/>
          <w:numId w:val="8"/>
        </w:numPr>
        <w:rPr>
          <w:rFonts w:ascii="Arial" w:hAnsi="Arial" w:cs="Arial"/>
          <w:sz w:val="24"/>
          <w:szCs w:val="24"/>
          <w:lang w:val="en-GB"/>
        </w:rPr>
      </w:pPr>
      <w:r w:rsidRPr="00935194">
        <w:rPr>
          <w:rFonts w:ascii="Arial" w:hAnsi="Arial" w:cs="Arial"/>
          <w:noProof/>
          <w:sz w:val="24"/>
          <w:szCs w:val="24"/>
          <w:lang w:val="en-GB"/>
        </w:rPr>
        <mc:AlternateContent>
          <mc:Choice Requires="wps">
            <w:drawing>
              <wp:anchor distT="0" distB="0" distL="114300" distR="114300" simplePos="0" relativeHeight="251719168" behindDoc="0" locked="0" layoutInCell="1" allowOverlap="1" wp14:anchorId="0618188D" wp14:editId="1364D547">
                <wp:simplePos x="0" y="0"/>
                <wp:positionH relativeFrom="column">
                  <wp:posOffset>1955800</wp:posOffset>
                </wp:positionH>
                <wp:positionV relativeFrom="paragraph">
                  <wp:posOffset>250825</wp:posOffset>
                </wp:positionV>
                <wp:extent cx="806450" cy="1123950"/>
                <wp:effectExtent l="57150" t="19050" r="69850" b="95250"/>
                <wp:wrapNone/>
                <wp:docPr id="1017162795" name="Straight Arrow Connector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806450" cy="1123950"/>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41C9728" id="Straight Arrow Connector 6" o:spid="_x0000_s1026" type="#_x0000_t32" alt="&quot;&quot;" style="position:absolute;margin-left:154pt;margin-top:19.75pt;width:63.5pt;height:88.5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EHTvwEAANADAAAOAAAAZHJzL2Uyb0RvYy54bWysU9uO0zAQfUfiHyy/0yQFVkvUdB+6wAuC&#10;FQsf4HXGiSXfZA9t8veMnTZFgEBCvEx8mXNm5vhkdzdZw44Qk/au482m5gyc9L12Q8e/fnn34paz&#10;hML1wngHHZ8h8bv982e7U2hh60dveoiMSFxqT6HjI2JoqyrJEaxIGx/A0aXy0QqkbRyqPooTsVtT&#10;bev6pjr52IfoJaREp/fLJd8XfqVA4ielEiAzHafesMRY4lOO1X4n2iGKMGp5bkP8QxdWaEdFV6p7&#10;gYJ9i/oXKqtl9Mkr3EhvK6+UllBmoGma+qdpHkcRoMxC4qSwypT+H638eDy4h0gynEJqU3iIeYpJ&#10;RZu/1B+biljzKhZMyCQd3tY3r16TpJKummb78g1tiKa6okNM+B68ZXnR8YRR6GHEg3eO3sXHpigm&#10;jh8SLsALIJc2LkcU2rx1PcM5kHkwauEGA+c6OaW6tl1WOBtY4J9BMd1To9tSpjgKDiayoyAvCCnB&#10;YbMyUXaGKW3MCqz/DjznZygUt63gZbg/Vl0RpbJ3uIKtdj7+rjpOl5bVkn9RYJk7S/Dk+7k8aJGG&#10;bFPe5Gzx7Msf9wV+/RH33wEAAP//AwBQSwMEFAAGAAgAAAAhAGQn6fDdAAAACgEAAA8AAABkcnMv&#10;ZG93bnJldi54bWxMjztvwzAMhPcC+Q8CA3Rr5DxspK7loCiQvUnanbHoB2JJhiQ7zr8vO7UbyTsc&#10;vysOs+nFRD50zipYrxIQZCunO9so+LocX/YgQkSrsXeWFDwowKFcPBWYa3e3J5rOsREcYkOOCtoY&#10;h1zKULVkMKzcQJa12nmDkVffSO3xzuGml5skyaTBzvKHFgf6aKm6nUej4PNYTVmox9Olzvzje9wh&#10;3mZU6nk5v7+BiDTHPzP84jM6lMx0daPVQfQKtsmeu0QeXlMQbNhtUz5cFWzWWQqyLOT/CuUPAAAA&#10;//8DAFBLAQItABQABgAIAAAAIQC2gziS/gAAAOEBAAATAAAAAAAAAAAAAAAAAAAAAABbQ29udGVu&#10;dF9UeXBlc10ueG1sUEsBAi0AFAAGAAgAAAAhADj9If/WAAAAlAEAAAsAAAAAAAAAAAAAAAAALwEA&#10;AF9yZWxzLy5yZWxzUEsBAi0AFAAGAAgAAAAhAMIAQdO/AQAA0AMAAA4AAAAAAAAAAAAAAAAALgIA&#10;AGRycy9lMm9Eb2MueG1sUEsBAi0AFAAGAAgAAAAhAGQn6fDdAAAACgEAAA8AAAAAAAAAAAAAAAAA&#10;GQQAAGRycy9kb3ducmV2LnhtbFBLBQYAAAAABAAEAPMAAAAjBQAAAAA=&#10;" strokecolor="#4f81bd [3204]" strokeweight="2pt">
                <v:stroke endarrow="block"/>
                <v:shadow on="t" color="black" opacity="24903f" origin=",.5" offset="0,.55556mm"/>
              </v:shape>
            </w:pict>
          </mc:Fallback>
        </mc:AlternateContent>
      </w:r>
      <w:r w:rsidRPr="00935194">
        <w:rPr>
          <w:rFonts w:ascii="Arial" w:hAnsi="Arial" w:cs="Arial"/>
          <w:i/>
          <w:iCs/>
          <w:noProof/>
          <w:sz w:val="24"/>
          <w:szCs w:val="24"/>
          <w:lang w:val="en-GB"/>
        </w:rPr>
        <w:drawing>
          <wp:anchor distT="0" distB="0" distL="114300" distR="114300" simplePos="0" relativeHeight="251717120" behindDoc="0" locked="0" layoutInCell="1" allowOverlap="1" wp14:anchorId="2E1AAE45" wp14:editId="543A50EE">
            <wp:simplePos x="0" y="0"/>
            <wp:positionH relativeFrom="margin">
              <wp:posOffset>2800985</wp:posOffset>
            </wp:positionH>
            <wp:positionV relativeFrom="paragraph">
              <wp:posOffset>70485</wp:posOffset>
            </wp:positionV>
            <wp:extent cx="1640840" cy="1691640"/>
            <wp:effectExtent l="0" t="0" r="0" b="3810"/>
            <wp:wrapSquare wrapText="bothSides"/>
            <wp:docPr id="827577296" name="Picture 1" descr="Government Gateway sign‑in page with fields for user ID and password, a ‘Sign in’ button, and a link for creating sign‑in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7577296" name="Picture 1" descr="Government Gateway sign‑in page with fields for user ID and password, a ‘Sign in’ button, and a link for creating sign‑in details."/>
                    <pic:cNvPicPr/>
                  </pic:nvPicPr>
                  <pic:blipFill>
                    <a:blip r:embed="rId41"/>
                    <a:stretch>
                      <a:fillRect/>
                    </a:stretch>
                  </pic:blipFill>
                  <pic:spPr>
                    <a:xfrm>
                      <a:off x="0" y="0"/>
                      <a:ext cx="1640840" cy="1691640"/>
                    </a:xfrm>
                    <a:prstGeom prst="rect">
                      <a:avLst/>
                    </a:prstGeom>
                  </pic:spPr>
                </pic:pic>
              </a:graphicData>
            </a:graphic>
            <wp14:sizeRelH relativeFrom="margin">
              <wp14:pctWidth>0</wp14:pctWidth>
            </wp14:sizeRelH>
            <wp14:sizeRelV relativeFrom="margin">
              <wp14:pctHeight>0</wp14:pctHeight>
            </wp14:sizeRelV>
          </wp:anchor>
        </w:drawing>
      </w:r>
      <w:r w:rsidR="00117EA6" w:rsidRPr="00935194">
        <w:rPr>
          <w:rFonts w:ascii="Arial" w:hAnsi="Arial" w:cs="Arial"/>
          <w:sz w:val="24"/>
          <w:szCs w:val="24"/>
          <w:lang w:val="en-GB"/>
        </w:rPr>
        <w:t xml:space="preserve">Select </w:t>
      </w:r>
      <w:r w:rsidR="00117EA6" w:rsidRPr="00D82BB0">
        <w:rPr>
          <w:rFonts w:ascii="Arial" w:hAnsi="Arial" w:cs="Arial"/>
          <w:b/>
          <w:bCs/>
          <w:sz w:val="24"/>
          <w:szCs w:val="24"/>
          <w:lang w:val="en-GB"/>
        </w:rPr>
        <w:t>Create Sign in details</w:t>
      </w:r>
      <w:r w:rsidR="009C3D90" w:rsidRPr="00935194">
        <w:rPr>
          <w:rFonts w:ascii="Arial" w:hAnsi="Arial" w:cs="Arial"/>
          <w:i/>
          <w:iCs/>
          <w:sz w:val="24"/>
          <w:szCs w:val="24"/>
          <w:lang w:val="en-GB"/>
        </w:rPr>
        <w:t>.</w:t>
      </w:r>
    </w:p>
    <w:p w14:paraId="6B091480" w14:textId="46382EF2" w:rsidR="00117EA6" w:rsidRPr="00935194" w:rsidRDefault="00117EA6" w:rsidP="00117EA6">
      <w:pPr>
        <w:rPr>
          <w:rFonts w:ascii="Arial" w:hAnsi="Arial" w:cs="Arial"/>
          <w:sz w:val="24"/>
          <w:szCs w:val="24"/>
          <w:lang w:val="en-GB"/>
        </w:rPr>
      </w:pPr>
    </w:p>
    <w:p w14:paraId="0B86913B" w14:textId="7D986E80" w:rsidR="00117EA6" w:rsidRPr="00935194" w:rsidRDefault="00117EA6" w:rsidP="00117EA6">
      <w:pPr>
        <w:rPr>
          <w:rFonts w:ascii="Arial" w:hAnsi="Arial" w:cs="Arial"/>
          <w:sz w:val="24"/>
          <w:szCs w:val="24"/>
          <w:lang w:val="en-GB"/>
        </w:rPr>
      </w:pPr>
    </w:p>
    <w:p w14:paraId="3722CF1D" w14:textId="46A9D0EA" w:rsidR="00117EA6" w:rsidRPr="00935194" w:rsidRDefault="00117EA6" w:rsidP="00117EA6">
      <w:pPr>
        <w:rPr>
          <w:rFonts w:ascii="Arial" w:hAnsi="Arial" w:cs="Arial"/>
          <w:sz w:val="24"/>
          <w:szCs w:val="24"/>
          <w:lang w:val="en-GB"/>
        </w:rPr>
      </w:pPr>
    </w:p>
    <w:p w14:paraId="1722BCEE" w14:textId="7DBF9B48" w:rsidR="00117EA6" w:rsidRPr="00935194" w:rsidRDefault="00117EA6" w:rsidP="00117EA6">
      <w:pPr>
        <w:rPr>
          <w:rFonts w:ascii="Arial" w:hAnsi="Arial" w:cs="Arial"/>
          <w:sz w:val="24"/>
          <w:szCs w:val="24"/>
          <w:lang w:val="en-GB"/>
        </w:rPr>
      </w:pPr>
    </w:p>
    <w:p w14:paraId="3DC760AB" w14:textId="0D0BD22A" w:rsidR="00117EA6" w:rsidRDefault="00117EA6" w:rsidP="00117EA6">
      <w:pPr>
        <w:rPr>
          <w:rFonts w:ascii="Arial" w:hAnsi="Arial" w:cs="Arial"/>
          <w:lang w:val="en-GB"/>
        </w:rPr>
      </w:pPr>
    </w:p>
    <w:p w14:paraId="4E8AFA7E" w14:textId="198A50FA" w:rsidR="00CE0025" w:rsidRPr="00684C6D" w:rsidRDefault="00CE0025" w:rsidP="00117EA6">
      <w:pPr>
        <w:rPr>
          <w:rFonts w:ascii="Arial" w:hAnsi="Arial" w:cs="Arial"/>
          <w:lang w:val="en-GB"/>
        </w:rPr>
      </w:pPr>
      <w:r w:rsidRPr="00935194">
        <w:rPr>
          <w:rFonts w:ascii="Arial" w:hAnsi="Arial" w:cs="Arial"/>
          <w:noProof/>
          <w:sz w:val="24"/>
          <w:szCs w:val="24"/>
          <w:lang w:val="en-GB"/>
        </w:rPr>
        <w:drawing>
          <wp:anchor distT="0" distB="0" distL="114300" distR="114300" simplePos="0" relativeHeight="251720192" behindDoc="0" locked="0" layoutInCell="1" allowOverlap="1" wp14:anchorId="3788C94F" wp14:editId="0B2E1794">
            <wp:simplePos x="0" y="0"/>
            <wp:positionH relativeFrom="margin">
              <wp:posOffset>3299460</wp:posOffset>
            </wp:positionH>
            <wp:positionV relativeFrom="paragraph">
              <wp:posOffset>111125</wp:posOffset>
            </wp:positionV>
            <wp:extent cx="2273300" cy="1912620"/>
            <wp:effectExtent l="0" t="0" r="0" b="0"/>
            <wp:wrapSquare wrapText="bothSides"/>
            <wp:docPr id="265000349" name="Picture 1" descr="Page titled ‘Enter your email address’ with a field to input an email address and a green ‘Continu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000349" name="Picture 1" descr="Page titled ‘Enter your email address’ with a field to input an email address and a green ‘Continue’ button."/>
                    <pic:cNvPicPr/>
                  </pic:nvPicPr>
                  <pic:blipFill>
                    <a:blip r:embed="rId42"/>
                    <a:stretch>
                      <a:fillRect/>
                    </a:stretch>
                  </pic:blipFill>
                  <pic:spPr>
                    <a:xfrm>
                      <a:off x="0" y="0"/>
                      <a:ext cx="2273300" cy="1912620"/>
                    </a:xfrm>
                    <a:prstGeom prst="rect">
                      <a:avLst/>
                    </a:prstGeom>
                  </pic:spPr>
                </pic:pic>
              </a:graphicData>
            </a:graphic>
            <wp14:sizeRelH relativeFrom="margin">
              <wp14:pctWidth>0</wp14:pctWidth>
            </wp14:sizeRelH>
            <wp14:sizeRelV relativeFrom="margin">
              <wp14:pctHeight>0</wp14:pctHeight>
            </wp14:sizeRelV>
          </wp:anchor>
        </w:drawing>
      </w:r>
    </w:p>
    <w:p w14:paraId="5BB4C4DB" w14:textId="514DA752" w:rsidR="00117EA6" w:rsidRPr="00684C6D" w:rsidRDefault="00117EA6" w:rsidP="00117EA6">
      <w:pPr>
        <w:rPr>
          <w:rFonts w:ascii="Arial" w:hAnsi="Arial" w:cs="Arial"/>
          <w:lang w:val="en-GB"/>
        </w:rPr>
      </w:pPr>
    </w:p>
    <w:p w14:paraId="474DD7C2" w14:textId="4BDD6AFD" w:rsidR="008D5958" w:rsidRPr="00935194" w:rsidRDefault="008D5958">
      <w:pPr>
        <w:pStyle w:val="ListParagraph"/>
        <w:numPr>
          <w:ilvl w:val="0"/>
          <w:numId w:val="9"/>
        </w:numPr>
        <w:rPr>
          <w:rFonts w:ascii="Arial" w:hAnsi="Arial" w:cs="Arial"/>
          <w:sz w:val="24"/>
          <w:szCs w:val="24"/>
          <w:lang w:val="en-GB"/>
        </w:rPr>
      </w:pPr>
      <w:r w:rsidRPr="00935194">
        <w:rPr>
          <w:rFonts w:ascii="Arial" w:hAnsi="Arial" w:cs="Arial"/>
          <w:b/>
          <w:bCs/>
          <w:sz w:val="24"/>
          <w:szCs w:val="24"/>
          <w:lang w:val="en-GB"/>
        </w:rPr>
        <w:t xml:space="preserve">Enter your </w:t>
      </w:r>
      <w:r w:rsidR="00F00AB5" w:rsidRPr="00935194">
        <w:rPr>
          <w:rFonts w:ascii="Arial" w:hAnsi="Arial" w:cs="Arial"/>
          <w:b/>
          <w:bCs/>
          <w:sz w:val="24"/>
          <w:szCs w:val="24"/>
          <w:lang w:val="en-GB"/>
        </w:rPr>
        <w:t xml:space="preserve">Public Authority </w:t>
      </w:r>
      <w:r w:rsidRPr="00935194">
        <w:rPr>
          <w:rFonts w:ascii="Arial" w:hAnsi="Arial" w:cs="Arial"/>
          <w:b/>
          <w:bCs/>
          <w:sz w:val="24"/>
          <w:szCs w:val="24"/>
          <w:lang w:val="en-GB"/>
        </w:rPr>
        <w:t>email address</w:t>
      </w:r>
      <w:r w:rsidRPr="00935194">
        <w:rPr>
          <w:rFonts w:ascii="Arial" w:hAnsi="Arial" w:cs="Arial"/>
          <w:sz w:val="24"/>
          <w:szCs w:val="24"/>
          <w:lang w:val="en-GB"/>
        </w:rPr>
        <w:t xml:space="preserve">, then select </w:t>
      </w:r>
      <w:r w:rsidRPr="00D82BB0">
        <w:rPr>
          <w:rFonts w:ascii="Arial" w:hAnsi="Arial" w:cs="Arial"/>
          <w:b/>
          <w:bCs/>
          <w:sz w:val="24"/>
          <w:szCs w:val="24"/>
          <w:lang w:val="en-GB"/>
        </w:rPr>
        <w:t>Continue</w:t>
      </w:r>
      <w:r w:rsidRPr="00D82BB0">
        <w:rPr>
          <w:rFonts w:ascii="Arial" w:hAnsi="Arial" w:cs="Arial"/>
          <w:sz w:val="24"/>
          <w:szCs w:val="24"/>
          <w:lang w:val="en-GB"/>
        </w:rPr>
        <w:t>.</w:t>
      </w:r>
      <w:r w:rsidR="00117EA6" w:rsidRPr="00935194">
        <w:rPr>
          <w:rFonts w:ascii="Arial" w:hAnsi="Arial" w:cs="Arial"/>
          <w:noProof/>
          <w:sz w:val="24"/>
          <w:szCs w:val="24"/>
        </w:rPr>
        <w:t xml:space="preserve"> </w:t>
      </w:r>
    </w:p>
    <w:p w14:paraId="72579EA3" w14:textId="2B767693" w:rsidR="00117EA6" w:rsidRPr="00935194" w:rsidRDefault="00117EA6" w:rsidP="00117EA6">
      <w:pPr>
        <w:rPr>
          <w:rFonts w:ascii="Arial" w:hAnsi="Arial" w:cs="Arial"/>
          <w:sz w:val="24"/>
          <w:szCs w:val="24"/>
          <w:lang w:val="en-GB"/>
        </w:rPr>
      </w:pPr>
    </w:p>
    <w:p w14:paraId="27631235" w14:textId="77777777" w:rsidR="00F62164" w:rsidRPr="00935194" w:rsidRDefault="00F62164" w:rsidP="00117EA6">
      <w:pPr>
        <w:rPr>
          <w:rFonts w:ascii="Arial" w:hAnsi="Arial" w:cs="Arial"/>
          <w:sz w:val="24"/>
          <w:szCs w:val="24"/>
          <w:lang w:val="en-GB"/>
        </w:rPr>
      </w:pPr>
    </w:p>
    <w:p w14:paraId="25508F20" w14:textId="77777777" w:rsidR="00700BED" w:rsidRPr="00935194" w:rsidRDefault="00700BED" w:rsidP="00117EA6">
      <w:pPr>
        <w:rPr>
          <w:rFonts w:ascii="Arial" w:hAnsi="Arial" w:cs="Arial"/>
          <w:sz w:val="24"/>
          <w:szCs w:val="24"/>
          <w:lang w:val="en-GB"/>
        </w:rPr>
      </w:pPr>
    </w:p>
    <w:p w14:paraId="18C22BE0" w14:textId="0B6E6620" w:rsidR="00F611AA" w:rsidRPr="00935194" w:rsidRDefault="00F62164" w:rsidP="00117EA6">
      <w:pPr>
        <w:rPr>
          <w:rFonts w:ascii="Arial" w:hAnsi="Arial" w:cs="Arial"/>
          <w:sz w:val="24"/>
          <w:szCs w:val="24"/>
          <w:lang w:val="en-GB"/>
        </w:rPr>
      </w:pPr>
      <w:r w:rsidRPr="00935194">
        <w:rPr>
          <w:rFonts w:ascii="Arial" w:hAnsi="Arial" w:cs="Arial"/>
          <w:i/>
          <w:iCs/>
          <w:noProof/>
          <w:sz w:val="24"/>
          <w:szCs w:val="24"/>
          <w:lang w:val="en-GB"/>
        </w:rPr>
        <w:drawing>
          <wp:anchor distT="0" distB="0" distL="114300" distR="114300" simplePos="0" relativeHeight="251922944" behindDoc="0" locked="0" layoutInCell="1" allowOverlap="1" wp14:anchorId="5E492623" wp14:editId="6602EE0A">
            <wp:simplePos x="0" y="0"/>
            <wp:positionH relativeFrom="column">
              <wp:posOffset>3260937</wp:posOffset>
            </wp:positionH>
            <wp:positionV relativeFrom="paragraph">
              <wp:posOffset>139065</wp:posOffset>
            </wp:positionV>
            <wp:extent cx="2226945" cy="2065655"/>
            <wp:effectExtent l="0" t="0" r="1905" b="0"/>
            <wp:wrapSquare wrapText="bothSides"/>
            <wp:docPr id="836973210" name="Picture 1" descr="Page titled ‘Enter code to confirm your email address’ showing a field to input a confirmation code and a link to request a new email if nee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973210" name="Picture 1" descr="Page titled ‘Enter code to confirm your email address’ showing a field to input a confirmation code and a link to request a new email if needed."/>
                    <pic:cNvPicPr/>
                  </pic:nvPicPr>
                  <pic:blipFill>
                    <a:blip r:embed="rId43"/>
                    <a:stretch>
                      <a:fillRect/>
                    </a:stretch>
                  </pic:blipFill>
                  <pic:spPr>
                    <a:xfrm>
                      <a:off x="0" y="0"/>
                      <a:ext cx="2226945" cy="2065655"/>
                    </a:xfrm>
                    <a:prstGeom prst="rect">
                      <a:avLst/>
                    </a:prstGeom>
                  </pic:spPr>
                </pic:pic>
              </a:graphicData>
            </a:graphic>
            <wp14:sizeRelH relativeFrom="margin">
              <wp14:pctWidth>0</wp14:pctWidth>
            </wp14:sizeRelH>
            <wp14:sizeRelV relativeFrom="margin">
              <wp14:pctHeight>0</wp14:pctHeight>
            </wp14:sizeRelV>
          </wp:anchor>
        </w:drawing>
      </w:r>
    </w:p>
    <w:p w14:paraId="1B629922" w14:textId="25F42837" w:rsidR="00117EA6" w:rsidRPr="00935194" w:rsidRDefault="00117EA6" w:rsidP="00117EA6">
      <w:pPr>
        <w:rPr>
          <w:rFonts w:ascii="Arial" w:hAnsi="Arial" w:cs="Arial"/>
          <w:sz w:val="24"/>
          <w:szCs w:val="24"/>
          <w:lang w:val="en-GB"/>
        </w:rPr>
      </w:pPr>
    </w:p>
    <w:p w14:paraId="0C885EE1" w14:textId="5767B963" w:rsidR="008D5958" w:rsidRPr="00935194" w:rsidRDefault="008D5958">
      <w:pPr>
        <w:numPr>
          <w:ilvl w:val="0"/>
          <w:numId w:val="9"/>
        </w:numPr>
        <w:rPr>
          <w:rFonts w:ascii="Arial" w:hAnsi="Arial" w:cs="Arial"/>
          <w:sz w:val="24"/>
          <w:szCs w:val="24"/>
          <w:lang w:val="en-GB"/>
        </w:rPr>
      </w:pPr>
      <w:r w:rsidRPr="00935194">
        <w:rPr>
          <w:rFonts w:ascii="Arial" w:hAnsi="Arial" w:cs="Arial"/>
          <w:sz w:val="24"/>
          <w:szCs w:val="24"/>
          <w:lang w:val="en-GB"/>
        </w:rPr>
        <w:t xml:space="preserve">A confirmation code will be sent to your email. </w:t>
      </w:r>
      <w:r w:rsidRPr="00D82BB0">
        <w:rPr>
          <w:rFonts w:ascii="Arial" w:hAnsi="Arial" w:cs="Arial"/>
          <w:b/>
          <w:bCs/>
          <w:sz w:val="24"/>
          <w:szCs w:val="24"/>
          <w:lang w:val="en-GB"/>
        </w:rPr>
        <w:t>Enter the code</w:t>
      </w:r>
      <w:r w:rsidRPr="00D82BB0">
        <w:rPr>
          <w:rFonts w:ascii="Arial" w:hAnsi="Arial" w:cs="Arial"/>
          <w:sz w:val="24"/>
          <w:szCs w:val="24"/>
          <w:lang w:val="en-GB"/>
        </w:rPr>
        <w:t xml:space="preserve"> on the screen and select </w:t>
      </w:r>
      <w:r w:rsidRPr="00D82BB0">
        <w:rPr>
          <w:rFonts w:ascii="Arial" w:hAnsi="Arial" w:cs="Arial"/>
          <w:b/>
          <w:bCs/>
          <w:sz w:val="24"/>
          <w:szCs w:val="24"/>
          <w:lang w:val="en-GB"/>
        </w:rPr>
        <w:t>Con</w:t>
      </w:r>
      <w:r w:rsidR="004D57AC" w:rsidRPr="00D82BB0">
        <w:rPr>
          <w:rFonts w:ascii="Arial" w:hAnsi="Arial" w:cs="Arial"/>
          <w:b/>
          <w:bCs/>
          <w:sz w:val="24"/>
          <w:szCs w:val="24"/>
          <w:lang w:val="en-GB"/>
        </w:rPr>
        <w:t>firm</w:t>
      </w:r>
      <w:r w:rsidRPr="00935194">
        <w:rPr>
          <w:rFonts w:ascii="Arial" w:hAnsi="Arial" w:cs="Arial"/>
          <w:i/>
          <w:iCs/>
          <w:sz w:val="24"/>
          <w:szCs w:val="24"/>
          <w:lang w:val="en-GB"/>
        </w:rPr>
        <w:t>.</w:t>
      </w:r>
      <w:r w:rsidR="00F62164" w:rsidRPr="00935194">
        <w:rPr>
          <w:rFonts w:ascii="Arial" w:hAnsi="Arial" w:cs="Arial"/>
          <w:noProof/>
          <w:sz w:val="24"/>
          <w:szCs w:val="24"/>
        </w:rPr>
        <w:t xml:space="preserve"> </w:t>
      </w:r>
    </w:p>
    <w:p w14:paraId="66ACA67E" w14:textId="5921156D" w:rsidR="008D5958" w:rsidRPr="00D82BB0" w:rsidRDefault="008D5958">
      <w:pPr>
        <w:pStyle w:val="ListParagraph"/>
        <w:numPr>
          <w:ilvl w:val="0"/>
          <w:numId w:val="10"/>
        </w:numPr>
        <w:rPr>
          <w:rFonts w:ascii="Arial" w:hAnsi="Arial" w:cs="Arial"/>
          <w:sz w:val="24"/>
          <w:szCs w:val="24"/>
          <w:lang w:val="en-GB"/>
        </w:rPr>
      </w:pPr>
      <w:r w:rsidRPr="00D82BB0">
        <w:rPr>
          <w:rFonts w:ascii="Arial" w:hAnsi="Arial" w:cs="Arial"/>
          <w:sz w:val="24"/>
          <w:szCs w:val="24"/>
          <w:lang w:val="en-GB"/>
        </w:rPr>
        <w:t>Tip: Check your junk/spam folder if the email does not arrive.</w:t>
      </w:r>
    </w:p>
    <w:p w14:paraId="7E619F4E" w14:textId="0DE66CBF" w:rsidR="004D57AC" w:rsidRPr="00684C6D" w:rsidRDefault="004D57AC" w:rsidP="004D57AC">
      <w:pPr>
        <w:rPr>
          <w:rFonts w:ascii="Arial" w:hAnsi="Arial" w:cs="Arial"/>
          <w:lang w:val="en-GB"/>
        </w:rPr>
      </w:pPr>
    </w:p>
    <w:p w14:paraId="149101C0" w14:textId="77777777" w:rsidR="00935194" w:rsidRDefault="00935194" w:rsidP="00935194">
      <w:pPr>
        <w:pStyle w:val="ListParagraph"/>
        <w:ind w:left="644"/>
        <w:rPr>
          <w:rFonts w:ascii="Arial" w:hAnsi="Arial" w:cs="Arial"/>
          <w:sz w:val="24"/>
          <w:szCs w:val="24"/>
          <w:lang w:val="en-GB"/>
        </w:rPr>
      </w:pPr>
    </w:p>
    <w:p w14:paraId="73A26906" w14:textId="08EDD09E" w:rsidR="004D57AC" w:rsidRPr="00935194" w:rsidRDefault="004D57AC">
      <w:pPr>
        <w:pStyle w:val="ListParagraph"/>
        <w:numPr>
          <w:ilvl w:val="0"/>
          <w:numId w:val="9"/>
        </w:numPr>
        <w:rPr>
          <w:rFonts w:ascii="Arial" w:hAnsi="Arial" w:cs="Arial"/>
          <w:sz w:val="24"/>
          <w:szCs w:val="24"/>
          <w:lang w:val="en-GB"/>
        </w:rPr>
      </w:pPr>
      <w:r w:rsidRPr="00935194">
        <w:rPr>
          <w:rFonts w:ascii="Arial" w:hAnsi="Arial" w:cs="Arial"/>
          <w:sz w:val="24"/>
          <w:szCs w:val="24"/>
          <w:lang w:val="en-GB"/>
        </w:rPr>
        <w:lastRenderedPageBreak/>
        <w:t xml:space="preserve">You should now see that your email has been successfully confirmed. </w:t>
      </w:r>
      <w:r w:rsidRPr="00935194">
        <w:rPr>
          <w:rFonts w:ascii="Arial" w:hAnsi="Arial" w:cs="Arial"/>
          <w:noProof/>
          <w:sz w:val="24"/>
          <w:szCs w:val="24"/>
          <w:lang w:val="en-GB"/>
        </w:rPr>
        <w:drawing>
          <wp:anchor distT="0" distB="0" distL="114300" distR="114300" simplePos="0" relativeHeight="251725312" behindDoc="0" locked="0" layoutInCell="1" allowOverlap="1" wp14:anchorId="230630BA" wp14:editId="08CE600A">
            <wp:simplePos x="0" y="0"/>
            <wp:positionH relativeFrom="column">
              <wp:posOffset>3159430</wp:posOffset>
            </wp:positionH>
            <wp:positionV relativeFrom="paragraph">
              <wp:posOffset>-134552</wp:posOffset>
            </wp:positionV>
            <wp:extent cx="2371572" cy="862389"/>
            <wp:effectExtent l="0" t="0" r="0" b="0"/>
            <wp:wrapSquare wrapText="bothSides"/>
            <wp:docPr id="1839224545" name="Picture 1" descr="Confirmation page displaying the message ‘Email address confirmed’ with a green Continu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9224545" name="Picture 1" descr="Confirmation page displaying the message ‘Email address confirmed’ with a green Continue button."/>
                    <pic:cNvPicPr/>
                  </pic:nvPicPr>
                  <pic:blipFill>
                    <a:blip r:embed="rId44"/>
                    <a:stretch>
                      <a:fillRect/>
                    </a:stretch>
                  </pic:blipFill>
                  <pic:spPr>
                    <a:xfrm>
                      <a:off x="0" y="0"/>
                      <a:ext cx="2371572" cy="862389"/>
                    </a:xfrm>
                    <a:prstGeom prst="rect">
                      <a:avLst/>
                    </a:prstGeom>
                  </pic:spPr>
                </pic:pic>
              </a:graphicData>
            </a:graphic>
            <wp14:sizeRelH relativeFrom="margin">
              <wp14:pctWidth>0</wp14:pctWidth>
            </wp14:sizeRelH>
            <wp14:sizeRelV relativeFrom="margin">
              <wp14:pctHeight>0</wp14:pctHeight>
            </wp14:sizeRelV>
          </wp:anchor>
        </w:drawing>
      </w:r>
      <w:r w:rsidRPr="00935194">
        <w:rPr>
          <w:rFonts w:ascii="Arial" w:hAnsi="Arial" w:cs="Arial"/>
          <w:sz w:val="24"/>
          <w:szCs w:val="24"/>
          <w:lang w:val="en-GB"/>
        </w:rPr>
        <w:t xml:space="preserve">Select </w:t>
      </w:r>
      <w:r w:rsidRPr="00D82BB0">
        <w:rPr>
          <w:rFonts w:ascii="Arial" w:hAnsi="Arial" w:cs="Arial"/>
          <w:b/>
          <w:bCs/>
          <w:sz w:val="24"/>
          <w:szCs w:val="24"/>
          <w:lang w:val="en-GB"/>
        </w:rPr>
        <w:t>Continue</w:t>
      </w:r>
      <w:r w:rsidRPr="00935194">
        <w:rPr>
          <w:rFonts w:ascii="Arial" w:hAnsi="Arial" w:cs="Arial"/>
          <w:b/>
          <w:bCs/>
          <w:i/>
          <w:iCs/>
          <w:sz w:val="24"/>
          <w:szCs w:val="24"/>
          <w:lang w:val="en-GB"/>
        </w:rPr>
        <w:t>.</w:t>
      </w:r>
    </w:p>
    <w:p w14:paraId="2909E5DE" w14:textId="77777777" w:rsidR="004D57AC" w:rsidRPr="00935194" w:rsidRDefault="004D57AC" w:rsidP="004D57AC">
      <w:pPr>
        <w:rPr>
          <w:rFonts w:ascii="Arial" w:hAnsi="Arial" w:cs="Arial"/>
          <w:sz w:val="24"/>
          <w:szCs w:val="24"/>
          <w:lang w:val="en-GB"/>
        </w:rPr>
      </w:pPr>
    </w:p>
    <w:p w14:paraId="522EDB0B" w14:textId="66BE0376" w:rsidR="00F611AA" w:rsidRPr="00935194" w:rsidRDefault="00F62164" w:rsidP="004D57AC">
      <w:pPr>
        <w:rPr>
          <w:rFonts w:ascii="Arial" w:hAnsi="Arial" w:cs="Arial"/>
          <w:sz w:val="24"/>
          <w:szCs w:val="24"/>
          <w:lang w:val="en-GB"/>
        </w:rPr>
      </w:pPr>
      <w:r w:rsidRPr="00935194">
        <w:rPr>
          <w:rFonts w:ascii="Arial" w:hAnsi="Arial" w:cs="Arial"/>
          <w:noProof/>
          <w:sz w:val="24"/>
          <w:szCs w:val="24"/>
          <w:lang w:val="en-GB"/>
        </w:rPr>
        <w:drawing>
          <wp:anchor distT="0" distB="0" distL="114300" distR="114300" simplePos="0" relativeHeight="251726336" behindDoc="0" locked="0" layoutInCell="1" allowOverlap="1" wp14:anchorId="0BF875A7" wp14:editId="6D861C4C">
            <wp:simplePos x="0" y="0"/>
            <wp:positionH relativeFrom="column">
              <wp:posOffset>3026410</wp:posOffset>
            </wp:positionH>
            <wp:positionV relativeFrom="paragraph">
              <wp:posOffset>254000</wp:posOffset>
            </wp:positionV>
            <wp:extent cx="1900555" cy="776605"/>
            <wp:effectExtent l="0" t="0" r="4445" b="4445"/>
            <wp:wrapSquare wrapText="bothSides"/>
            <wp:docPr id="610549752" name="Picture 1" descr="Form page asking for the user’s full name with a text input field and a green Continu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549752" name="Picture 1" descr="Form page asking for the user’s full name with a text input field and a green Continue button."/>
                    <pic:cNvPicPr/>
                  </pic:nvPicPr>
                  <pic:blipFill>
                    <a:blip r:embed="rId45"/>
                    <a:stretch>
                      <a:fillRect/>
                    </a:stretch>
                  </pic:blipFill>
                  <pic:spPr>
                    <a:xfrm>
                      <a:off x="0" y="0"/>
                      <a:ext cx="1900555" cy="776605"/>
                    </a:xfrm>
                    <a:prstGeom prst="rect">
                      <a:avLst/>
                    </a:prstGeom>
                  </pic:spPr>
                </pic:pic>
              </a:graphicData>
            </a:graphic>
            <wp14:sizeRelH relativeFrom="margin">
              <wp14:pctWidth>0</wp14:pctWidth>
            </wp14:sizeRelH>
            <wp14:sizeRelV relativeFrom="margin">
              <wp14:pctHeight>0</wp14:pctHeight>
            </wp14:sizeRelV>
          </wp:anchor>
        </w:drawing>
      </w:r>
    </w:p>
    <w:p w14:paraId="34A0464A" w14:textId="40472989" w:rsidR="004D57AC" w:rsidRPr="00935194" w:rsidRDefault="004D57AC" w:rsidP="004D57AC">
      <w:pPr>
        <w:rPr>
          <w:rFonts w:ascii="Arial" w:hAnsi="Arial" w:cs="Arial"/>
          <w:sz w:val="24"/>
          <w:szCs w:val="24"/>
          <w:lang w:val="en-GB"/>
        </w:rPr>
      </w:pPr>
    </w:p>
    <w:p w14:paraId="643E7972" w14:textId="4435C14F" w:rsidR="00842B51" w:rsidRPr="00D82BB0" w:rsidRDefault="004D57AC">
      <w:pPr>
        <w:numPr>
          <w:ilvl w:val="0"/>
          <w:numId w:val="9"/>
        </w:numPr>
        <w:rPr>
          <w:rFonts w:ascii="Arial" w:hAnsi="Arial" w:cs="Arial"/>
          <w:sz w:val="24"/>
          <w:szCs w:val="24"/>
          <w:lang w:val="en-GB"/>
        </w:rPr>
      </w:pPr>
      <w:r w:rsidRPr="00935194">
        <w:rPr>
          <w:rFonts w:ascii="Arial" w:hAnsi="Arial" w:cs="Arial"/>
          <w:b/>
          <w:bCs/>
          <w:sz w:val="24"/>
          <w:szCs w:val="24"/>
          <w:lang w:val="en-GB"/>
        </w:rPr>
        <w:t>Enter</w:t>
      </w:r>
      <w:r w:rsidRPr="00935194">
        <w:rPr>
          <w:rFonts w:ascii="Arial" w:hAnsi="Arial" w:cs="Arial"/>
          <w:sz w:val="24"/>
          <w:szCs w:val="24"/>
          <w:lang w:val="en-GB"/>
        </w:rPr>
        <w:t xml:space="preserve"> your name and select </w:t>
      </w:r>
      <w:r w:rsidRPr="00D82BB0">
        <w:rPr>
          <w:rFonts w:ascii="Arial" w:hAnsi="Arial" w:cs="Arial"/>
          <w:b/>
          <w:bCs/>
          <w:sz w:val="24"/>
          <w:szCs w:val="24"/>
          <w:lang w:val="en-GB"/>
        </w:rPr>
        <w:t>Continue</w:t>
      </w:r>
      <w:r w:rsidR="00842B51" w:rsidRPr="00D82BB0">
        <w:rPr>
          <w:rFonts w:ascii="Arial" w:hAnsi="Arial" w:cs="Arial"/>
          <w:sz w:val="24"/>
          <w:szCs w:val="24"/>
          <w:lang w:val="en-GB"/>
        </w:rPr>
        <w:t>.</w:t>
      </w:r>
    </w:p>
    <w:p w14:paraId="450833F4" w14:textId="77777777" w:rsidR="00700BED" w:rsidRPr="00935194" w:rsidRDefault="00700BED" w:rsidP="00842B51">
      <w:pPr>
        <w:rPr>
          <w:rFonts w:ascii="Arial" w:hAnsi="Arial" w:cs="Arial"/>
          <w:sz w:val="24"/>
          <w:szCs w:val="24"/>
          <w:lang w:val="en-GB"/>
        </w:rPr>
      </w:pPr>
    </w:p>
    <w:p w14:paraId="22738641" w14:textId="30073B35" w:rsidR="00F611AA" w:rsidRPr="00935194" w:rsidRDefault="00F62164" w:rsidP="00842B51">
      <w:pPr>
        <w:rPr>
          <w:rFonts w:ascii="Arial" w:hAnsi="Arial" w:cs="Arial"/>
          <w:sz w:val="24"/>
          <w:szCs w:val="24"/>
          <w:lang w:val="en-GB"/>
        </w:rPr>
      </w:pPr>
      <w:r w:rsidRPr="00935194">
        <w:rPr>
          <w:rFonts w:ascii="Arial" w:hAnsi="Arial" w:cs="Arial"/>
          <w:noProof/>
          <w:sz w:val="24"/>
          <w:szCs w:val="24"/>
          <w:lang w:val="en-GB"/>
        </w:rPr>
        <w:drawing>
          <wp:anchor distT="0" distB="0" distL="114300" distR="114300" simplePos="0" relativeHeight="251727360" behindDoc="0" locked="0" layoutInCell="1" allowOverlap="1" wp14:anchorId="7FEB6F02" wp14:editId="75FB77E8">
            <wp:simplePos x="0" y="0"/>
            <wp:positionH relativeFrom="column">
              <wp:posOffset>3463290</wp:posOffset>
            </wp:positionH>
            <wp:positionV relativeFrom="paragraph">
              <wp:posOffset>293370</wp:posOffset>
            </wp:positionV>
            <wp:extent cx="2072005" cy="1756410"/>
            <wp:effectExtent l="0" t="0" r="4445" b="0"/>
            <wp:wrapSquare wrapText="bothSides"/>
            <wp:docPr id="278489593" name="Picture 1" descr="Page titled ‘Create a password’ with fields for entering and confirming a password, and a green Continu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489593" name="Picture 1" descr="Page titled ‘Create a password’ with fields for entering and confirming a password, and a green Continue button."/>
                    <pic:cNvPicPr/>
                  </pic:nvPicPr>
                  <pic:blipFill rotWithShape="1">
                    <a:blip r:embed="rId46"/>
                    <a:srcRect r="11229" b="7347"/>
                    <a:stretch>
                      <a:fillRect/>
                    </a:stretch>
                  </pic:blipFill>
                  <pic:spPr bwMode="auto">
                    <a:xfrm>
                      <a:off x="0" y="0"/>
                      <a:ext cx="2072005" cy="17564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C1D534D" w14:textId="7D7B5F6C" w:rsidR="00F611AA" w:rsidRPr="00935194" w:rsidRDefault="00F611AA" w:rsidP="00842B51">
      <w:pPr>
        <w:rPr>
          <w:rFonts w:ascii="Arial" w:hAnsi="Arial" w:cs="Arial"/>
          <w:sz w:val="24"/>
          <w:szCs w:val="24"/>
          <w:lang w:val="en-GB"/>
        </w:rPr>
      </w:pPr>
    </w:p>
    <w:p w14:paraId="04C0A189" w14:textId="2208024C" w:rsidR="00842B51" w:rsidRPr="00935194" w:rsidRDefault="00842B51" w:rsidP="00842B51">
      <w:pPr>
        <w:rPr>
          <w:rFonts w:ascii="Arial" w:hAnsi="Arial" w:cs="Arial"/>
          <w:sz w:val="24"/>
          <w:szCs w:val="24"/>
          <w:lang w:val="en-GB"/>
        </w:rPr>
      </w:pPr>
    </w:p>
    <w:p w14:paraId="2D2CFCD7" w14:textId="377852B1" w:rsidR="00842B51" w:rsidRPr="00935194" w:rsidRDefault="00842B51">
      <w:pPr>
        <w:pStyle w:val="ListParagraph"/>
        <w:numPr>
          <w:ilvl w:val="0"/>
          <w:numId w:val="9"/>
        </w:numPr>
        <w:rPr>
          <w:rFonts w:ascii="Arial" w:hAnsi="Arial" w:cs="Arial"/>
          <w:sz w:val="24"/>
          <w:szCs w:val="24"/>
          <w:lang w:val="en-GB"/>
        </w:rPr>
      </w:pPr>
      <w:r w:rsidRPr="00935194">
        <w:rPr>
          <w:rFonts w:ascii="Arial" w:hAnsi="Arial" w:cs="Arial"/>
          <w:sz w:val="24"/>
          <w:szCs w:val="24"/>
          <w:lang w:val="en-GB"/>
        </w:rPr>
        <w:t xml:space="preserve"> </w:t>
      </w:r>
      <w:r w:rsidRPr="00935194">
        <w:rPr>
          <w:rFonts w:ascii="Arial" w:hAnsi="Arial" w:cs="Arial"/>
          <w:b/>
          <w:bCs/>
          <w:sz w:val="24"/>
          <w:szCs w:val="24"/>
          <w:lang w:val="en-GB"/>
        </w:rPr>
        <w:t>Create</w:t>
      </w:r>
      <w:r w:rsidRPr="00935194">
        <w:rPr>
          <w:rFonts w:ascii="Arial" w:hAnsi="Arial" w:cs="Arial"/>
          <w:sz w:val="24"/>
          <w:szCs w:val="24"/>
          <w:lang w:val="en-GB"/>
        </w:rPr>
        <w:t xml:space="preserve"> a password and confirm it by re-entering it. Select </w:t>
      </w:r>
      <w:r w:rsidRPr="00D82BB0">
        <w:rPr>
          <w:rFonts w:ascii="Arial" w:hAnsi="Arial" w:cs="Arial"/>
          <w:b/>
          <w:bCs/>
          <w:sz w:val="24"/>
          <w:szCs w:val="24"/>
          <w:lang w:val="en-GB"/>
        </w:rPr>
        <w:t>Continue</w:t>
      </w:r>
      <w:r w:rsidRPr="00935194">
        <w:rPr>
          <w:rFonts w:ascii="Arial" w:hAnsi="Arial" w:cs="Arial"/>
          <w:b/>
          <w:bCs/>
          <w:i/>
          <w:iCs/>
          <w:sz w:val="24"/>
          <w:szCs w:val="24"/>
          <w:lang w:val="en-GB"/>
        </w:rPr>
        <w:t>.</w:t>
      </w:r>
      <w:r w:rsidRPr="00935194">
        <w:rPr>
          <w:rFonts w:ascii="Arial" w:hAnsi="Arial" w:cs="Arial"/>
          <w:noProof/>
          <w:sz w:val="24"/>
          <w:szCs w:val="24"/>
        </w:rPr>
        <w:t xml:space="preserve"> </w:t>
      </w:r>
    </w:p>
    <w:p w14:paraId="49771EE2" w14:textId="18EE8D48" w:rsidR="00842B51" w:rsidRPr="00935194" w:rsidRDefault="00842B51" w:rsidP="00842B51">
      <w:pPr>
        <w:rPr>
          <w:rFonts w:ascii="Arial" w:hAnsi="Arial" w:cs="Arial"/>
          <w:sz w:val="24"/>
          <w:szCs w:val="24"/>
          <w:lang w:val="en-GB"/>
        </w:rPr>
      </w:pPr>
    </w:p>
    <w:p w14:paraId="2B486342" w14:textId="02078F1B" w:rsidR="00F62164" w:rsidRPr="00935194" w:rsidRDefault="00F62164" w:rsidP="00842B51">
      <w:pPr>
        <w:rPr>
          <w:rFonts w:ascii="Arial" w:hAnsi="Arial" w:cs="Arial"/>
          <w:sz w:val="24"/>
          <w:szCs w:val="24"/>
          <w:lang w:val="en-GB"/>
        </w:rPr>
      </w:pPr>
    </w:p>
    <w:p w14:paraId="5313ADE3" w14:textId="77777777" w:rsidR="00700BED" w:rsidRPr="00935194" w:rsidRDefault="00700BED" w:rsidP="00842B51">
      <w:pPr>
        <w:rPr>
          <w:rFonts w:ascii="Arial" w:hAnsi="Arial" w:cs="Arial"/>
          <w:sz w:val="24"/>
          <w:szCs w:val="24"/>
          <w:lang w:val="en-GB"/>
        </w:rPr>
      </w:pPr>
    </w:p>
    <w:p w14:paraId="6820B186" w14:textId="5C76C295" w:rsidR="00F62164" w:rsidRPr="00935194" w:rsidRDefault="00F62164" w:rsidP="00842B51">
      <w:pPr>
        <w:rPr>
          <w:rFonts w:ascii="Arial" w:hAnsi="Arial" w:cs="Arial"/>
          <w:sz w:val="24"/>
          <w:szCs w:val="24"/>
          <w:lang w:val="en-GB"/>
        </w:rPr>
      </w:pPr>
      <w:r w:rsidRPr="00935194">
        <w:rPr>
          <w:rFonts w:ascii="Arial" w:hAnsi="Arial" w:cs="Arial"/>
          <w:noProof/>
          <w:sz w:val="24"/>
          <w:szCs w:val="24"/>
          <w:lang w:val="en-GB"/>
        </w:rPr>
        <w:drawing>
          <wp:anchor distT="0" distB="0" distL="114300" distR="114300" simplePos="0" relativeHeight="251923968" behindDoc="0" locked="0" layoutInCell="1" allowOverlap="1" wp14:anchorId="672BCB38" wp14:editId="1C9A2060">
            <wp:simplePos x="0" y="0"/>
            <wp:positionH relativeFrom="column">
              <wp:posOffset>3229610</wp:posOffset>
            </wp:positionH>
            <wp:positionV relativeFrom="paragraph">
              <wp:posOffset>179070</wp:posOffset>
            </wp:positionV>
            <wp:extent cx="2403475" cy="1915160"/>
            <wp:effectExtent l="0" t="0" r="0" b="8890"/>
            <wp:wrapSquare wrapText="bothSides"/>
            <wp:docPr id="1004907550" name="Picture 1" descr="Government Gateway confirmation page displaying a message that the user ID has been created, along with a green Continu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907550" name="Picture 1" descr="Government Gateway confirmation page displaying a message that the user ID has been created, along with a green Continue button."/>
                    <pic:cNvPicPr/>
                  </pic:nvPicPr>
                  <pic:blipFill>
                    <a:blip r:embed="rId47"/>
                    <a:stretch>
                      <a:fillRect/>
                    </a:stretch>
                  </pic:blipFill>
                  <pic:spPr>
                    <a:xfrm>
                      <a:off x="0" y="0"/>
                      <a:ext cx="2403475" cy="1915160"/>
                    </a:xfrm>
                    <a:prstGeom prst="rect">
                      <a:avLst/>
                    </a:prstGeom>
                  </pic:spPr>
                </pic:pic>
              </a:graphicData>
            </a:graphic>
            <wp14:sizeRelH relativeFrom="margin">
              <wp14:pctWidth>0</wp14:pctWidth>
            </wp14:sizeRelH>
            <wp14:sizeRelV relativeFrom="margin">
              <wp14:pctHeight>0</wp14:pctHeight>
            </wp14:sizeRelV>
          </wp:anchor>
        </w:drawing>
      </w:r>
    </w:p>
    <w:p w14:paraId="7A7BA603" w14:textId="0EAF48DE" w:rsidR="00F611AA" w:rsidRPr="00935194" w:rsidRDefault="00F611AA" w:rsidP="00842B51">
      <w:pPr>
        <w:rPr>
          <w:rFonts w:ascii="Arial" w:hAnsi="Arial" w:cs="Arial"/>
          <w:sz w:val="24"/>
          <w:szCs w:val="24"/>
          <w:lang w:val="en-GB"/>
        </w:rPr>
      </w:pPr>
    </w:p>
    <w:p w14:paraId="1BAEA502" w14:textId="232C1BEA" w:rsidR="008D5958" w:rsidRPr="00D82BB0" w:rsidRDefault="008D5958">
      <w:pPr>
        <w:pStyle w:val="ListParagraph"/>
        <w:numPr>
          <w:ilvl w:val="0"/>
          <w:numId w:val="9"/>
        </w:numPr>
        <w:rPr>
          <w:rFonts w:ascii="Arial" w:hAnsi="Arial" w:cs="Arial"/>
          <w:sz w:val="24"/>
          <w:szCs w:val="24"/>
          <w:lang w:val="en-GB"/>
        </w:rPr>
      </w:pPr>
      <w:r w:rsidRPr="00935194">
        <w:rPr>
          <w:rFonts w:ascii="Arial" w:hAnsi="Arial" w:cs="Arial"/>
          <w:sz w:val="24"/>
          <w:szCs w:val="24"/>
          <w:lang w:val="en-GB"/>
        </w:rPr>
        <w:t>You</w:t>
      </w:r>
      <w:r w:rsidR="00842B51" w:rsidRPr="00935194">
        <w:rPr>
          <w:rFonts w:ascii="Arial" w:hAnsi="Arial" w:cs="Arial"/>
          <w:sz w:val="24"/>
          <w:szCs w:val="24"/>
          <w:lang w:val="en-GB"/>
        </w:rPr>
        <w:t>r Government Gateway account should now be set up. On screen, you will see your User ID number and confirmation of the email address it has been sent to.</w:t>
      </w:r>
      <w:r w:rsidRPr="00935194">
        <w:rPr>
          <w:rFonts w:ascii="Arial" w:hAnsi="Arial" w:cs="Arial"/>
          <w:sz w:val="24"/>
          <w:szCs w:val="24"/>
          <w:lang w:val="en-GB"/>
        </w:rPr>
        <w:t xml:space="preserve"> </w:t>
      </w:r>
      <w:r w:rsidR="00842B51" w:rsidRPr="00935194">
        <w:rPr>
          <w:rFonts w:ascii="Arial" w:hAnsi="Arial" w:cs="Arial"/>
          <w:sz w:val="24"/>
          <w:szCs w:val="24"/>
          <w:lang w:val="en-GB"/>
        </w:rPr>
        <w:t xml:space="preserve">Select </w:t>
      </w:r>
      <w:r w:rsidR="00842B51" w:rsidRPr="00D82BB0">
        <w:rPr>
          <w:rFonts w:ascii="Arial" w:hAnsi="Arial" w:cs="Arial"/>
          <w:b/>
          <w:bCs/>
          <w:sz w:val="24"/>
          <w:szCs w:val="24"/>
          <w:lang w:val="en-GB"/>
        </w:rPr>
        <w:t>Continue</w:t>
      </w:r>
      <w:r w:rsidR="00D82BB0">
        <w:rPr>
          <w:rFonts w:ascii="Arial" w:hAnsi="Arial" w:cs="Arial"/>
          <w:b/>
          <w:bCs/>
          <w:sz w:val="24"/>
          <w:szCs w:val="24"/>
          <w:lang w:val="en-GB"/>
        </w:rPr>
        <w:t>.</w:t>
      </w:r>
    </w:p>
    <w:p w14:paraId="11876265" w14:textId="7BB9E08A" w:rsidR="00842B51" w:rsidRPr="00935194" w:rsidRDefault="00842B51" w:rsidP="00842B51">
      <w:pPr>
        <w:rPr>
          <w:rFonts w:ascii="Arial" w:hAnsi="Arial" w:cs="Arial"/>
          <w:sz w:val="24"/>
          <w:szCs w:val="24"/>
          <w:lang w:val="en-GB"/>
        </w:rPr>
      </w:pPr>
    </w:p>
    <w:p w14:paraId="515661E4" w14:textId="77777777" w:rsidR="00963994" w:rsidRDefault="00963994" w:rsidP="00842B51">
      <w:pPr>
        <w:rPr>
          <w:rFonts w:ascii="Arial" w:hAnsi="Arial" w:cs="Arial"/>
          <w:lang w:val="en-GB"/>
        </w:rPr>
      </w:pPr>
    </w:p>
    <w:p w14:paraId="30134CC3" w14:textId="572C15FE" w:rsidR="00BA66FB" w:rsidRDefault="00D82BB0" w:rsidP="00D82BB0">
      <w:pPr>
        <w:jc w:val="center"/>
        <w:rPr>
          <w:rFonts w:ascii="Arial" w:hAnsi="Arial" w:cs="Arial"/>
          <w:lang w:val="en-GB"/>
        </w:rPr>
      </w:pPr>
      <w:r w:rsidRPr="0088302B">
        <w:rPr>
          <w:rFonts w:ascii="Arial" w:hAnsi="Arial" w:cs="Arial"/>
          <w:b/>
          <w:bCs/>
          <w:color w:val="A20000"/>
          <w:u w:val="single"/>
          <w:lang w:val="en-GB"/>
        </w:rPr>
        <w:t>Please take note of your Government Gateway ID and Password as you will need these to access the system in future.</w:t>
      </w:r>
    </w:p>
    <w:p w14:paraId="6AB45700" w14:textId="3C7679E5" w:rsidR="00BA66FB" w:rsidRDefault="00BA66FB" w:rsidP="00842B51">
      <w:pPr>
        <w:rPr>
          <w:rFonts w:ascii="Arial" w:hAnsi="Arial" w:cs="Arial"/>
          <w:lang w:val="en-GB"/>
        </w:rPr>
      </w:pPr>
      <w:r w:rsidRPr="00684C6D">
        <w:rPr>
          <w:rFonts w:ascii="Arial" w:hAnsi="Arial" w:cs="Arial"/>
          <w:noProof/>
          <w:lang w:val="en-GB"/>
        </w:rPr>
        <w:lastRenderedPageBreak/>
        <w:drawing>
          <wp:anchor distT="0" distB="0" distL="114300" distR="114300" simplePos="0" relativeHeight="251924992" behindDoc="0" locked="0" layoutInCell="1" allowOverlap="1" wp14:anchorId="41922B26" wp14:editId="55AF8F7B">
            <wp:simplePos x="0" y="0"/>
            <wp:positionH relativeFrom="column">
              <wp:posOffset>2279015</wp:posOffset>
            </wp:positionH>
            <wp:positionV relativeFrom="paragraph">
              <wp:posOffset>0</wp:posOffset>
            </wp:positionV>
            <wp:extent cx="3649811" cy="3217515"/>
            <wp:effectExtent l="0" t="0" r="8255" b="2540"/>
            <wp:wrapSquare wrapText="bothSides"/>
            <wp:docPr id="1037939476" name="Picture 1" descr="User details form with fields for personal information and address, and Submit and Cancel butt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939476" name="Picture 1" descr="User details form with fields for personal information and address, and Submit and Cancel buttons."/>
                    <pic:cNvPicPr/>
                  </pic:nvPicPr>
                  <pic:blipFill>
                    <a:blip r:embed="rId48"/>
                    <a:stretch>
                      <a:fillRect/>
                    </a:stretch>
                  </pic:blipFill>
                  <pic:spPr>
                    <a:xfrm>
                      <a:off x="0" y="0"/>
                      <a:ext cx="3649811" cy="3217515"/>
                    </a:xfrm>
                    <a:prstGeom prst="rect">
                      <a:avLst/>
                    </a:prstGeom>
                  </pic:spPr>
                </pic:pic>
              </a:graphicData>
            </a:graphic>
            <wp14:sizeRelH relativeFrom="margin">
              <wp14:pctWidth>0</wp14:pctWidth>
            </wp14:sizeRelH>
            <wp14:sizeRelV relativeFrom="margin">
              <wp14:pctHeight>0</wp14:pctHeight>
            </wp14:sizeRelV>
          </wp:anchor>
        </w:drawing>
      </w:r>
    </w:p>
    <w:p w14:paraId="27B6F31A" w14:textId="342CF9C3" w:rsidR="00F62164" w:rsidRPr="00684C6D" w:rsidRDefault="00F62164" w:rsidP="00842B51">
      <w:pPr>
        <w:rPr>
          <w:rFonts w:ascii="Arial" w:hAnsi="Arial" w:cs="Arial"/>
          <w:lang w:val="en-GB"/>
        </w:rPr>
      </w:pPr>
    </w:p>
    <w:p w14:paraId="15FD0343" w14:textId="56E9FAF3" w:rsidR="008D5958" w:rsidRPr="00935194" w:rsidRDefault="00F62164">
      <w:pPr>
        <w:numPr>
          <w:ilvl w:val="0"/>
          <w:numId w:val="9"/>
        </w:numPr>
        <w:rPr>
          <w:rFonts w:ascii="Arial" w:hAnsi="Arial" w:cs="Arial"/>
          <w:sz w:val="24"/>
          <w:szCs w:val="24"/>
          <w:lang w:val="en-GB"/>
        </w:rPr>
      </w:pPr>
      <w:r w:rsidRPr="00935194">
        <w:rPr>
          <w:rFonts w:ascii="Arial" w:hAnsi="Arial" w:cs="Arial"/>
          <w:b/>
          <w:bCs/>
          <w:sz w:val="24"/>
          <w:szCs w:val="24"/>
          <w:lang w:val="en-GB"/>
        </w:rPr>
        <w:t>E</w:t>
      </w:r>
      <w:r w:rsidR="008D5958" w:rsidRPr="00935194">
        <w:rPr>
          <w:rFonts w:ascii="Arial" w:hAnsi="Arial" w:cs="Arial"/>
          <w:b/>
          <w:bCs/>
          <w:sz w:val="24"/>
          <w:szCs w:val="24"/>
          <w:lang w:val="en-GB"/>
        </w:rPr>
        <w:t>nter your personal details</w:t>
      </w:r>
      <w:r w:rsidR="008D5958" w:rsidRPr="00935194">
        <w:rPr>
          <w:rFonts w:ascii="Arial" w:hAnsi="Arial" w:cs="Arial"/>
          <w:sz w:val="24"/>
          <w:szCs w:val="24"/>
          <w:lang w:val="en-GB"/>
        </w:rPr>
        <w:t xml:space="preserve"> (name, date of birth, etc.), </w:t>
      </w:r>
      <w:r w:rsidR="00F611AA" w:rsidRPr="00935194">
        <w:rPr>
          <w:rFonts w:ascii="Arial" w:hAnsi="Arial" w:cs="Arial"/>
          <w:sz w:val="24"/>
          <w:szCs w:val="24"/>
          <w:lang w:val="en-GB"/>
        </w:rPr>
        <w:t xml:space="preserve">when you are satisfied it is correct </w:t>
      </w:r>
      <w:r w:rsidR="008D5958" w:rsidRPr="00935194">
        <w:rPr>
          <w:rFonts w:ascii="Arial" w:hAnsi="Arial" w:cs="Arial"/>
          <w:sz w:val="24"/>
          <w:szCs w:val="24"/>
          <w:lang w:val="en-GB"/>
        </w:rPr>
        <w:t xml:space="preserve">select </w:t>
      </w:r>
      <w:r w:rsidR="00842B51" w:rsidRPr="00D82BB0">
        <w:rPr>
          <w:rFonts w:ascii="Arial" w:hAnsi="Arial" w:cs="Arial"/>
          <w:b/>
          <w:bCs/>
          <w:sz w:val="24"/>
          <w:szCs w:val="24"/>
          <w:lang w:val="en-GB"/>
        </w:rPr>
        <w:t>Submit</w:t>
      </w:r>
      <w:r w:rsidR="00842B51" w:rsidRPr="00935194">
        <w:rPr>
          <w:rFonts w:ascii="Arial" w:hAnsi="Arial" w:cs="Arial"/>
          <w:b/>
          <w:bCs/>
          <w:i/>
          <w:iCs/>
          <w:sz w:val="24"/>
          <w:szCs w:val="24"/>
          <w:lang w:val="en-GB"/>
        </w:rPr>
        <w:t>.</w:t>
      </w:r>
      <w:r w:rsidR="00F611AA" w:rsidRPr="00935194">
        <w:rPr>
          <w:rFonts w:ascii="Arial" w:hAnsi="Arial" w:cs="Arial"/>
          <w:noProof/>
          <w:sz w:val="24"/>
          <w:szCs w:val="24"/>
        </w:rPr>
        <w:t xml:space="preserve"> </w:t>
      </w:r>
    </w:p>
    <w:p w14:paraId="4DD1C7B5" w14:textId="21D764C3" w:rsidR="00F611AA" w:rsidRPr="00935194" w:rsidRDefault="00F611AA" w:rsidP="00F611AA">
      <w:pPr>
        <w:rPr>
          <w:rFonts w:ascii="Arial" w:hAnsi="Arial" w:cs="Arial"/>
          <w:sz w:val="24"/>
          <w:szCs w:val="24"/>
          <w:lang w:val="en-GB"/>
        </w:rPr>
      </w:pPr>
    </w:p>
    <w:p w14:paraId="4E29D5D4" w14:textId="4D99E4CE" w:rsidR="00F611AA" w:rsidRPr="00935194" w:rsidRDefault="00F611AA" w:rsidP="00F611AA">
      <w:pPr>
        <w:rPr>
          <w:rFonts w:ascii="Arial" w:hAnsi="Arial" w:cs="Arial"/>
          <w:sz w:val="24"/>
          <w:szCs w:val="24"/>
          <w:lang w:val="en-GB"/>
        </w:rPr>
      </w:pPr>
    </w:p>
    <w:p w14:paraId="47C1F148" w14:textId="30FA9ED0" w:rsidR="00F611AA" w:rsidRPr="00935194" w:rsidRDefault="00F611AA" w:rsidP="00F611AA">
      <w:pPr>
        <w:rPr>
          <w:rFonts w:ascii="Arial" w:hAnsi="Arial" w:cs="Arial"/>
          <w:sz w:val="24"/>
          <w:szCs w:val="24"/>
          <w:lang w:val="en-GB"/>
        </w:rPr>
      </w:pPr>
    </w:p>
    <w:p w14:paraId="5C08DF48" w14:textId="3FD9727A" w:rsidR="00CD0BCD" w:rsidRPr="00935194" w:rsidRDefault="00CD0BCD" w:rsidP="00F611AA">
      <w:pPr>
        <w:rPr>
          <w:rFonts w:ascii="Arial" w:hAnsi="Arial" w:cs="Arial"/>
          <w:sz w:val="24"/>
          <w:szCs w:val="24"/>
          <w:lang w:val="en-GB"/>
        </w:rPr>
      </w:pPr>
    </w:p>
    <w:p w14:paraId="69BBD315" w14:textId="3803A212" w:rsidR="00F62164" w:rsidRDefault="00F62164" w:rsidP="00F62164">
      <w:pPr>
        <w:pStyle w:val="ListParagraph"/>
        <w:ind w:left="644"/>
        <w:rPr>
          <w:rFonts w:ascii="Arial" w:hAnsi="Arial" w:cs="Arial"/>
          <w:sz w:val="24"/>
          <w:szCs w:val="24"/>
          <w:lang w:val="en-GB"/>
        </w:rPr>
      </w:pPr>
    </w:p>
    <w:p w14:paraId="2F466E9C" w14:textId="77777777" w:rsidR="00BA66FB" w:rsidRDefault="00BA66FB" w:rsidP="00F62164">
      <w:pPr>
        <w:pStyle w:val="ListParagraph"/>
        <w:ind w:left="644"/>
        <w:rPr>
          <w:rFonts w:ascii="Arial" w:hAnsi="Arial" w:cs="Arial"/>
          <w:sz w:val="24"/>
          <w:szCs w:val="24"/>
          <w:lang w:val="en-GB"/>
        </w:rPr>
      </w:pPr>
    </w:p>
    <w:p w14:paraId="0BEF0720" w14:textId="77777777" w:rsidR="00BA66FB" w:rsidRPr="00935194" w:rsidRDefault="00BA66FB" w:rsidP="00F62164">
      <w:pPr>
        <w:pStyle w:val="ListParagraph"/>
        <w:ind w:left="644"/>
        <w:rPr>
          <w:rFonts w:ascii="Arial" w:hAnsi="Arial" w:cs="Arial"/>
          <w:sz w:val="24"/>
          <w:szCs w:val="24"/>
          <w:lang w:val="en-GB"/>
        </w:rPr>
      </w:pPr>
    </w:p>
    <w:p w14:paraId="22DD8CA8" w14:textId="283806DF" w:rsidR="00F62164" w:rsidRPr="00935194" w:rsidRDefault="00F62164" w:rsidP="00F62164">
      <w:pPr>
        <w:pStyle w:val="ListParagraph"/>
        <w:ind w:left="644"/>
        <w:rPr>
          <w:rFonts w:ascii="Arial" w:hAnsi="Arial" w:cs="Arial"/>
          <w:sz w:val="24"/>
          <w:szCs w:val="24"/>
          <w:lang w:val="en-GB"/>
        </w:rPr>
      </w:pPr>
    </w:p>
    <w:p w14:paraId="0056E084" w14:textId="41D15C17" w:rsidR="00F62164" w:rsidRPr="00935194" w:rsidRDefault="00F62164" w:rsidP="00F62164">
      <w:pPr>
        <w:pStyle w:val="ListParagraph"/>
        <w:ind w:left="644"/>
        <w:rPr>
          <w:rFonts w:ascii="Arial" w:hAnsi="Arial" w:cs="Arial"/>
          <w:sz w:val="24"/>
          <w:szCs w:val="24"/>
          <w:lang w:val="en-GB"/>
        </w:rPr>
      </w:pPr>
    </w:p>
    <w:p w14:paraId="3503916C" w14:textId="086C6B23" w:rsidR="00700BED" w:rsidRPr="00935194" w:rsidRDefault="00700BED" w:rsidP="00F62164">
      <w:pPr>
        <w:pStyle w:val="ListParagraph"/>
        <w:ind w:left="644"/>
        <w:rPr>
          <w:rFonts w:ascii="Arial" w:hAnsi="Arial" w:cs="Arial"/>
          <w:sz w:val="24"/>
          <w:szCs w:val="24"/>
          <w:lang w:val="en-GB"/>
        </w:rPr>
      </w:pPr>
      <w:r w:rsidRPr="00935194">
        <w:rPr>
          <w:rFonts w:ascii="Arial" w:hAnsi="Arial" w:cs="Arial"/>
          <w:noProof/>
          <w:sz w:val="24"/>
          <w:szCs w:val="24"/>
          <w:lang w:val="en-GB"/>
        </w:rPr>
        <w:drawing>
          <wp:anchor distT="0" distB="0" distL="114300" distR="114300" simplePos="0" relativeHeight="251926016" behindDoc="0" locked="0" layoutInCell="1" allowOverlap="1" wp14:anchorId="026B4D48" wp14:editId="020AABC4">
            <wp:simplePos x="0" y="0"/>
            <wp:positionH relativeFrom="margin">
              <wp:posOffset>2846705</wp:posOffset>
            </wp:positionH>
            <wp:positionV relativeFrom="paragraph">
              <wp:posOffset>26670</wp:posOffset>
            </wp:positionV>
            <wp:extent cx="2922905" cy="2388235"/>
            <wp:effectExtent l="0" t="0" r="0" b="0"/>
            <wp:wrapSquare wrapText="bothSides"/>
            <wp:docPr id="2006560484" name="Picture 1" descr="Onboarding page with pre‑filled name and email fields, an empty Organisation field, and a green Submi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6560484" name="Picture 1" descr="Onboarding page with pre‑filled name and email fields, an empty Organisation field, and a green Submit button."/>
                    <pic:cNvPicPr/>
                  </pic:nvPicPr>
                  <pic:blipFill>
                    <a:blip r:embed="rId49"/>
                    <a:stretch>
                      <a:fillRect/>
                    </a:stretch>
                  </pic:blipFill>
                  <pic:spPr>
                    <a:xfrm>
                      <a:off x="0" y="0"/>
                      <a:ext cx="2922905" cy="2388235"/>
                    </a:xfrm>
                    <a:prstGeom prst="rect">
                      <a:avLst/>
                    </a:prstGeom>
                  </pic:spPr>
                </pic:pic>
              </a:graphicData>
            </a:graphic>
            <wp14:sizeRelH relativeFrom="margin">
              <wp14:pctWidth>0</wp14:pctWidth>
            </wp14:sizeRelH>
            <wp14:sizeRelV relativeFrom="margin">
              <wp14:pctHeight>0</wp14:pctHeight>
            </wp14:sizeRelV>
          </wp:anchor>
        </w:drawing>
      </w:r>
    </w:p>
    <w:p w14:paraId="70BC8513" w14:textId="42443A5E" w:rsidR="00F62164" w:rsidRPr="00935194" w:rsidRDefault="00F62164" w:rsidP="00F62164">
      <w:pPr>
        <w:pStyle w:val="ListParagraph"/>
        <w:ind w:left="644"/>
        <w:rPr>
          <w:rFonts w:ascii="Arial" w:hAnsi="Arial" w:cs="Arial"/>
          <w:sz w:val="24"/>
          <w:szCs w:val="24"/>
          <w:lang w:val="en-GB"/>
        </w:rPr>
      </w:pPr>
    </w:p>
    <w:p w14:paraId="05F779E8" w14:textId="24E5E408" w:rsidR="00CD0BCD" w:rsidRPr="00935194" w:rsidRDefault="00CD0BCD">
      <w:pPr>
        <w:pStyle w:val="ListParagraph"/>
        <w:numPr>
          <w:ilvl w:val="0"/>
          <w:numId w:val="9"/>
        </w:numPr>
        <w:rPr>
          <w:rFonts w:ascii="Arial" w:hAnsi="Arial" w:cs="Arial"/>
          <w:sz w:val="24"/>
          <w:szCs w:val="24"/>
          <w:lang w:val="en-GB"/>
        </w:rPr>
      </w:pPr>
      <w:r w:rsidRPr="00935194">
        <w:rPr>
          <w:rFonts w:ascii="Arial" w:hAnsi="Arial" w:cs="Arial"/>
          <w:sz w:val="24"/>
          <w:szCs w:val="24"/>
          <w:lang w:val="en-GB"/>
        </w:rPr>
        <w:t xml:space="preserve">You have now reached the Onboarding page. </w:t>
      </w:r>
      <w:r w:rsidRPr="00935194">
        <w:rPr>
          <w:rFonts w:ascii="Arial" w:hAnsi="Arial" w:cs="Arial"/>
          <w:b/>
          <w:bCs/>
          <w:sz w:val="24"/>
          <w:szCs w:val="24"/>
          <w:lang w:val="en-GB"/>
        </w:rPr>
        <w:t>Enter the Public Authority you belong</w:t>
      </w:r>
      <w:r w:rsidRPr="00935194">
        <w:rPr>
          <w:rFonts w:ascii="Arial" w:hAnsi="Arial" w:cs="Arial"/>
          <w:sz w:val="24"/>
          <w:szCs w:val="24"/>
          <w:lang w:val="en-GB"/>
        </w:rPr>
        <w:t xml:space="preserve"> to in the organisation box on screen. Select </w:t>
      </w:r>
      <w:r w:rsidRPr="00935194">
        <w:rPr>
          <w:rFonts w:ascii="Arial" w:hAnsi="Arial" w:cs="Arial"/>
          <w:b/>
          <w:bCs/>
          <w:sz w:val="24"/>
          <w:szCs w:val="24"/>
          <w:lang w:val="en-GB"/>
        </w:rPr>
        <w:t>Submit.</w:t>
      </w:r>
      <w:r w:rsidR="00F62164" w:rsidRPr="00935194">
        <w:rPr>
          <w:rFonts w:ascii="Arial" w:hAnsi="Arial" w:cs="Arial"/>
          <w:sz w:val="24"/>
          <w:szCs w:val="24"/>
          <w:lang w:val="en-GB"/>
        </w:rPr>
        <w:t xml:space="preserve"> </w:t>
      </w:r>
    </w:p>
    <w:p w14:paraId="14E062E7" w14:textId="4E0BE509" w:rsidR="00CD0BCD" w:rsidRPr="00935194" w:rsidRDefault="00CD0BCD" w:rsidP="00CD0BCD">
      <w:pPr>
        <w:rPr>
          <w:rFonts w:ascii="Arial" w:hAnsi="Arial" w:cs="Arial"/>
          <w:sz w:val="24"/>
          <w:szCs w:val="24"/>
          <w:lang w:val="en-GB"/>
        </w:rPr>
      </w:pPr>
    </w:p>
    <w:p w14:paraId="0518D4BD" w14:textId="77777777" w:rsidR="00FD4D66" w:rsidRPr="00684C6D" w:rsidRDefault="00FD4D66" w:rsidP="00CD0BCD">
      <w:pPr>
        <w:rPr>
          <w:rFonts w:ascii="Arial" w:hAnsi="Arial" w:cs="Arial"/>
          <w:lang w:val="en-GB"/>
        </w:rPr>
      </w:pPr>
    </w:p>
    <w:p w14:paraId="276E2573" w14:textId="77777777" w:rsidR="00F62164" w:rsidRPr="00684C6D" w:rsidRDefault="00F62164" w:rsidP="00CD0BCD">
      <w:pPr>
        <w:rPr>
          <w:rFonts w:ascii="Arial" w:hAnsi="Arial" w:cs="Arial"/>
          <w:lang w:val="en-GB"/>
        </w:rPr>
      </w:pPr>
    </w:p>
    <w:p w14:paraId="4A7595AE" w14:textId="77777777" w:rsidR="00F62164" w:rsidRPr="00684C6D" w:rsidRDefault="00F62164" w:rsidP="00CD0BCD">
      <w:pPr>
        <w:rPr>
          <w:rFonts w:ascii="Arial" w:hAnsi="Arial" w:cs="Arial"/>
          <w:lang w:val="en-GB"/>
        </w:rPr>
      </w:pPr>
    </w:p>
    <w:p w14:paraId="2E15ED05" w14:textId="77777777" w:rsidR="00F62164" w:rsidRPr="00684C6D" w:rsidRDefault="00F62164" w:rsidP="00CD0BCD">
      <w:pPr>
        <w:rPr>
          <w:rFonts w:ascii="Arial" w:hAnsi="Arial" w:cs="Arial"/>
          <w:lang w:val="en-GB"/>
        </w:rPr>
      </w:pPr>
    </w:p>
    <w:p w14:paraId="1817114D" w14:textId="77777777" w:rsidR="00700BED" w:rsidRPr="00684C6D" w:rsidRDefault="00700BED" w:rsidP="00CD0BCD">
      <w:pPr>
        <w:rPr>
          <w:rFonts w:ascii="Arial" w:hAnsi="Arial" w:cs="Arial"/>
          <w:lang w:val="en-GB"/>
        </w:rPr>
      </w:pPr>
    </w:p>
    <w:p w14:paraId="309D21AB" w14:textId="77777777" w:rsidR="00700BED" w:rsidRPr="00684C6D" w:rsidRDefault="00700BED" w:rsidP="00CD0BCD">
      <w:pPr>
        <w:rPr>
          <w:rFonts w:ascii="Arial" w:hAnsi="Arial" w:cs="Arial"/>
          <w:lang w:val="en-GB"/>
        </w:rPr>
      </w:pPr>
    </w:p>
    <w:p w14:paraId="79A40F9F" w14:textId="1126B9F3" w:rsidR="00700BED" w:rsidRPr="00684C6D" w:rsidRDefault="00700BED" w:rsidP="00CD0BCD">
      <w:pPr>
        <w:rPr>
          <w:rFonts w:ascii="Arial" w:hAnsi="Arial" w:cs="Arial"/>
          <w:lang w:val="en-GB"/>
        </w:rPr>
      </w:pPr>
    </w:p>
    <w:p w14:paraId="41907A6D" w14:textId="6C435A19" w:rsidR="00700BED" w:rsidRPr="00684C6D" w:rsidRDefault="00700BED" w:rsidP="00CD0BCD">
      <w:pPr>
        <w:rPr>
          <w:rFonts w:ascii="Arial" w:hAnsi="Arial" w:cs="Arial"/>
          <w:lang w:val="en-GB"/>
        </w:rPr>
      </w:pPr>
    </w:p>
    <w:p w14:paraId="541AD573" w14:textId="0EBFFBA0" w:rsidR="00CD0BCD" w:rsidRPr="00BA66FB" w:rsidRDefault="00CD0BCD">
      <w:pPr>
        <w:pStyle w:val="ListParagraph"/>
        <w:numPr>
          <w:ilvl w:val="0"/>
          <w:numId w:val="9"/>
        </w:numPr>
        <w:rPr>
          <w:rFonts w:ascii="Arial" w:hAnsi="Arial" w:cs="Arial"/>
          <w:sz w:val="24"/>
          <w:szCs w:val="24"/>
          <w:lang w:val="en-GB"/>
        </w:rPr>
      </w:pPr>
      <w:r w:rsidRPr="00684C6D">
        <w:rPr>
          <w:noProof/>
          <w:lang w:val="en-GB"/>
        </w:rPr>
        <w:lastRenderedPageBreak/>
        <mc:AlternateContent>
          <mc:Choice Requires="wpi">
            <w:drawing>
              <wp:anchor distT="0" distB="0" distL="114300" distR="114300" simplePos="0" relativeHeight="251735552" behindDoc="0" locked="0" layoutInCell="1" allowOverlap="1" wp14:anchorId="4CD23BF2" wp14:editId="36EC6770">
                <wp:simplePos x="0" y="0"/>
                <wp:positionH relativeFrom="column">
                  <wp:posOffset>7130304</wp:posOffset>
                </wp:positionH>
                <wp:positionV relativeFrom="paragraph">
                  <wp:posOffset>441933</wp:posOffset>
                </wp:positionV>
                <wp:extent cx="360" cy="360"/>
                <wp:effectExtent l="76200" t="114300" r="76200" b="114300"/>
                <wp:wrapNone/>
                <wp:docPr id="1283514532" name="Ink 17"/>
                <wp:cNvGraphicFramePr/>
                <a:graphic xmlns:a="http://schemas.openxmlformats.org/drawingml/2006/main">
                  <a:graphicData uri="http://schemas.microsoft.com/office/word/2010/wordprocessingInk">
                    <w14:contentPart bwMode="auto" r:id="rId50">
                      <w14:nvContentPartPr>
                        <w14:cNvContentPartPr/>
                      </w14:nvContentPartPr>
                      <w14:xfrm>
                        <a:off x="0" y="0"/>
                        <a:ext cx="360" cy="360"/>
                      </w14:xfrm>
                    </w14:contentPart>
                  </a:graphicData>
                </a:graphic>
              </wp:anchor>
            </w:drawing>
          </mc:Choice>
          <mc:Fallback>
            <w:pict>
              <v:shape w14:anchorId="649C0A2F" id="Ink 17" o:spid="_x0000_s1026" type="#_x0000_t75" style="position:absolute;margin-left:558.6pt;margin-top:29.15pt;width:5.7pt;height:11.4pt;z-index:2517355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TDBblsAQAABwMAAA4AAABkcnMvZTJvRG9jLnhtbJxSy07DMBC8I/EP&#10;lu/USUEFRU17oELqAegBPsB17MYi9kZrt0n/nk3TJwgh9WLZs9rZmR2Pp62r2EZjsOBzng4SzrRX&#10;UFi/yvnnx8vdE2chSl/ICrzO+VYHPp3c3oybOtNDKKEqNDIi8SFr6pyXMdaZEEGV2skwgFp7KhpA&#10;JyM9cSUKlA2xu0oMk2QkGsCiRlA6BEJnfZFPdvzGaBXfjQk6sirn96MkIX0x54/USjc8YssDJiZj&#10;ma1Q1qVVe1nyClVOWk8ijlQzGSVbo/1F5axCCGDiQIETYIxVeueJ3KXJD3dz/9U5Sx/UGjMFPmof&#10;FxLjYX+7wjUjXMXZsnmFghKS6wh8z0gL+j+QXvQM1NqRnj4V1JWM9CVCaetAi85skXOcF+lJv988&#10;nxws8OTr7bJAiYi95b9aWoOuWzYpYW3OKdltd+6y1G1kikAKnzNFeHc54+x7DxPOlkpjL+I7f3eS&#10;zv7v5BsAAP//AwBQSwMEFAAGAAgAAAAhAMh5YQ3LAQAAZgQAABAAAABkcnMvaW5rL2luazEueG1s&#10;pFPBbpwwEL1X6j9Y7nnBsJs2RWFzaqRKrbpqUqk5OjABa7G9sk3Y/fsOBgxSaZWqF2Rm/N7MezO+&#10;uT3LhryAsUKrnCYRowRUoUuhqpz+eLjbXFNiHVclb7SCnF7A0tv92zc3Qh1lk+GXIIOy/Uk2Oa2d&#10;O2Vx3HVd1G0jbao4ZWwbf1bHr1/ofkSV8CyUcFjSTqFCKwdn15Nlosxp4c4s3Efue92aAkK6j5hi&#10;vuEML+BOG8ldYKy5UtAQxSX2/ZMSdznhQWCdCgwlUqDgTRoluw+7608fMcDPOV38t9iixU4kjdc5&#10;H/+TM/aeZX/u/WD0CYwTMNs0iBoTF1IM/17fINSA1U3be0vJC29alJwwhmMd5STxiqDf+VDbv/GN&#10;YsaGlp2PmTDEyUwnJOBqyVOYqrPYZx++d8YvYMrS9xu23bDdQ7LNrpIsZVFyxfqBTPWGvZk4n0xr&#10;68D3ZOYN8Zmgc9DWidLVwSYWpcGlpUdryBpEVbsFdPdqqBOngDNQ4NuqGphXbK2a4daB+TbjJLfH&#10;A6i/o0SltIEDLoRtDYSaycI9Xyx4ufIs/W6S8XF+h+ecvvMvk3jkEPAuJ4RNI/GYQIpj3/8CAAD/&#10;/wMAUEsDBBQABgAIAAAAIQCEJZFY3gAAAAsBAAAPAAAAZHJzL2Rvd25yZXYueG1sTI/BTsMwEETv&#10;SPyDtUjcqONUlCjEqQDBsRItHDhu7W0SNV5HsZsGvh73BMfRPr2Zrdaz68VEY+g8a1CLDASx8bbj&#10;RsPnx9tdASJEZIu9Z9LwTQHW9fVVhaX1Z97StIuNSBIOJWpoYxxKKYNpyWFY+IE43Q5+dBhTHBtp&#10;RzwnuetlnmUr6bDj1NDiQC8tmePu5DS8x2k5bF9N94w/G+M2yTV95Vrf3sxPjyAizfEPhsv8NB3q&#10;tGnvT2yD6FNW6iFPrIb7YgniQqi8WIHYayiUAllX8v8P9S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BAi0AFAAGAAgAAAAhAJszJzcMAQAALQIAABMAAAAAAAAAAAAAAAAAAAAAAFtDb250ZW50&#10;X1R5cGVzXS54bWxQSwECLQAUAAYACAAAACEAOP0h/9YAAACUAQAACwAAAAAAAAAAAAAAAAA9AQAA&#10;X3JlbHMvLnJlbHNQSwECLQAUAAYACAAAACEAxMMFuWwBAAAHAwAADgAAAAAAAAAAAAAAAAA8AgAA&#10;ZHJzL2Uyb0RvYy54bWxQSwECLQAUAAYACAAAACEAyHlhDcsBAABmBAAAEAAAAAAAAAAAAAAAAADU&#10;AwAAZHJzL2luay9pbmsxLnhtbFBLAQItABQABgAIAAAAIQCEJZFY3gAAAAsBAAAPAAAAAAAAAAAA&#10;AAAAAM0FAABkcnMvZG93bnJldi54bWxQSwECLQAUAAYACAAAACEAeRi8nb8AAAAhAQAAGQAAAAAA&#10;AAAAAAAAAADYBgAAZHJzL19yZWxzL2Uyb0RvYy54bWwucmVsc1BLBQYAAAAABgAGAHgBAADOBwAA&#10;AAA=&#10;">
                <v:imagedata r:id="rId51" o:title=""/>
              </v:shape>
            </w:pict>
          </mc:Fallback>
        </mc:AlternateContent>
      </w:r>
      <w:r w:rsidR="00BD11B2" w:rsidRPr="00BA66FB">
        <w:rPr>
          <w:rFonts w:ascii="Arial" w:hAnsi="Arial" w:cs="Arial"/>
          <w:sz w:val="24"/>
          <w:szCs w:val="24"/>
          <w:lang w:val="en-GB"/>
        </w:rPr>
        <w:t xml:space="preserve">Your Onboarding request is now complete. </w:t>
      </w:r>
      <w:r w:rsidRPr="00BA66FB">
        <w:rPr>
          <w:rFonts w:ascii="Arial" w:hAnsi="Arial" w:cs="Arial"/>
          <w:sz w:val="24"/>
          <w:szCs w:val="24"/>
          <w:lang w:val="en-GB"/>
        </w:rPr>
        <w:t>Once approved, DAERA will grant you access to the Rural Needs Assessment submission page. This can take up to one working day for this update to be processed.</w:t>
      </w:r>
    </w:p>
    <w:p w14:paraId="441F9B1F" w14:textId="77777777" w:rsidR="00F62164" w:rsidRPr="00935194" w:rsidRDefault="00F62164" w:rsidP="00F62164">
      <w:pPr>
        <w:pStyle w:val="ListParagraph"/>
        <w:ind w:left="644"/>
        <w:rPr>
          <w:rFonts w:ascii="Arial" w:hAnsi="Arial" w:cs="Arial"/>
          <w:sz w:val="24"/>
          <w:szCs w:val="24"/>
          <w:lang w:val="en-GB"/>
        </w:rPr>
      </w:pPr>
    </w:p>
    <w:p w14:paraId="32709B51" w14:textId="43B3B816" w:rsidR="00CD0BCD" w:rsidRPr="00935194" w:rsidRDefault="006110EC" w:rsidP="00F62164">
      <w:pPr>
        <w:pStyle w:val="ListParagraph"/>
        <w:ind w:left="644"/>
        <w:rPr>
          <w:rFonts w:ascii="Arial" w:hAnsi="Arial" w:cs="Arial"/>
          <w:sz w:val="24"/>
          <w:szCs w:val="24"/>
          <w:lang w:val="en-GB"/>
        </w:rPr>
      </w:pPr>
      <w:r w:rsidRPr="00935194">
        <w:rPr>
          <w:rFonts w:ascii="Arial" w:hAnsi="Arial" w:cs="Arial"/>
          <w:noProof/>
          <w:sz w:val="24"/>
          <w:szCs w:val="24"/>
          <w:lang w:val="en-GB"/>
        </w:rPr>
        <mc:AlternateContent>
          <mc:Choice Requires="wps">
            <w:drawing>
              <wp:anchor distT="0" distB="0" distL="114300" distR="114300" simplePos="0" relativeHeight="252050944" behindDoc="0" locked="0" layoutInCell="1" allowOverlap="1" wp14:anchorId="738BF353" wp14:editId="6E6C38CB">
                <wp:simplePos x="0" y="0"/>
                <wp:positionH relativeFrom="page">
                  <wp:posOffset>5969000</wp:posOffset>
                </wp:positionH>
                <wp:positionV relativeFrom="paragraph">
                  <wp:posOffset>81915</wp:posOffset>
                </wp:positionV>
                <wp:extent cx="488950" cy="3242310"/>
                <wp:effectExtent l="57150" t="38100" r="368300" b="129540"/>
                <wp:wrapNone/>
                <wp:docPr id="609550848" name="Connector: Curved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488950" cy="3242310"/>
                        </a:xfrm>
                        <a:prstGeom prst="curvedConnector3">
                          <a:avLst>
                            <a:gd name="adj1" fmla="val -59468"/>
                          </a:avLst>
                        </a:prstGeom>
                        <a:ln>
                          <a:headEnd type="triangle"/>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0F8F404" id="Connector: Curved 5" o:spid="_x0000_s1026" type="#_x0000_t38" alt="&quot;&quot;" style="position:absolute;margin-left:470pt;margin-top:6.45pt;width:38.5pt;height:255.3pt;flip:x;z-index:252050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Erm6wEAACIEAAAOAAAAZHJzL2Uyb0RvYy54bWysU8luHCEQvUfKPyDunp7N1rg1PT6Msxyi&#10;xMryARiKaSI2Ae7l71PQM+0osRIpygUBxXv16lWxvxuMJh2EqJxt6GqxpAQsd0LZU0O/fX17taMk&#10;JmYF085CQ0eI9O7w+tW+9zWsXeu0gECQxMa69w1tU/J1VUXegmFx4TxYDEoXDEt4DKdKBNYju9HV&#10;erm8qXoXhA+OQ4x4ez8F6aHwSwk8fZIyQiK6oagtlTWU9TGv1WHP6lNgvlX8LIP9gwrDlMWkM9U9&#10;S4w8BfUblVE8uOhkWnBnKiel4lBqwGpWy1+q+dIyD6UWNCf62ab4/2j5x+5oHwLa0PtYR/8QchWD&#10;DIZIrfx77GmpC5WSodg2zrbBkAjHy+1ud3uN5nIMbdbb9WZVfK0mnsznQ0zvwBmSNw3lT6EDcXTW&#10;Yn9c2JQMrPsQU7FQEMsMzgoT31eUSKOxIx3T5Or6dnuzyy1D6vNz3F3IM1bbvLbAxBsrSBo90qSg&#10;mD1pmHqdmNIvx5Aqw6tnI8oujRom6s8giRJY8LoILjMKRx0IikO1nINNq7M8bfF1hkml9Qxc/h14&#10;fp+hUOZ3Bk+N+GPWGVEyO5tmsFHWhZeyp+EiWU7vLw5MdWcLHp0Yy4gUa3AQSwPOnyZP+s/nAn/+&#10;2ocfAAAA//8DAFBLAwQUAAYACAAAACEA7iKV3N8AAAALAQAADwAAAGRycy9kb3ducmV2LnhtbEyP&#10;wU7DMBBE70j8g7VIXBC1awilIU5VISFBLqgt3N14SSLidRS7bfh7tic47sxo9k2xmnwvjjjGLpCB&#10;+UyBQKqD66gx8LF7uX0EEZMlZ/tAaOAHI6zKy4vC5i6caIPHbWoEl1DMrYE2pSGXMtYtehtnYUBi&#10;7yuM3iY+x0a60Z643PdSK/Ugve2IP7R2wOcW6+/twRt499UmLqob/amrtzXF3fAas8yY66tp/QQi&#10;4ZT+wnDGZ3QomWkfDuSi6A0s7xVvSWzoJYhzQM0XrOwNZPouA1kW8v+G8hcAAP//AwBQSwECLQAU&#10;AAYACAAAACEAtoM4kv4AAADhAQAAEwAAAAAAAAAAAAAAAAAAAAAAW0NvbnRlbnRfVHlwZXNdLnht&#10;bFBLAQItABQABgAIAAAAIQA4/SH/1gAAAJQBAAALAAAAAAAAAAAAAAAAAC8BAABfcmVscy8ucmVs&#10;c1BLAQItABQABgAIAAAAIQAOTErm6wEAACIEAAAOAAAAAAAAAAAAAAAAAC4CAABkcnMvZTJvRG9j&#10;LnhtbFBLAQItABQABgAIAAAAIQDuIpXc3wAAAAsBAAAPAAAAAAAAAAAAAAAAAEUEAABkcnMvZG93&#10;bnJldi54bWxQSwUGAAAAAAQABADzAAAAUQUAAAAA&#10;" adj="-12845" strokecolor="#4f81bd [3204]" strokeweight="2pt">
                <v:stroke startarrow="block" endarrow="block"/>
                <v:shadow on="t" color="black" opacity="24903f" origin=",.5" offset="0,.55556mm"/>
                <w10:wrap anchorx="page"/>
              </v:shape>
            </w:pict>
          </mc:Fallback>
        </mc:AlternateContent>
      </w:r>
      <w:r w:rsidR="00281671" w:rsidRPr="00935194">
        <w:rPr>
          <w:rFonts w:ascii="Arial" w:hAnsi="Arial" w:cs="Arial"/>
          <w:noProof/>
          <w:sz w:val="24"/>
          <w:szCs w:val="24"/>
          <w:lang w:val="en-GB"/>
        </w:rPr>
        <w:drawing>
          <wp:anchor distT="0" distB="0" distL="114300" distR="114300" simplePos="0" relativeHeight="252046848" behindDoc="0" locked="0" layoutInCell="1" allowOverlap="1" wp14:anchorId="3089DE39" wp14:editId="351D5904">
            <wp:simplePos x="0" y="0"/>
            <wp:positionH relativeFrom="column">
              <wp:posOffset>673100</wp:posOffset>
            </wp:positionH>
            <wp:positionV relativeFrom="paragraph">
              <wp:posOffset>-66040</wp:posOffset>
            </wp:positionV>
            <wp:extent cx="4838700" cy="2851150"/>
            <wp:effectExtent l="0" t="0" r="0" b="6350"/>
            <wp:wrapSquare wrapText="bothSides"/>
            <wp:docPr id="1669402609" name="Picture 1" descr="Page displaying an ‘Onboarding complete’ message indicating the request has been successfully submit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9402609" name="Picture 1" descr="Page displaying an ‘Onboarding complete’ message indicating the request has been successfully submitted."/>
                    <pic:cNvPicPr/>
                  </pic:nvPicPr>
                  <pic:blipFill>
                    <a:blip r:embed="rId39"/>
                    <a:stretch>
                      <a:fillRect/>
                    </a:stretch>
                  </pic:blipFill>
                  <pic:spPr>
                    <a:xfrm>
                      <a:off x="0" y="0"/>
                      <a:ext cx="4838700" cy="2851150"/>
                    </a:xfrm>
                    <a:prstGeom prst="rect">
                      <a:avLst/>
                    </a:prstGeom>
                  </pic:spPr>
                </pic:pic>
              </a:graphicData>
            </a:graphic>
            <wp14:sizeRelH relativeFrom="margin">
              <wp14:pctWidth>0</wp14:pctWidth>
            </wp14:sizeRelH>
            <wp14:sizeRelV relativeFrom="margin">
              <wp14:pctHeight>0</wp14:pctHeight>
            </wp14:sizeRelV>
          </wp:anchor>
        </w:drawing>
      </w:r>
    </w:p>
    <w:p w14:paraId="3455B778" w14:textId="1903D94A" w:rsidR="00F62164" w:rsidRPr="00935194" w:rsidRDefault="00F62164" w:rsidP="00F62164">
      <w:pPr>
        <w:pStyle w:val="ListParagraph"/>
        <w:ind w:left="644"/>
        <w:rPr>
          <w:rFonts w:ascii="Arial" w:hAnsi="Arial" w:cs="Arial"/>
          <w:sz w:val="24"/>
          <w:szCs w:val="24"/>
          <w:lang w:val="en-GB"/>
        </w:rPr>
      </w:pPr>
    </w:p>
    <w:p w14:paraId="6336D2A3" w14:textId="77777777" w:rsidR="00281671" w:rsidRPr="00935194" w:rsidRDefault="00281671" w:rsidP="00F62164">
      <w:pPr>
        <w:pStyle w:val="ListParagraph"/>
        <w:ind w:left="644"/>
        <w:rPr>
          <w:rFonts w:ascii="Arial" w:hAnsi="Arial" w:cs="Arial"/>
          <w:sz w:val="24"/>
          <w:szCs w:val="24"/>
          <w:lang w:val="en-GB"/>
        </w:rPr>
      </w:pPr>
    </w:p>
    <w:p w14:paraId="251F2BB9" w14:textId="77777777" w:rsidR="00281671" w:rsidRPr="00935194" w:rsidRDefault="00281671" w:rsidP="00F62164">
      <w:pPr>
        <w:pStyle w:val="ListParagraph"/>
        <w:ind w:left="644"/>
        <w:rPr>
          <w:rFonts w:ascii="Arial" w:hAnsi="Arial" w:cs="Arial"/>
          <w:sz w:val="24"/>
          <w:szCs w:val="24"/>
          <w:lang w:val="en-GB"/>
        </w:rPr>
      </w:pPr>
    </w:p>
    <w:p w14:paraId="3888AE0E" w14:textId="77777777" w:rsidR="00281671" w:rsidRPr="00935194" w:rsidRDefault="00281671" w:rsidP="00F62164">
      <w:pPr>
        <w:pStyle w:val="ListParagraph"/>
        <w:ind w:left="644"/>
        <w:rPr>
          <w:rFonts w:ascii="Arial" w:hAnsi="Arial" w:cs="Arial"/>
          <w:sz w:val="24"/>
          <w:szCs w:val="24"/>
          <w:lang w:val="en-GB"/>
        </w:rPr>
      </w:pPr>
    </w:p>
    <w:p w14:paraId="42D87A39" w14:textId="77777777" w:rsidR="00281671" w:rsidRPr="00935194" w:rsidRDefault="00281671" w:rsidP="00F62164">
      <w:pPr>
        <w:pStyle w:val="ListParagraph"/>
        <w:ind w:left="644"/>
        <w:rPr>
          <w:rFonts w:ascii="Arial" w:hAnsi="Arial" w:cs="Arial"/>
          <w:sz w:val="24"/>
          <w:szCs w:val="24"/>
          <w:lang w:val="en-GB"/>
        </w:rPr>
      </w:pPr>
    </w:p>
    <w:p w14:paraId="70A1035C" w14:textId="77777777" w:rsidR="00281671" w:rsidRPr="00935194" w:rsidRDefault="00281671" w:rsidP="00F62164">
      <w:pPr>
        <w:pStyle w:val="ListParagraph"/>
        <w:ind w:left="644"/>
        <w:rPr>
          <w:rFonts w:ascii="Arial" w:hAnsi="Arial" w:cs="Arial"/>
          <w:sz w:val="24"/>
          <w:szCs w:val="24"/>
          <w:lang w:val="en-GB"/>
        </w:rPr>
      </w:pPr>
    </w:p>
    <w:p w14:paraId="761F057A" w14:textId="77777777" w:rsidR="00281671" w:rsidRPr="00935194" w:rsidRDefault="00281671" w:rsidP="00F62164">
      <w:pPr>
        <w:pStyle w:val="ListParagraph"/>
        <w:ind w:left="644"/>
        <w:rPr>
          <w:rFonts w:ascii="Arial" w:hAnsi="Arial" w:cs="Arial"/>
          <w:sz w:val="24"/>
          <w:szCs w:val="24"/>
          <w:lang w:val="en-GB"/>
        </w:rPr>
      </w:pPr>
    </w:p>
    <w:p w14:paraId="7703E069" w14:textId="77777777" w:rsidR="00281671" w:rsidRPr="00935194" w:rsidRDefault="00281671" w:rsidP="00F62164">
      <w:pPr>
        <w:pStyle w:val="ListParagraph"/>
        <w:ind w:left="644"/>
        <w:rPr>
          <w:rFonts w:ascii="Arial" w:hAnsi="Arial" w:cs="Arial"/>
          <w:sz w:val="24"/>
          <w:szCs w:val="24"/>
          <w:lang w:val="en-GB"/>
        </w:rPr>
      </w:pPr>
    </w:p>
    <w:p w14:paraId="263F3B1E" w14:textId="77777777" w:rsidR="00281671" w:rsidRPr="00935194" w:rsidRDefault="00281671" w:rsidP="00F62164">
      <w:pPr>
        <w:pStyle w:val="ListParagraph"/>
        <w:ind w:left="644"/>
        <w:rPr>
          <w:rFonts w:ascii="Arial" w:hAnsi="Arial" w:cs="Arial"/>
          <w:sz w:val="24"/>
          <w:szCs w:val="24"/>
          <w:lang w:val="en-GB"/>
        </w:rPr>
      </w:pPr>
    </w:p>
    <w:p w14:paraId="3E24F60F" w14:textId="77777777" w:rsidR="00281671" w:rsidRPr="00935194" w:rsidRDefault="00281671" w:rsidP="00F62164">
      <w:pPr>
        <w:pStyle w:val="ListParagraph"/>
        <w:ind w:left="644"/>
        <w:rPr>
          <w:rFonts w:ascii="Arial" w:hAnsi="Arial" w:cs="Arial"/>
          <w:sz w:val="24"/>
          <w:szCs w:val="24"/>
          <w:lang w:val="en-GB"/>
        </w:rPr>
      </w:pPr>
    </w:p>
    <w:p w14:paraId="497A7FBF" w14:textId="77777777" w:rsidR="00281671" w:rsidRPr="00935194" w:rsidRDefault="00281671" w:rsidP="00F62164">
      <w:pPr>
        <w:pStyle w:val="ListParagraph"/>
        <w:ind w:left="644"/>
        <w:rPr>
          <w:rFonts w:ascii="Arial" w:hAnsi="Arial" w:cs="Arial"/>
          <w:sz w:val="24"/>
          <w:szCs w:val="24"/>
          <w:lang w:val="en-GB"/>
        </w:rPr>
      </w:pPr>
    </w:p>
    <w:p w14:paraId="056313D9" w14:textId="77777777" w:rsidR="00281671" w:rsidRPr="00935194" w:rsidRDefault="00281671" w:rsidP="00F62164">
      <w:pPr>
        <w:pStyle w:val="ListParagraph"/>
        <w:ind w:left="644"/>
        <w:rPr>
          <w:rFonts w:ascii="Arial" w:hAnsi="Arial" w:cs="Arial"/>
          <w:sz w:val="24"/>
          <w:szCs w:val="24"/>
          <w:lang w:val="en-GB"/>
        </w:rPr>
      </w:pPr>
    </w:p>
    <w:p w14:paraId="3BA182A6" w14:textId="77777777" w:rsidR="00281671" w:rsidRPr="00935194" w:rsidRDefault="00281671" w:rsidP="00F62164">
      <w:pPr>
        <w:pStyle w:val="ListParagraph"/>
        <w:ind w:left="644"/>
        <w:rPr>
          <w:rFonts w:ascii="Arial" w:hAnsi="Arial" w:cs="Arial"/>
          <w:sz w:val="24"/>
          <w:szCs w:val="24"/>
          <w:lang w:val="en-GB"/>
        </w:rPr>
      </w:pPr>
    </w:p>
    <w:p w14:paraId="20092BA6" w14:textId="77777777" w:rsidR="00281671" w:rsidRPr="00935194" w:rsidRDefault="00281671" w:rsidP="00F62164">
      <w:pPr>
        <w:pStyle w:val="ListParagraph"/>
        <w:ind w:left="644"/>
        <w:rPr>
          <w:rFonts w:ascii="Arial" w:hAnsi="Arial" w:cs="Arial"/>
          <w:sz w:val="24"/>
          <w:szCs w:val="24"/>
          <w:lang w:val="en-GB"/>
        </w:rPr>
      </w:pPr>
    </w:p>
    <w:p w14:paraId="0D7AE9FC" w14:textId="77777777" w:rsidR="00281671" w:rsidRPr="00935194" w:rsidRDefault="00281671" w:rsidP="00F62164">
      <w:pPr>
        <w:pStyle w:val="ListParagraph"/>
        <w:ind w:left="644"/>
        <w:rPr>
          <w:rFonts w:ascii="Arial" w:hAnsi="Arial" w:cs="Arial"/>
          <w:sz w:val="24"/>
          <w:szCs w:val="24"/>
          <w:lang w:val="en-GB"/>
        </w:rPr>
      </w:pPr>
    </w:p>
    <w:p w14:paraId="025A45DF" w14:textId="641E89ED" w:rsidR="00926D1D" w:rsidRDefault="00CD0BCD">
      <w:pPr>
        <w:pStyle w:val="ListParagraph"/>
        <w:numPr>
          <w:ilvl w:val="0"/>
          <w:numId w:val="9"/>
        </w:numPr>
        <w:rPr>
          <w:rFonts w:ascii="Arial" w:hAnsi="Arial" w:cs="Arial"/>
          <w:sz w:val="24"/>
          <w:szCs w:val="24"/>
          <w:lang w:val="en-GB"/>
        </w:rPr>
      </w:pPr>
      <w:r w:rsidRPr="00935194">
        <w:rPr>
          <w:rFonts w:ascii="Arial" w:hAnsi="Arial" w:cs="Arial"/>
          <w:sz w:val="24"/>
          <w:szCs w:val="24"/>
          <w:lang w:val="en-GB"/>
        </w:rPr>
        <w:t xml:space="preserve">Leave the Page by selecting </w:t>
      </w:r>
      <w:r w:rsidRPr="00935194">
        <w:rPr>
          <w:rFonts w:ascii="Arial" w:hAnsi="Arial" w:cs="Arial"/>
          <w:b/>
          <w:bCs/>
          <w:sz w:val="24"/>
          <w:szCs w:val="24"/>
          <w:lang w:val="en-GB"/>
        </w:rPr>
        <w:t>Sign Out</w:t>
      </w:r>
      <w:r w:rsidRPr="00935194">
        <w:rPr>
          <w:rFonts w:ascii="Arial" w:hAnsi="Arial" w:cs="Arial"/>
          <w:sz w:val="24"/>
          <w:szCs w:val="24"/>
          <w:lang w:val="en-GB"/>
        </w:rPr>
        <w:t xml:space="preserve"> at the top right of the screen</w:t>
      </w:r>
      <w:r w:rsidR="00926D1D">
        <w:rPr>
          <w:rFonts w:ascii="Arial" w:hAnsi="Arial" w:cs="Arial"/>
          <w:sz w:val="24"/>
          <w:szCs w:val="24"/>
          <w:lang w:val="en-GB"/>
        </w:rPr>
        <w:t>.</w:t>
      </w:r>
    </w:p>
    <w:p w14:paraId="4A70CABD" w14:textId="77777777" w:rsidR="00926D1D" w:rsidRDefault="00926D1D" w:rsidP="00926D1D">
      <w:pPr>
        <w:pStyle w:val="ListParagraph"/>
        <w:ind w:left="644"/>
        <w:rPr>
          <w:rFonts w:ascii="Arial" w:hAnsi="Arial" w:cs="Arial"/>
          <w:sz w:val="24"/>
          <w:szCs w:val="24"/>
          <w:lang w:val="en-GB"/>
        </w:rPr>
      </w:pPr>
    </w:p>
    <w:p w14:paraId="546AE7BC" w14:textId="77777777" w:rsidR="00926D1D" w:rsidRDefault="00FD4D66" w:rsidP="00926D1D">
      <w:pPr>
        <w:pStyle w:val="ListParagraph"/>
        <w:ind w:left="644"/>
        <w:rPr>
          <w:rFonts w:ascii="Arial" w:hAnsi="Arial" w:cs="Arial"/>
          <w:b/>
          <w:bCs/>
          <w:sz w:val="24"/>
          <w:szCs w:val="24"/>
          <w:lang w:val="en-GB"/>
        </w:rPr>
      </w:pPr>
      <w:r w:rsidRPr="00926D1D">
        <w:rPr>
          <w:rFonts w:ascii="Arial" w:hAnsi="Arial" w:cs="Arial"/>
          <w:b/>
          <w:bCs/>
          <w:sz w:val="24"/>
          <w:szCs w:val="24"/>
          <w:lang w:val="en-GB"/>
        </w:rPr>
        <w:t xml:space="preserve">You are now setup with a </w:t>
      </w:r>
      <w:r w:rsidR="007968BB" w:rsidRPr="00926D1D">
        <w:rPr>
          <w:rFonts w:ascii="Arial" w:hAnsi="Arial" w:cs="Arial"/>
          <w:b/>
          <w:bCs/>
          <w:sz w:val="24"/>
          <w:szCs w:val="24"/>
        </w:rPr>
        <w:t>Government</w:t>
      </w:r>
      <w:r w:rsidRPr="00926D1D">
        <w:rPr>
          <w:rFonts w:ascii="Arial" w:hAnsi="Arial" w:cs="Arial"/>
          <w:b/>
          <w:bCs/>
          <w:sz w:val="24"/>
          <w:szCs w:val="24"/>
        </w:rPr>
        <w:t xml:space="preserve"> Gateway </w:t>
      </w:r>
      <w:r w:rsidRPr="00926D1D">
        <w:rPr>
          <w:rFonts w:ascii="Arial" w:hAnsi="Arial" w:cs="Arial"/>
          <w:b/>
          <w:bCs/>
          <w:sz w:val="24"/>
          <w:szCs w:val="24"/>
          <w:lang w:val="en-GB"/>
        </w:rPr>
        <w:t xml:space="preserve">account and should be able to access </w:t>
      </w:r>
      <w:r w:rsidR="00A774A9" w:rsidRPr="00926D1D">
        <w:rPr>
          <w:rFonts w:ascii="Arial" w:hAnsi="Arial" w:cs="Arial"/>
          <w:b/>
          <w:bCs/>
          <w:sz w:val="24"/>
          <w:szCs w:val="24"/>
          <w:lang w:val="en-GB"/>
        </w:rPr>
        <w:t>the Rural Needs submission page going forward.</w:t>
      </w:r>
    </w:p>
    <w:p w14:paraId="1C600C80" w14:textId="77777777" w:rsidR="00926D1D" w:rsidRDefault="00926D1D" w:rsidP="00926D1D">
      <w:pPr>
        <w:pStyle w:val="ListParagraph"/>
        <w:ind w:left="644"/>
        <w:rPr>
          <w:rFonts w:ascii="Arial" w:hAnsi="Arial" w:cs="Arial"/>
          <w:b/>
          <w:bCs/>
          <w:sz w:val="24"/>
          <w:szCs w:val="24"/>
          <w:lang w:val="en-GB"/>
        </w:rPr>
      </w:pPr>
    </w:p>
    <w:p w14:paraId="028C8646" w14:textId="77777777" w:rsidR="00926D1D" w:rsidRDefault="00A774A9" w:rsidP="00926D1D">
      <w:pPr>
        <w:pStyle w:val="ListParagraph"/>
        <w:ind w:left="644"/>
        <w:rPr>
          <w:rFonts w:ascii="Arial" w:hAnsi="Arial" w:cs="Arial"/>
          <w:sz w:val="24"/>
          <w:szCs w:val="24"/>
          <w:lang w:val="en-GB"/>
        </w:rPr>
      </w:pPr>
      <w:r w:rsidRPr="00935194">
        <w:rPr>
          <w:rFonts w:ascii="Arial" w:hAnsi="Arial" w:cs="Arial"/>
          <w:sz w:val="24"/>
          <w:szCs w:val="24"/>
          <w:lang w:val="en-GB"/>
        </w:rPr>
        <w:t>If you experience any issues while setting up your account, please contact Government Gateway</w:t>
      </w:r>
      <w:r w:rsidR="00926D1D">
        <w:rPr>
          <w:rFonts w:ascii="Arial" w:hAnsi="Arial" w:cs="Arial"/>
          <w:sz w:val="24"/>
          <w:szCs w:val="24"/>
          <w:lang w:val="en-GB"/>
        </w:rPr>
        <w:t>.</w:t>
      </w:r>
    </w:p>
    <w:p w14:paraId="1F244342" w14:textId="77777777" w:rsidR="00926D1D" w:rsidRDefault="00926D1D" w:rsidP="00926D1D">
      <w:pPr>
        <w:pStyle w:val="ListParagraph"/>
        <w:ind w:left="644"/>
        <w:rPr>
          <w:rFonts w:ascii="Arial" w:hAnsi="Arial" w:cs="Arial"/>
          <w:sz w:val="24"/>
          <w:szCs w:val="24"/>
          <w:lang w:val="en-GB"/>
        </w:rPr>
      </w:pPr>
    </w:p>
    <w:p w14:paraId="3057A5D9" w14:textId="6407ED37" w:rsidR="00817051" w:rsidRPr="00935194" w:rsidRDefault="00A774A9" w:rsidP="00926D1D">
      <w:pPr>
        <w:pStyle w:val="ListParagraph"/>
        <w:ind w:left="644"/>
        <w:rPr>
          <w:rFonts w:ascii="Arial" w:hAnsi="Arial" w:cs="Arial"/>
          <w:sz w:val="24"/>
          <w:szCs w:val="24"/>
          <w:lang w:val="en-GB"/>
        </w:rPr>
      </w:pPr>
      <w:r w:rsidRPr="00935194">
        <w:rPr>
          <w:rFonts w:ascii="Arial" w:hAnsi="Arial" w:cs="Arial"/>
          <w:b/>
          <w:bCs/>
          <w:sz w:val="24"/>
          <w:szCs w:val="24"/>
          <w:lang w:val="en-GB"/>
        </w:rPr>
        <w:t>Telephone:</w:t>
      </w:r>
      <w:r w:rsidRPr="00935194">
        <w:rPr>
          <w:rFonts w:ascii="Arial" w:hAnsi="Arial" w:cs="Arial"/>
          <w:sz w:val="24"/>
          <w:szCs w:val="24"/>
          <w:lang w:val="en-GB"/>
        </w:rPr>
        <w:t xml:space="preserve"> 0300 200 7848</w:t>
      </w:r>
    </w:p>
    <w:p w14:paraId="7D9F1538" w14:textId="77777777" w:rsidR="00700BED" w:rsidRPr="00935194" w:rsidRDefault="00700BED" w:rsidP="00235E20">
      <w:pPr>
        <w:rPr>
          <w:rFonts w:ascii="Arial" w:hAnsi="Arial" w:cs="Arial"/>
          <w:sz w:val="24"/>
          <w:szCs w:val="24"/>
          <w:lang w:val="en-GB"/>
        </w:rPr>
      </w:pPr>
    </w:p>
    <w:p w14:paraId="5B112118" w14:textId="77777777" w:rsidR="00700BED" w:rsidRPr="00935194" w:rsidRDefault="00700BED" w:rsidP="00235E20">
      <w:pPr>
        <w:rPr>
          <w:rFonts w:ascii="Arial" w:hAnsi="Arial" w:cs="Arial"/>
          <w:sz w:val="24"/>
          <w:szCs w:val="24"/>
          <w:lang w:val="en-GB"/>
        </w:rPr>
      </w:pPr>
    </w:p>
    <w:p w14:paraId="28E28F93" w14:textId="77777777" w:rsidR="00700BED" w:rsidRPr="00684C6D" w:rsidRDefault="00700BED" w:rsidP="00235E20">
      <w:pPr>
        <w:rPr>
          <w:rFonts w:ascii="Arial" w:hAnsi="Arial" w:cs="Arial"/>
          <w:lang w:val="en-GB"/>
        </w:rPr>
      </w:pPr>
    </w:p>
    <w:p w14:paraId="31E80858" w14:textId="77777777" w:rsidR="00700BED" w:rsidRPr="00684C6D" w:rsidRDefault="00700BED" w:rsidP="00235E20">
      <w:pPr>
        <w:rPr>
          <w:rFonts w:ascii="Arial" w:hAnsi="Arial" w:cs="Arial"/>
          <w:lang w:val="en-GB"/>
        </w:rPr>
      </w:pPr>
    </w:p>
    <w:p w14:paraId="44A61409" w14:textId="77777777" w:rsidR="00700BED" w:rsidRPr="00684C6D" w:rsidRDefault="00700BED" w:rsidP="00235E20">
      <w:pPr>
        <w:rPr>
          <w:rFonts w:ascii="Arial" w:hAnsi="Arial" w:cs="Arial"/>
          <w:lang w:val="en-GB"/>
        </w:rPr>
      </w:pPr>
    </w:p>
    <w:p w14:paraId="7C59834B" w14:textId="77777777" w:rsidR="00700BED" w:rsidRPr="00684C6D" w:rsidRDefault="00700BED" w:rsidP="00235E20">
      <w:pPr>
        <w:rPr>
          <w:rFonts w:ascii="Arial" w:hAnsi="Arial" w:cs="Arial"/>
          <w:lang w:val="en-GB"/>
        </w:rPr>
      </w:pPr>
    </w:p>
    <w:p w14:paraId="1C0B9112" w14:textId="77777777" w:rsidR="00935194" w:rsidRDefault="00935194" w:rsidP="00684C6D">
      <w:pPr>
        <w:pStyle w:val="DAERAHeading"/>
        <w:jc w:val="left"/>
        <w:rPr>
          <w:color w:val="002060"/>
          <w:lang w:val="en-GB"/>
        </w:rPr>
      </w:pPr>
      <w:bookmarkStart w:id="10" w:name="AccessingthePublicAuthorityPortal"/>
    </w:p>
    <w:p w14:paraId="53D0B2B0" w14:textId="1B683A8B" w:rsidR="004F35A6" w:rsidRDefault="004F35A6" w:rsidP="00684C6D">
      <w:pPr>
        <w:pStyle w:val="DAERAHeading"/>
        <w:jc w:val="left"/>
        <w:rPr>
          <w:bCs/>
          <w:color w:val="00AA4F"/>
        </w:rPr>
      </w:pPr>
      <w:r>
        <w:rPr>
          <w:bCs/>
          <w:color w:val="00AA4F"/>
        </w:rPr>
        <w:lastRenderedPageBreak/>
        <w:t>Using</w:t>
      </w:r>
      <w:r w:rsidRPr="004F35A6">
        <w:rPr>
          <w:bCs/>
          <w:color w:val="00AA4F"/>
        </w:rPr>
        <w:t xml:space="preserve"> the Public Authority </w:t>
      </w:r>
      <w:r>
        <w:rPr>
          <w:bCs/>
          <w:color w:val="00AA4F"/>
        </w:rPr>
        <w:t>Portal</w:t>
      </w:r>
    </w:p>
    <w:p w14:paraId="5F74CA73" w14:textId="77777777" w:rsidR="00D10D61" w:rsidRPr="004F35A6" w:rsidRDefault="00D10D61" w:rsidP="00684C6D">
      <w:pPr>
        <w:pStyle w:val="DAERAHeading"/>
        <w:jc w:val="left"/>
        <w:rPr>
          <w:color w:val="002060"/>
          <w:lang w:val="en-GB"/>
        </w:rPr>
      </w:pPr>
    </w:p>
    <w:p w14:paraId="66858761" w14:textId="3398ADE7" w:rsidR="00596329" w:rsidRDefault="004F35A6" w:rsidP="00684C6D">
      <w:pPr>
        <w:pStyle w:val="DAERAHeading"/>
        <w:jc w:val="left"/>
        <w:rPr>
          <w:color w:val="002060"/>
          <w:sz w:val="28"/>
          <w:szCs w:val="28"/>
        </w:rPr>
      </w:pPr>
      <w:r>
        <w:rPr>
          <w:color w:val="002060"/>
          <w:sz w:val="28"/>
          <w:szCs w:val="28"/>
          <w:lang w:val="en-GB"/>
        </w:rPr>
        <w:t>How to A</w:t>
      </w:r>
      <w:r w:rsidR="00A55540" w:rsidRPr="002123D1">
        <w:rPr>
          <w:color w:val="002060"/>
          <w:sz w:val="28"/>
          <w:szCs w:val="28"/>
          <w:lang w:val="en-GB"/>
        </w:rPr>
        <w:t>ccess</w:t>
      </w:r>
      <w:r w:rsidR="004B7EC2" w:rsidRPr="002123D1">
        <w:rPr>
          <w:color w:val="002060"/>
          <w:sz w:val="28"/>
          <w:szCs w:val="28"/>
        </w:rPr>
        <w:t xml:space="preserve"> </w:t>
      </w:r>
      <w:r w:rsidR="00B2592B" w:rsidRPr="002123D1">
        <w:rPr>
          <w:color w:val="002060"/>
          <w:sz w:val="28"/>
          <w:szCs w:val="28"/>
        </w:rPr>
        <w:t xml:space="preserve">the Public Authority </w:t>
      </w:r>
      <w:r>
        <w:rPr>
          <w:color w:val="002060"/>
          <w:sz w:val="28"/>
          <w:szCs w:val="28"/>
        </w:rPr>
        <w:t>Portal</w:t>
      </w:r>
    </w:p>
    <w:p w14:paraId="50CABA20" w14:textId="77777777" w:rsidR="00D10D61" w:rsidRPr="002123D1" w:rsidRDefault="00D10D61" w:rsidP="00684C6D">
      <w:pPr>
        <w:pStyle w:val="DAERAHeading"/>
        <w:jc w:val="left"/>
        <w:rPr>
          <w:color w:val="002060"/>
          <w:sz w:val="28"/>
          <w:szCs w:val="28"/>
        </w:rPr>
      </w:pPr>
    </w:p>
    <w:bookmarkEnd w:id="10"/>
    <w:p w14:paraId="174218CE" w14:textId="018ED045" w:rsidR="00AC78AE" w:rsidRDefault="00596329" w:rsidP="00596329">
      <w:pPr>
        <w:jc w:val="center"/>
      </w:pPr>
      <w:r>
        <w:fldChar w:fldCharType="begin"/>
      </w:r>
      <w:r>
        <w:instrText>HYPERLINK "https://www2.daera-ni.gov.uk/RuralNeedsActAnnualMonitoringReport/"</w:instrText>
      </w:r>
      <w:r>
        <w:fldChar w:fldCharType="separate"/>
      </w:r>
      <w:r w:rsidRPr="00935194">
        <w:rPr>
          <w:rStyle w:val="Hyperlink"/>
          <w:rFonts w:ascii="Arial" w:hAnsi="Arial" w:cs="Arial"/>
          <w:sz w:val="24"/>
          <w:szCs w:val="24"/>
        </w:rPr>
        <w:t>Dashboard - Rural Needs Act (NI) 2016 - Annual Monitoring Report</w:t>
      </w:r>
      <w:r>
        <w:fldChar w:fldCharType="end"/>
      </w:r>
    </w:p>
    <w:p w14:paraId="33E784FD" w14:textId="77777777" w:rsidR="00D10D61" w:rsidRDefault="00D10D61" w:rsidP="00596329">
      <w:pPr>
        <w:jc w:val="center"/>
      </w:pPr>
    </w:p>
    <w:p w14:paraId="37AB6B22" w14:textId="77777777" w:rsidR="00D10D61" w:rsidRPr="00935194" w:rsidRDefault="00D10D61" w:rsidP="00596329">
      <w:pPr>
        <w:jc w:val="center"/>
        <w:rPr>
          <w:rFonts w:ascii="Arial" w:hAnsi="Arial" w:cs="Arial"/>
          <w:sz w:val="24"/>
          <w:szCs w:val="24"/>
        </w:rPr>
      </w:pPr>
    </w:p>
    <w:p w14:paraId="1756536B" w14:textId="5ED8A0D6" w:rsidR="009F7DA9" w:rsidRPr="00935194" w:rsidRDefault="00853AF5" w:rsidP="00596329">
      <w:pPr>
        <w:jc w:val="center"/>
        <w:rPr>
          <w:rFonts w:ascii="Arial" w:hAnsi="Arial" w:cs="Arial"/>
          <w:sz w:val="24"/>
          <w:szCs w:val="24"/>
        </w:rPr>
      </w:pPr>
      <w:r w:rsidRPr="00935194">
        <w:rPr>
          <w:rFonts w:ascii="Arial" w:hAnsi="Arial" w:cs="Arial"/>
          <w:noProof/>
          <w:sz w:val="24"/>
          <w:szCs w:val="24"/>
        </w:rPr>
        <w:drawing>
          <wp:anchor distT="0" distB="0" distL="114300" distR="114300" simplePos="0" relativeHeight="251758080" behindDoc="0" locked="0" layoutInCell="1" allowOverlap="1" wp14:anchorId="330F88BF" wp14:editId="465D92D2">
            <wp:simplePos x="0" y="0"/>
            <wp:positionH relativeFrom="margin">
              <wp:posOffset>2091055</wp:posOffset>
            </wp:positionH>
            <wp:positionV relativeFrom="paragraph">
              <wp:posOffset>3810</wp:posOffset>
            </wp:positionV>
            <wp:extent cx="4129405" cy="2711450"/>
            <wp:effectExtent l="0" t="0" r="4445" b="0"/>
            <wp:wrapSquare wrapText="bothSides"/>
            <wp:docPr id="1165362127" name="Picture 1" descr="Access page for the Rural Needs Act (NI) 2016 Annual Monitoring Report showing two sign‑in options: nidirect government services and Government Gateway, with notices listed on the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5362127" name="Picture 1" descr="Access page for the Rural Needs Act (NI) 2016 Annual Monitoring Report showing two sign‑in options: nidirect government services and Government Gateway, with notices listed on the right"/>
                    <pic:cNvPicPr/>
                  </pic:nvPicPr>
                  <pic:blipFill>
                    <a:blip r:embed="rId12"/>
                    <a:stretch>
                      <a:fillRect/>
                    </a:stretch>
                  </pic:blipFill>
                  <pic:spPr>
                    <a:xfrm>
                      <a:off x="0" y="0"/>
                      <a:ext cx="4129405" cy="2711450"/>
                    </a:xfrm>
                    <a:prstGeom prst="rect">
                      <a:avLst/>
                    </a:prstGeom>
                  </pic:spPr>
                </pic:pic>
              </a:graphicData>
            </a:graphic>
            <wp14:sizeRelH relativeFrom="margin">
              <wp14:pctWidth>0</wp14:pctWidth>
            </wp14:sizeRelH>
            <wp14:sizeRelV relativeFrom="margin">
              <wp14:pctHeight>0</wp14:pctHeight>
            </wp14:sizeRelV>
          </wp:anchor>
        </w:drawing>
      </w:r>
    </w:p>
    <w:p w14:paraId="36ED973E" w14:textId="77777777" w:rsidR="00D10D61" w:rsidRDefault="00F842E6">
      <w:pPr>
        <w:pStyle w:val="ListParagraph"/>
        <w:numPr>
          <w:ilvl w:val="0"/>
          <w:numId w:val="11"/>
        </w:numPr>
        <w:rPr>
          <w:rFonts w:ascii="Arial" w:hAnsi="Arial" w:cs="Arial"/>
          <w:sz w:val="24"/>
          <w:szCs w:val="24"/>
          <w:lang w:val="en-GB"/>
        </w:rPr>
      </w:pPr>
      <w:r w:rsidRPr="00935194">
        <w:rPr>
          <w:rFonts w:ascii="Arial" w:hAnsi="Arial" w:cs="Arial"/>
          <w:sz w:val="24"/>
          <w:szCs w:val="24"/>
          <w:lang w:val="en-GB"/>
        </w:rPr>
        <w:t xml:space="preserve">To access the Public Authority Portal, log in using either your </w:t>
      </w:r>
      <w:r w:rsidRPr="00935194">
        <w:rPr>
          <w:rFonts w:ascii="Arial" w:hAnsi="Arial" w:cs="Arial"/>
          <w:b/>
          <w:bCs/>
          <w:sz w:val="24"/>
          <w:szCs w:val="24"/>
          <w:lang w:val="en-GB"/>
        </w:rPr>
        <w:t>NIDA account</w:t>
      </w:r>
      <w:r w:rsidRPr="00935194">
        <w:rPr>
          <w:rFonts w:ascii="Arial" w:hAnsi="Arial" w:cs="Arial"/>
          <w:sz w:val="24"/>
          <w:szCs w:val="24"/>
          <w:lang w:val="en-GB"/>
        </w:rPr>
        <w:t xml:space="preserve"> or your </w:t>
      </w:r>
      <w:r w:rsidRPr="00935194">
        <w:rPr>
          <w:rFonts w:ascii="Arial" w:hAnsi="Arial" w:cs="Arial"/>
          <w:b/>
          <w:bCs/>
          <w:sz w:val="24"/>
          <w:szCs w:val="24"/>
          <w:lang w:val="en-GB"/>
        </w:rPr>
        <w:t>Government Gateway account</w:t>
      </w:r>
      <w:r w:rsidRPr="00935194">
        <w:rPr>
          <w:rFonts w:ascii="Arial" w:hAnsi="Arial" w:cs="Arial"/>
          <w:sz w:val="24"/>
          <w:szCs w:val="24"/>
          <w:lang w:val="en-GB"/>
        </w:rPr>
        <w:t>.</w:t>
      </w:r>
    </w:p>
    <w:p w14:paraId="6C92EF51" w14:textId="77777777" w:rsidR="00D10D61" w:rsidRDefault="00D10D61" w:rsidP="00D10D61">
      <w:pPr>
        <w:pStyle w:val="ListParagraph"/>
        <w:ind w:left="360"/>
        <w:rPr>
          <w:rFonts w:ascii="Arial" w:hAnsi="Arial" w:cs="Arial"/>
          <w:sz w:val="24"/>
          <w:szCs w:val="24"/>
          <w:lang w:val="en-GB"/>
        </w:rPr>
      </w:pPr>
    </w:p>
    <w:p w14:paraId="395A8F76" w14:textId="77777777" w:rsidR="00D10D61" w:rsidRDefault="00D10D61" w:rsidP="00D10D61">
      <w:pPr>
        <w:pStyle w:val="ListParagraph"/>
        <w:ind w:left="360"/>
        <w:rPr>
          <w:rFonts w:ascii="Arial" w:hAnsi="Arial" w:cs="Arial"/>
          <w:sz w:val="24"/>
          <w:szCs w:val="24"/>
          <w:lang w:val="en-GB"/>
        </w:rPr>
      </w:pPr>
    </w:p>
    <w:p w14:paraId="4A06204E" w14:textId="5BF3F714" w:rsidR="006B2920" w:rsidRPr="00D10D61" w:rsidRDefault="006B2920" w:rsidP="00D10D61">
      <w:pPr>
        <w:pStyle w:val="ListParagraph"/>
        <w:ind w:left="360"/>
        <w:rPr>
          <w:rFonts w:ascii="Arial" w:hAnsi="Arial" w:cs="Arial"/>
          <w:sz w:val="24"/>
          <w:szCs w:val="24"/>
          <w:lang w:val="en-GB"/>
        </w:rPr>
      </w:pPr>
      <w:r w:rsidRPr="00D10D61">
        <w:rPr>
          <w:rFonts w:ascii="Arial" w:hAnsi="Arial" w:cs="Arial"/>
          <w:sz w:val="24"/>
          <w:szCs w:val="24"/>
          <w:lang w:val="en-GB"/>
        </w:rPr>
        <w:t xml:space="preserve">A confirmation code will be sent to your email. </w:t>
      </w:r>
      <w:r w:rsidRPr="00D82BB0">
        <w:rPr>
          <w:rFonts w:ascii="Arial" w:hAnsi="Arial" w:cs="Arial"/>
          <w:b/>
          <w:bCs/>
          <w:sz w:val="24"/>
          <w:szCs w:val="24"/>
          <w:lang w:val="en-GB"/>
        </w:rPr>
        <w:t>Enter the code</w:t>
      </w:r>
      <w:r w:rsidRPr="00D82BB0">
        <w:rPr>
          <w:rFonts w:ascii="Arial" w:hAnsi="Arial" w:cs="Arial"/>
          <w:sz w:val="24"/>
          <w:szCs w:val="24"/>
          <w:lang w:val="en-GB"/>
        </w:rPr>
        <w:t xml:space="preserve"> on the screen and select </w:t>
      </w:r>
      <w:r w:rsidRPr="00D82BB0">
        <w:rPr>
          <w:rFonts w:ascii="Arial" w:hAnsi="Arial" w:cs="Arial"/>
          <w:b/>
          <w:bCs/>
          <w:sz w:val="24"/>
          <w:szCs w:val="24"/>
          <w:lang w:val="en-GB"/>
        </w:rPr>
        <w:t>Confirm</w:t>
      </w:r>
      <w:r w:rsidRPr="00D10D61">
        <w:rPr>
          <w:rFonts w:ascii="Arial" w:hAnsi="Arial" w:cs="Arial"/>
          <w:i/>
          <w:iCs/>
          <w:sz w:val="24"/>
          <w:szCs w:val="24"/>
          <w:lang w:val="en-GB"/>
        </w:rPr>
        <w:t>.</w:t>
      </w:r>
    </w:p>
    <w:p w14:paraId="320892C9" w14:textId="77777777" w:rsidR="00D10D61" w:rsidRDefault="00D10D61" w:rsidP="006B2920">
      <w:pPr>
        <w:pStyle w:val="ListParagraph"/>
        <w:rPr>
          <w:rFonts w:ascii="Arial" w:hAnsi="Arial" w:cs="Arial"/>
          <w:i/>
          <w:iCs/>
          <w:sz w:val="24"/>
          <w:szCs w:val="24"/>
          <w:lang w:val="en-GB"/>
        </w:rPr>
      </w:pPr>
    </w:p>
    <w:p w14:paraId="6604793F" w14:textId="77777777" w:rsidR="00D10D61" w:rsidRDefault="00D10D61" w:rsidP="006B2920">
      <w:pPr>
        <w:pStyle w:val="ListParagraph"/>
        <w:rPr>
          <w:rFonts w:ascii="Arial" w:hAnsi="Arial" w:cs="Arial"/>
          <w:i/>
          <w:iCs/>
          <w:sz w:val="24"/>
          <w:szCs w:val="24"/>
          <w:lang w:val="en-GB"/>
        </w:rPr>
      </w:pPr>
    </w:p>
    <w:p w14:paraId="68121C3C" w14:textId="0DF408DB" w:rsidR="006B2920" w:rsidRPr="00D82BB0" w:rsidRDefault="006B2920" w:rsidP="006B2920">
      <w:pPr>
        <w:pStyle w:val="ListParagraph"/>
        <w:rPr>
          <w:rFonts w:ascii="Arial" w:hAnsi="Arial" w:cs="Arial"/>
          <w:sz w:val="24"/>
          <w:szCs w:val="24"/>
          <w:lang w:val="en-GB"/>
        </w:rPr>
      </w:pPr>
      <w:r w:rsidRPr="00D82BB0">
        <w:rPr>
          <w:rFonts w:ascii="Arial" w:hAnsi="Arial" w:cs="Arial"/>
          <w:sz w:val="24"/>
          <w:szCs w:val="24"/>
          <w:lang w:val="en-GB"/>
        </w:rPr>
        <w:t>Tip: Check your junk/spam folder if the email does not arrive.</w:t>
      </w:r>
    </w:p>
    <w:p w14:paraId="71C164C1" w14:textId="38CA1AEA" w:rsidR="006B2920" w:rsidRDefault="006B2920" w:rsidP="006B2920">
      <w:pPr>
        <w:pStyle w:val="ListParagraph"/>
        <w:rPr>
          <w:rFonts w:ascii="Arial" w:hAnsi="Arial" w:cs="Arial"/>
          <w:i/>
          <w:iCs/>
          <w:lang w:val="en-GB"/>
        </w:rPr>
      </w:pPr>
    </w:p>
    <w:p w14:paraId="5B0CAEFA" w14:textId="77777777" w:rsidR="00853AF5" w:rsidRDefault="00853AF5" w:rsidP="006B2920">
      <w:pPr>
        <w:pStyle w:val="ListParagraph"/>
        <w:rPr>
          <w:rFonts w:ascii="Arial" w:hAnsi="Arial" w:cs="Arial"/>
          <w:i/>
          <w:iCs/>
          <w:lang w:val="en-GB"/>
        </w:rPr>
      </w:pPr>
    </w:p>
    <w:p w14:paraId="1F41F85F" w14:textId="77777777" w:rsidR="00853AF5" w:rsidRDefault="00853AF5" w:rsidP="006B2920">
      <w:pPr>
        <w:pStyle w:val="ListParagraph"/>
        <w:rPr>
          <w:rFonts w:ascii="Arial" w:hAnsi="Arial" w:cs="Arial"/>
          <w:i/>
          <w:iCs/>
          <w:lang w:val="en-GB"/>
        </w:rPr>
      </w:pPr>
    </w:p>
    <w:p w14:paraId="58F2E4C5" w14:textId="77777777" w:rsidR="00D10D61" w:rsidRDefault="00D10D61" w:rsidP="006B2920">
      <w:pPr>
        <w:pStyle w:val="ListParagraph"/>
        <w:rPr>
          <w:rFonts w:ascii="Arial" w:hAnsi="Arial" w:cs="Arial"/>
          <w:i/>
          <w:iCs/>
          <w:lang w:val="en-GB"/>
        </w:rPr>
      </w:pPr>
    </w:p>
    <w:p w14:paraId="0AEE5413" w14:textId="77777777" w:rsidR="00D10D61" w:rsidRDefault="00D10D61" w:rsidP="006B2920">
      <w:pPr>
        <w:pStyle w:val="ListParagraph"/>
        <w:rPr>
          <w:rFonts w:ascii="Arial" w:hAnsi="Arial" w:cs="Arial"/>
          <w:i/>
          <w:iCs/>
          <w:lang w:val="en-GB"/>
        </w:rPr>
      </w:pPr>
    </w:p>
    <w:p w14:paraId="757A1F54" w14:textId="77777777" w:rsidR="00D10D61" w:rsidRDefault="00D10D61" w:rsidP="006B2920">
      <w:pPr>
        <w:pStyle w:val="ListParagraph"/>
        <w:rPr>
          <w:rFonts w:ascii="Arial" w:hAnsi="Arial" w:cs="Arial"/>
          <w:i/>
          <w:iCs/>
          <w:lang w:val="en-GB"/>
        </w:rPr>
      </w:pPr>
    </w:p>
    <w:p w14:paraId="42E2832E" w14:textId="77777777" w:rsidR="00D10D61" w:rsidRPr="00684C6D" w:rsidRDefault="00D10D61" w:rsidP="006B2920">
      <w:pPr>
        <w:pStyle w:val="ListParagraph"/>
        <w:rPr>
          <w:rFonts w:ascii="Arial" w:hAnsi="Arial" w:cs="Arial"/>
          <w:i/>
          <w:iCs/>
          <w:lang w:val="en-GB"/>
        </w:rPr>
      </w:pPr>
    </w:p>
    <w:p w14:paraId="6FE1C8A2" w14:textId="4D5E13A1" w:rsidR="009F7DA9" w:rsidRPr="00684C6D" w:rsidRDefault="00022004" w:rsidP="006B2920">
      <w:pPr>
        <w:pStyle w:val="ListParagraph"/>
        <w:rPr>
          <w:rFonts w:ascii="Arial" w:hAnsi="Arial" w:cs="Arial"/>
          <w:i/>
          <w:iCs/>
          <w:lang w:val="en-GB"/>
        </w:rPr>
      </w:pPr>
      <w:r w:rsidRPr="00684C6D">
        <w:rPr>
          <w:rFonts w:ascii="Arial" w:hAnsi="Arial" w:cs="Arial"/>
          <w:noProof/>
          <w:lang w:val="en-GB"/>
        </w:rPr>
        <w:lastRenderedPageBreak/>
        <w:drawing>
          <wp:anchor distT="0" distB="0" distL="114300" distR="114300" simplePos="0" relativeHeight="251927040" behindDoc="0" locked="0" layoutInCell="1" allowOverlap="1" wp14:anchorId="288B2036" wp14:editId="046E61FA">
            <wp:simplePos x="0" y="0"/>
            <wp:positionH relativeFrom="column">
              <wp:posOffset>2792095</wp:posOffset>
            </wp:positionH>
            <wp:positionV relativeFrom="paragraph">
              <wp:posOffset>6350</wp:posOffset>
            </wp:positionV>
            <wp:extent cx="3268980" cy="2087880"/>
            <wp:effectExtent l="0" t="0" r="7620" b="7620"/>
            <wp:wrapSquare wrapText="bothSides"/>
            <wp:docPr id="964625195" name="Picture 1" descr="Submissions dashboard page with a year‑selection dropdown and a ‘Create a new submission’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4625195" name="Picture 1" descr="Submissions dashboard page with a year‑selection dropdown and a ‘Create a new submission’ link."/>
                    <pic:cNvPicPr/>
                  </pic:nvPicPr>
                  <pic:blipFill>
                    <a:blip r:embed="rId52"/>
                    <a:stretch>
                      <a:fillRect/>
                    </a:stretch>
                  </pic:blipFill>
                  <pic:spPr>
                    <a:xfrm>
                      <a:off x="0" y="0"/>
                      <a:ext cx="3268980" cy="2087880"/>
                    </a:xfrm>
                    <a:prstGeom prst="rect">
                      <a:avLst/>
                    </a:prstGeom>
                  </pic:spPr>
                </pic:pic>
              </a:graphicData>
            </a:graphic>
            <wp14:sizeRelH relativeFrom="margin">
              <wp14:pctWidth>0</wp14:pctWidth>
            </wp14:sizeRelH>
            <wp14:sizeRelV relativeFrom="margin">
              <wp14:pctHeight>0</wp14:pctHeight>
            </wp14:sizeRelV>
          </wp:anchor>
        </w:drawing>
      </w:r>
    </w:p>
    <w:p w14:paraId="070B2F3E" w14:textId="2B5E735F" w:rsidR="00EA4B88" w:rsidRPr="00935194" w:rsidRDefault="00F842E6">
      <w:pPr>
        <w:pStyle w:val="ListParagraph"/>
        <w:numPr>
          <w:ilvl w:val="0"/>
          <w:numId w:val="11"/>
        </w:numPr>
        <w:rPr>
          <w:rFonts w:ascii="Arial" w:hAnsi="Arial" w:cs="Arial"/>
          <w:sz w:val="24"/>
          <w:szCs w:val="24"/>
          <w:lang w:val="en-GB"/>
        </w:rPr>
      </w:pPr>
      <w:r w:rsidRPr="00935194">
        <w:rPr>
          <w:rFonts w:ascii="Arial" w:hAnsi="Arial" w:cs="Arial"/>
          <w:sz w:val="24"/>
          <w:szCs w:val="24"/>
          <w:lang w:val="en-GB"/>
        </w:rPr>
        <w:t xml:space="preserve">Once logged in, you will be brought to the first page of the </w:t>
      </w:r>
      <w:r w:rsidR="004F3E30" w:rsidRPr="00935194">
        <w:rPr>
          <w:rFonts w:ascii="Arial" w:hAnsi="Arial" w:cs="Arial"/>
          <w:sz w:val="24"/>
          <w:szCs w:val="24"/>
          <w:lang w:val="en-GB"/>
        </w:rPr>
        <w:t>Submissions Dashboard.</w:t>
      </w:r>
    </w:p>
    <w:p w14:paraId="4F26B7B1" w14:textId="77777777" w:rsidR="002725C1" w:rsidRPr="00935194" w:rsidRDefault="002725C1" w:rsidP="002725C1">
      <w:pPr>
        <w:pStyle w:val="ListParagraph"/>
        <w:ind w:left="643"/>
        <w:rPr>
          <w:rFonts w:ascii="Arial" w:hAnsi="Arial" w:cs="Arial"/>
          <w:sz w:val="24"/>
          <w:szCs w:val="24"/>
          <w:lang w:val="en-GB"/>
        </w:rPr>
      </w:pPr>
    </w:p>
    <w:p w14:paraId="0DB23BC6" w14:textId="44AAB2FF" w:rsidR="00EA4B88" w:rsidRPr="00935194" w:rsidRDefault="00F842E6" w:rsidP="006B2920">
      <w:pPr>
        <w:pStyle w:val="ListParagraph"/>
        <w:rPr>
          <w:rFonts w:ascii="Arial" w:hAnsi="Arial" w:cs="Arial"/>
          <w:sz w:val="24"/>
          <w:szCs w:val="24"/>
          <w:lang w:val="en-GB"/>
        </w:rPr>
      </w:pPr>
      <w:r w:rsidRPr="00D82BB0">
        <w:rPr>
          <w:rFonts w:ascii="Arial" w:hAnsi="Arial" w:cs="Arial"/>
          <w:b/>
          <w:bCs/>
          <w:sz w:val="24"/>
          <w:szCs w:val="24"/>
          <w:lang w:val="en-GB"/>
        </w:rPr>
        <w:t>Select the year</w:t>
      </w:r>
      <w:r w:rsidRPr="00935194">
        <w:rPr>
          <w:rFonts w:ascii="Arial" w:hAnsi="Arial" w:cs="Arial"/>
          <w:sz w:val="24"/>
          <w:szCs w:val="24"/>
          <w:lang w:val="en-GB"/>
        </w:rPr>
        <w:t xml:space="preserve"> for which you want to create a submission.</w:t>
      </w:r>
    </w:p>
    <w:p w14:paraId="142F251B" w14:textId="77777777" w:rsidR="002725C1" w:rsidRPr="00935194" w:rsidRDefault="002725C1" w:rsidP="006B2920">
      <w:pPr>
        <w:pStyle w:val="ListParagraph"/>
        <w:rPr>
          <w:rFonts w:ascii="Arial" w:hAnsi="Arial" w:cs="Arial"/>
          <w:sz w:val="24"/>
          <w:szCs w:val="24"/>
          <w:lang w:val="en-GB"/>
        </w:rPr>
      </w:pPr>
    </w:p>
    <w:p w14:paraId="52AC8837" w14:textId="711377AA" w:rsidR="00F842E6" w:rsidRPr="00935194" w:rsidRDefault="00F842E6" w:rsidP="006B2920">
      <w:pPr>
        <w:pStyle w:val="ListParagraph"/>
        <w:rPr>
          <w:rFonts w:ascii="Arial" w:hAnsi="Arial" w:cs="Arial"/>
          <w:sz w:val="24"/>
          <w:szCs w:val="24"/>
          <w:lang w:val="en-GB"/>
        </w:rPr>
      </w:pPr>
      <w:r w:rsidRPr="00935194">
        <w:rPr>
          <w:rFonts w:ascii="Arial" w:hAnsi="Arial" w:cs="Arial"/>
          <w:sz w:val="24"/>
          <w:szCs w:val="24"/>
          <w:lang w:val="en-GB"/>
        </w:rPr>
        <w:t xml:space="preserve">Click </w:t>
      </w:r>
      <w:r w:rsidRPr="00D82BB0">
        <w:rPr>
          <w:rFonts w:ascii="Arial" w:hAnsi="Arial" w:cs="Arial"/>
          <w:b/>
          <w:bCs/>
          <w:sz w:val="24"/>
          <w:szCs w:val="24"/>
          <w:lang w:val="en-GB"/>
        </w:rPr>
        <w:t>Create a New Submission</w:t>
      </w:r>
      <w:r w:rsidRPr="00D82BB0">
        <w:rPr>
          <w:rFonts w:ascii="Arial" w:hAnsi="Arial" w:cs="Arial"/>
          <w:sz w:val="24"/>
          <w:szCs w:val="24"/>
          <w:lang w:val="en-GB"/>
        </w:rPr>
        <w:t xml:space="preserve"> to</w:t>
      </w:r>
      <w:r w:rsidRPr="00935194">
        <w:rPr>
          <w:rFonts w:ascii="Arial" w:hAnsi="Arial" w:cs="Arial"/>
          <w:sz w:val="24"/>
          <w:szCs w:val="24"/>
          <w:lang w:val="en-GB"/>
        </w:rPr>
        <w:t xml:space="preserve"> begin.</w:t>
      </w:r>
    </w:p>
    <w:p w14:paraId="3C9B0C97" w14:textId="77777777" w:rsidR="00853AF5" w:rsidRPr="00D10D61" w:rsidRDefault="00853AF5" w:rsidP="00853AF5">
      <w:pPr>
        <w:rPr>
          <w:rFonts w:ascii="Arial" w:hAnsi="Arial" w:cs="Arial"/>
          <w:b/>
          <w:bCs/>
          <w:sz w:val="24"/>
          <w:szCs w:val="24"/>
          <w:lang w:val="en-GB"/>
        </w:rPr>
      </w:pPr>
      <w:bookmarkStart w:id="11" w:name="UsingtheSubmissionDashboard"/>
    </w:p>
    <w:p w14:paraId="2365E380" w14:textId="06CF4F2F" w:rsidR="00D10D61" w:rsidRPr="00D10D61" w:rsidRDefault="00D10D61" w:rsidP="00D10D61">
      <w:pPr>
        <w:rPr>
          <w:rFonts w:ascii="Arial" w:hAnsi="Arial" w:cs="Arial"/>
          <w:b/>
          <w:bCs/>
          <w:sz w:val="24"/>
          <w:szCs w:val="24"/>
          <w:lang w:val="en-GB"/>
        </w:rPr>
      </w:pPr>
      <w:r w:rsidRPr="00D10D61">
        <w:rPr>
          <w:rFonts w:ascii="Arial" w:hAnsi="Arial" w:cs="Arial"/>
          <w:b/>
          <w:bCs/>
          <w:sz w:val="24"/>
          <w:szCs w:val="24"/>
          <w:lang w:val="en-GB"/>
        </w:rPr>
        <w:t xml:space="preserve">DAERA Rural Needs team ask each Public Authority to submit an Annual Rural Needs Monitoring Return, usually between April and June each year. During this time, a summary of any Rural Needs Impact Assessments created in the previous year can still be added. </w:t>
      </w:r>
    </w:p>
    <w:p w14:paraId="16D5596E" w14:textId="77777777" w:rsidR="00D10D61" w:rsidRPr="00D10D61" w:rsidRDefault="00D10D61" w:rsidP="00D10D61">
      <w:pPr>
        <w:rPr>
          <w:rFonts w:ascii="Arial" w:hAnsi="Arial" w:cs="Arial"/>
          <w:b/>
          <w:bCs/>
          <w:sz w:val="24"/>
          <w:szCs w:val="24"/>
          <w:lang w:val="en-GB"/>
        </w:rPr>
      </w:pPr>
      <w:r w:rsidRPr="00D10D61">
        <w:rPr>
          <w:rFonts w:ascii="Arial" w:hAnsi="Arial" w:cs="Arial"/>
          <w:b/>
          <w:bCs/>
          <w:sz w:val="24"/>
          <w:szCs w:val="24"/>
          <w:lang w:val="en-GB"/>
        </w:rPr>
        <w:t xml:space="preserve">Drafts of RNIA summaries can be created for the current financial year at any time, but these cannot be submitted to DAERA Rural Needs team until the following year when the system is opened for submissions. </w:t>
      </w:r>
    </w:p>
    <w:p w14:paraId="39D84753" w14:textId="77777777" w:rsidR="00853AF5" w:rsidRDefault="00853AF5" w:rsidP="00AC78AE">
      <w:pPr>
        <w:rPr>
          <w:rFonts w:ascii="Arial" w:hAnsi="Arial" w:cs="Arial"/>
          <w:b/>
          <w:bCs/>
          <w:color w:val="002060"/>
          <w:sz w:val="28"/>
          <w:szCs w:val="28"/>
          <w:lang w:val="en-GB"/>
        </w:rPr>
      </w:pPr>
    </w:p>
    <w:p w14:paraId="3899A8E0" w14:textId="77777777" w:rsidR="00D10D61" w:rsidRDefault="00D10D61" w:rsidP="00AC78AE">
      <w:pPr>
        <w:rPr>
          <w:rFonts w:ascii="Arial" w:hAnsi="Arial" w:cs="Arial"/>
          <w:b/>
          <w:bCs/>
          <w:color w:val="002060"/>
          <w:sz w:val="28"/>
          <w:szCs w:val="28"/>
          <w:lang w:val="en-GB"/>
        </w:rPr>
      </w:pPr>
    </w:p>
    <w:p w14:paraId="17BD5F73" w14:textId="77777777" w:rsidR="00D10D61" w:rsidRDefault="00D10D61" w:rsidP="00AC78AE">
      <w:pPr>
        <w:rPr>
          <w:rFonts w:ascii="Arial" w:hAnsi="Arial" w:cs="Arial"/>
          <w:b/>
          <w:bCs/>
          <w:color w:val="002060"/>
          <w:sz w:val="28"/>
          <w:szCs w:val="28"/>
          <w:lang w:val="en-GB"/>
        </w:rPr>
      </w:pPr>
    </w:p>
    <w:p w14:paraId="3BF7E5A1" w14:textId="77777777" w:rsidR="00D10D61" w:rsidRDefault="00D10D61" w:rsidP="00AC78AE">
      <w:pPr>
        <w:rPr>
          <w:rFonts w:ascii="Arial" w:hAnsi="Arial" w:cs="Arial"/>
          <w:b/>
          <w:bCs/>
          <w:color w:val="002060"/>
          <w:sz w:val="28"/>
          <w:szCs w:val="28"/>
          <w:lang w:val="en-GB"/>
        </w:rPr>
      </w:pPr>
    </w:p>
    <w:p w14:paraId="6763DDB0" w14:textId="77777777" w:rsidR="00D10D61" w:rsidRDefault="00D10D61" w:rsidP="00AC78AE">
      <w:pPr>
        <w:rPr>
          <w:rFonts w:ascii="Arial" w:hAnsi="Arial" w:cs="Arial"/>
          <w:b/>
          <w:bCs/>
          <w:color w:val="002060"/>
          <w:sz w:val="28"/>
          <w:szCs w:val="28"/>
          <w:lang w:val="en-GB"/>
        </w:rPr>
      </w:pPr>
    </w:p>
    <w:p w14:paraId="195A30F6" w14:textId="77777777" w:rsidR="00D10D61" w:rsidRDefault="00D10D61" w:rsidP="00AC78AE">
      <w:pPr>
        <w:rPr>
          <w:rFonts w:ascii="Arial" w:hAnsi="Arial" w:cs="Arial"/>
          <w:b/>
          <w:bCs/>
          <w:color w:val="002060"/>
          <w:sz w:val="28"/>
          <w:szCs w:val="28"/>
          <w:lang w:val="en-GB"/>
        </w:rPr>
      </w:pPr>
    </w:p>
    <w:p w14:paraId="284F07CB" w14:textId="77777777" w:rsidR="00D10D61" w:rsidRDefault="00D10D61" w:rsidP="00AC78AE">
      <w:pPr>
        <w:rPr>
          <w:rFonts w:ascii="Arial" w:hAnsi="Arial" w:cs="Arial"/>
          <w:b/>
          <w:bCs/>
          <w:color w:val="002060"/>
          <w:sz w:val="28"/>
          <w:szCs w:val="28"/>
          <w:lang w:val="en-GB"/>
        </w:rPr>
      </w:pPr>
    </w:p>
    <w:p w14:paraId="1A48BF16" w14:textId="77777777" w:rsidR="00D10D61" w:rsidRDefault="00D10D61" w:rsidP="00AC78AE">
      <w:pPr>
        <w:rPr>
          <w:rFonts w:ascii="Arial" w:hAnsi="Arial" w:cs="Arial"/>
          <w:b/>
          <w:bCs/>
          <w:color w:val="002060"/>
          <w:sz w:val="28"/>
          <w:szCs w:val="28"/>
          <w:lang w:val="en-GB"/>
        </w:rPr>
      </w:pPr>
    </w:p>
    <w:p w14:paraId="28DDE7C9" w14:textId="77777777" w:rsidR="00D10D61" w:rsidRDefault="00D10D61" w:rsidP="00AC78AE">
      <w:pPr>
        <w:rPr>
          <w:rFonts w:ascii="Arial" w:hAnsi="Arial" w:cs="Arial"/>
          <w:b/>
          <w:bCs/>
          <w:color w:val="002060"/>
          <w:sz w:val="28"/>
          <w:szCs w:val="28"/>
          <w:lang w:val="en-GB"/>
        </w:rPr>
      </w:pPr>
    </w:p>
    <w:p w14:paraId="1A0C66E0" w14:textId="77777777" w:rsidR="00D10D61" w:rsidRDefault="00D10D61" w:rsidP="00AC78AE">
      <w:pPr>
        <w:rPr>
          <w:rFonts w:ascii="Arial" w:hAnsi="Arial" w:cs="Arial"/>
          <w:b/>
          <w:bCs/>
          <w:color w:val="002060"/>
          <w:sz w:val="28"/>
          <w:szCs w:val="28"/>
          <w:lang w:val="en-GB"/>
        </w:rPr>
      </w:pPr>
    </w:p>
    <w:p w14:paraId="12A1D2E2" w14:textId="77777777" w:rsidR="00D10D61" w:rsidRDefault="00D10D61" w:rsidP="00AC78AE">
      <w:pPr>
        <w:rPr>
          <w:rFonts w:ascii="Arial" w:hAnsi="Arial" w:cs="Arial"/>
          <w:b/>
          <w:bCs/>
          <w:color w:val="002060"/>
          <w:sz w:val="28"/>
          <w:szCs w:val="28"/>
          <w:lang w:val="en-GB"/>
        </w:rPr>
      </w:pPr>
    </w:p>
    <w:p w14:paraId="7498D136" w14:textId="77777777" w:rsidR="00D10D61" w:rsidRDefault="00D10D61" w:rsidP="00AC78AE">
      <w:pPr>
        <w:rPr>
          <w:rFonts w:ascii="Arial" w:hAnsi="Arial" w:cs="Arial"/>
          <w:b/>
          <w:bCs/>
          <w:color w:val="002060"/>
          <w:sz w:val="28"/>
          <w:szCs w:val="28"/>
          <w:lang w:val="en-GB"/>
        </w:rPr>
      </w:pPr>
    </w:p>
    <w:p w14:paraId="5A53AD7C" w14:textId="5C02DB02" w:rsidR="009F7DA9" w:rsidRPr="00853AF5" w:rsidRDefault="00A55540" w:rsidP="00AC78AE">
      <w:pPr>
        <w:rPr>
          <w:rFonts w:ascii="Arial" w:hAnsi="Arial" w:cs="Arial"/>
          <w:b/>
          <w:bCs/>
          <w:sz w:val="24"/>
          <w:szCs w:val="24"/>
          <w:lang w:val="en-GB"/>
        </w:rPr>
      </w:pPr>
      <w:r w:rsidRPr="00935194">
        <w:rPr>
          <w:rFonts w:ascii="Arial" w:hAnsi="Arial" w:cs="Arial"/>
          <w:b/>
          <w:bCs/>
          <w:color w:val="002060"/>
          <w:sz w:val="28"/>
          <w:szCs w:val="28"/>
          <w:lang w:val="en-GB"/>
        </w:rPr>
        <w:lastRenderedPageBreak/>
        <w:t xml:space="preserve">Using the Submission Dashboard </w:t>
      </w:r>
    </w:p>
    <w:bookmarkEnd w:id="11"/>
    <w:p w14:paraId="14621E50" w14:textId="77777777" w:rsidR="00447EC0" w:rsidRPr="00684C6D" w:rsidRDefault="00447EC0" w:rsidP="00447EC0">
      <w:pPr>
        <w:pStyle w:val="ListParagraph"/>
        <w:rPr>
          <w:rFonts w:ascii="Arial" w:hAnsi="Arial" w:cs="Arial"/>
          <w:b/>
          <w:bCs/>
          <w:color w:val="002060"/>
          <w:lang w:val="en-GB"/>
        </w:rPr>
      </w:pPr>
    </w:p>
    <w:p w14:paraId="31743451" w14:textId="16BE8457" w:rsidR="002725C1" w:rsidRPr="00D10D61" w:rsidRDefault="00D10D61">
      <w:pPr>
        <w:pStyle w:val="ListParagraph"/>
        <w:numPr>
          <w:ilvl w:val="0"/>
          <w:numId w:val="11"/>
        </w:numPr>
        <w:rPr>
          <w:rFonts w:ascii="Arial" w:hAnsi="Arial" w:cs="Arial"/>
          <w:noProof/>
          <w:sz w:val="24"/>
          <w:szCs w:val="24"/>
          <w:lang w:val="en-GB"/>
        </w:rPr>
      </w:pPr>
      <w:r w:rsidRPr="00935194">
        <w:rPr>
          <w:noProof/>
          <w:lang w:val="en-GB"/>
        </w:rPr>
        <w:drawing>
          <wp:anchor distT="0" distB="0" distL="114300" distR="114300" simplePos="0" relativeHeight="251928064" behindDoc="0" locked="0" layoutInCell="1" allowOverlap="1" wp14:anchorId="63DF74C1" wp14:editId="428A058C">
            <wp:simplePos x="0" y="0"/>
            <wp:positionH relativeFrom="margin">
              <wp:posOffset>194310</wp:posOffset>
            </wp:positionH>
            <wp:positionV relativeFrom="paragraph">
              <wp:posOffset>1186180</wp:posOffset>
            </wp:positionV>
            <wp:extent cx="5478145" cy="5875655"/>
            <wp:effectExtent l="0" t="0" r="8255" b="0"/>
            <wp:wrapSquare wrapText="bothSides"/>
            <wp:docPr id="2077491907" name="Picture 1" descr="Submissions dashboard showing confirmation that a new submission has been created, with panels for submission details, user summaries, overall status, next steps and suggested chan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7491907" name="Picture 1" descr="Submissions dashboard showing confirmation that a new submission has been created, with panels for submission details, user summaries, overall status, next steps and suggested changes."/>
                    <pic:cNvPicPr/>
                  </pic:nvPicPr>
                  <pic:blipFill>
                    <a:blip r:embed="rId53"/>
                    <a:stretch>
                      <a:fillRect/>
                    </a:stretch>
                  </pic:blipFill>
                  <pic:spPr>
                    <a:xfrm>
                      <a:off x="0" y="0"/>
                      <a:ext cx="5478145" cy="5875655"/>
                    </a:xfrm>
                    <a:prstGeom prst="rect">
                      <a:avLst/>
                    </a:prstGeom>
                  </pic:spPr>
                </pic:pic>
              </a:graphicData>
            </a:graphic>
            <wp14:sizeRelH relativeFrom="margin">
              <wp14:pctWidth>0</wp14:pctWidth>
            </wp14:sizeRelH>
            <wp14:sizeRelV relativeFrom="margin">
              <wp14:pctHeight>0</wp14:pctHeight>
            </wp14:sizeRelV>
          </wp:anchor>
        </w:drawing>
      </w:r>
      <w:r w:rsidRPr="00D10D61">
        <w:rPr>
          <w:rFonts w:ascii="Arial" w:hAnsi="Arial" w:cs="Arial"/>
          <w:noProof/>
          <w:sz w:val="24"/>
          <w:szCs w:val="24"/>
          <w:lang w:val="en-GB"/>
        </w:rPr>
        <w:t>The ‘Submission Dashboard’ reflects all the summaries of Rural Needs Impact Assessments created by your Public Authority. You can view summaries that are not assigned to you, but you cannot edit them unless you re-assign them to yourself.</w:t>
      </w:r>
      <w:r>
        <w:rPr>
          <w:rFonts w:ascii="Arial" w:hAnsi="Arial" w:cs="Arial"/>
          <w:noProof/>
          <w:sz w:val="24"/>
          <w:szCs w:val="24"/>
          <w:lang w:val="en-GB"/>
        </w:rPr>
        <w:t xml:space="preserve"> </w:t>
      </w:r>
      <w:r w:rsidRPr="00D10D61">
        <w:rPr>
          <w:rFonts w:ascii="Arial" w:hAnsi="Arial" w:cs="Arial"/>
          <w:noProof/>
          <w:sz w:val="24"/>
          <w:szCs w:val="24"/>
          <w:lang w:val="en-GB"/>
        </w:rPr>
        <w:t>Each Public Authority will submit one Annual Rural Needs Monitoring Return to DAERA. This submission can only be made by your Rural Needs Coordinator</w:t>
      </w:r>
      <w:r>
        <w:rPr>
          <w:rFonts w:ascii="Arial" w:hAnsi="Arial" w:cs="Arial"/>
          <w:noProof/>
          <w:sz w:val="24"/>
          <w:szCs w:val="24"/>
          <w:lang w:val="en-GB"/>
        </w:rPr>
        <w:t>.</w:t>
      </w:r>
    </w:p>
    <w:p w14:paraId="64A72EBF" w14:textId="77777777" w:rsidR="009F7DA9" w:rsidRPr="00935194" w:rsidRDefault="009F7DA9" w:rsidP="00AE1EC8">
      <w:pPr>
        <w:rPr>
          <w:rFonts w:ascii="Arial" w:hAnsi="Arial" w:cs="Arial"/>
          <w:noProof/>
          <w:sz w:val="24"/>
          <w:szCs w:val="24"/>
          <w:lang w:val="en-GB"/>
        </w:rPr>
      </w:pPr>
    </w:p>
    <w:p w14:paraId="39E73689" w14:textId="77777777" w:rsidR="00D10D61" w:rsidRDefault="002725C1" w:rsidP="00AC78AE">
      <w:pPr>
        <w:rPr>
          <w:rFonts w:ascii="Arial" w:hAnsi="Arial" w:cs="Arial"/>
          <w:b/>
          <w:bCs/>
          <w:sz w:val="24"/>
          <w:szCs w:val="24"/>
          <w:lang w:val="en-GB" w:eastAsia="en-GB"/>
        </w:rPr>
      </w:pPr>
      <w:r w:rsidRPr="00935194">
        <w:rPr>
          <w:rFonts w:ascii="Arial" w:hAnsi="Arial" w:cs="Arial"/>
          <w:b/>
          <w:bCs/>
          <w:sz w:val="24"/>
          <w:szCs w:val="24"/>
          <w:lang w:val="en-GB" w:eastAsia="en-GB"/>
        </w:rPr>
        <w:t>Th</w:t>
      </w:r>
      <w:r w:rsidR="004E67C5" w:rsidRPr="00935194">
        <w:rPr>
          <w:rFonts w:ascii="Arial" w:hAnsi="Arial" w:cs="Arial"/>
          <w:b/>
          <w:bCs/>
          <w:sz w:val="24"/>
          <w:szCs w:val="24"/>
          <w:lang w:val="en-GB" w:eastAsia="en-GB"/>
        </w:rPr>
        <w:t xml:space="preserve">e next page will outline each section of the </w:t>
      </w:r>
      <w:r w:rsidR="00A55540" w:rsidRPr="00935194">
        <w:rPr>
          <w:rFonts w:ascii="Arial" w:hAnsi="Arial" w:cs="Arial"/>
          <w:b/>
          <w:bCs/>
          <w:sz w:val="24"/>
          <w:szCs w:val="24"/>
          <w:lang w:val="en-GB" w:eastAsia="en-GB"/>
        </w:rPr>
        <w:t>Dashboard</w:t>
      </w:r>
      <w:r w:rsidR="004E67C5" w:rsidRPr="00935194">
        <w:rPr>
          <w:rFonts w:ascii="Arial" w:hAnsi="Arial" w:cs="Arial"/>
          <w:b/>
          <w:bCs/>
          <w:sz w:val="24"/>
          <w:szCs w:val="24"/>
          <w:lang w:val="en-GB" w:eastAsia="en-GB"/>
        </w:rPr>
        <w:t>, explain its purpose, and provide guidance on how to use it effectively.</w:t>
      </w:r>
      <w:bookmarkStart w:id="12" w:name="CreatinganewSummary"/>
    </w:p>
    <w:p w14:paraId="46929E5A" w14:textId="4DAE7C66" w:rsidR="009F7DA9" w:rsidRPr="00D10D61" w:rsidRDefault="00312DA1" w:rsidP="00AC78AE">
      <w:pPr>
        <w:rPr>
          <w:rFonts w:ascii="Arial" w:hAnsi="Arial" w:cs="Arial"/>
          <w:b/>
          <w:bCs/>
          <w:sz w:val="24"/>
          <w:szCs w:val="24"/>
          <w:lang w:val="en-GB" w:eastAsia="en-GB"/>
        </w:rPr>
      </w:pPr>
      <w:r w:rsidRPr="00FA2FA7">
        <w:rPr>
          <w:rFonts w:ascii="Arial" w:hAnsi="Arial" w:cs="Arial"/>
          <w:b/>
          <w:bCs/>
          <w:color w:val="002060"/>
          <w:sz w:val="28"/>
          <w:szCs w:val="28"/>
          <w:lang w:val="en-GB" w:eastAsia="en-GB"/>
        </w:rPr>
        <w:lastRenderedPageBreak/>
        <w:t>C</w:t>
      </w:r>
      <w:r w:rsidR="00A55540" w:rsidRPr="00FA2FA7">
        <w:rPr>
          <w:rFonts w:ascii="Arial" w:hAnsi="Arial" w:cs="Arial"/>
          <w:b/>
          <w:bCs/>
          <w:color w:val="002060"/>
          <w:sz w:val="28"/>
          <w:szCs w:val="28"/>
          <w:lang w:val="en-GB" w:eastAsia="en-GB"/>
        </w:rPr>
        <w:t>reating a new Summary</w:t>
      </w:r>
      <w:bookmarkEnd w:id="12"/>
    </w:p>
    <w:p w14:paraId="65E26F5A" w14:textId="77777777" w:rsidR="00A55540" w:rsidRPr="00684C6D" w:rsidRDefault="00A55540" w:rsidP="00050F6E">
      <w:pPr>
        <w:pStyle w:val="ListParagraph"/>
        <w:spacing w:after="0" w:line="300" w:lineRule="atLeast"/>
        <w:rPr>
          <w:rFonts w:ascii="Arial" w:eastAsia="Times New Roman" w:hAnsi="Arial" w:cs="Arial"/>
          <w:b/>
          <w:bCs/>
          <w:color w:val="1F497D" w:themeColor="text2"/>
          <w:sz w:val="28"/>
          <w:szCs w:val="28"/>
          <w:lang w:val="en-GB" w:eastAsia="en-GB"/>
        </w:rPr>
      </w:pPr>
    </w:p>
    <w:p w14:paraId="6499D831" w14:textId="078E1582" w:rsidR="009F7DA9" w:rsidRPr="00684C6D" w:rsidRDefault="00447EC0" w:rsidP="004E67C5">
      <w:pPr>
        <w:pStyle w:val="ListParagraph"/>
        <w:spacing w:after="0" w:line="300" w:lineRule="atLeast"/>
        <w:jc w:val="center"/>
        <w:rPr>
          <w:rFonts w:ascii="Arial" w:eastAsia="Times New Roman" w:hAnsi="Arial" w:cs="Arial"/>
          <w:b/>
          <w:bCs/>
          <w:sz w:val="21"/>
          <w:szCs w:val="21"/>
          <w:lang w:val="en-GB" w:eastAsia="en-GB"/>
        </w:rPr>
      </w:pPr>
      <w:r w:rsidRPr="00684C6D">
        <w:rPr>
          <w:rFonts w:ascii="Arial" w:hAnsi="Arial" w:cs="Arial"/>
          <w:b/>
          <w:bCs/>
          <w:i/>
          <w:iCs/>
          <w:noProof/>
          <w:lang w:val="en-GB"/>
        </w:rPr>
        <w:drawing>
          <wp:anchor distT="0" distB="0" distL="114300" distR="114300" simplePos="0" relativeHeight="251639292" behindDoc="0" locked="0" layoutInCell="1" allowOverlap="1" wp14:anchorId="3548A4D1" wp14:editId="458039AE">
            <wp:simplePos x="0" y="0"/>
            <wp:positionH relativeFrom="column">
              <wp:posOffset>1863090</wp:posOffset>
            </wp:positionH>
            <wp:positionV relativeFrom="paragraph">
              <wp:posOffset>38100</wp:posOffset>
            </wp:positionV>
            <wp:extent cx="4228465" cy="1692275"/>
            <wp:effectExtent l="0" t="0" r="635" b="3175"/>
            <wp:wrapSquare wrapText="bothSides"/>
            <wp:docPr id="1433033257" name="Picture 1" descr="Dashboard view showing a submission panel with links to view all summaries and add a new summary, alongside a ‘My summaries’ pa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033257" name="Picture 1" descr="Dashboard view showing a submission panel with links to view all summaries and add a new summary, alongside a ‘My summaries’ panel."/>
                    <pic:cNvPicPr/>
                  </pic:nvPicPr>
                  <pic:blipFill>
                    <a:blip r:embed="rId54"/>
                    <a:stretch>
                      <a:fillRect/>
                    </a:stretch>
                  </pic:blipFill>
                  <pic:spPr>
                    <a:xfrm>
                      <a:off x="0" y="0"/>
                      <a:ext cx="4228465" cy="1692275"/>
                    </a:xfrm>
                    <a:prstGeom prst="rect">
                      <a:avLst/>
                    </a:prstGeom>
                  </pic:spPr>
                </pic:pic>
              </a:graphicData>
            </a:graphic>
            <wp14:sizeRelH relativeFrom="margin">
              <wp14:pctWidth>0</wp14:pctWidth>
            </wp14:sizeRelH>
            <wp14:sizeRelV relativeFrom="margin">
              <wp14:pctHeight>0</wp14:pctHeight>
            </wp14:sizeRelV>
          </wp:anchor>
        </w:drawing>
      </w:r>
    </w:p>
    <w:p w14:paraId="2D429BE1" w14:textId="4271170D" w:rsidR="009F7DA9" w:rsidRPr="00684C6D" w:rsidRDefault="009F7DA9" w:rsidP="004E67C5">
      <w:pPr>
        <w:pStyle w:val="ListParagraph"/>
        <w:spacing w:after="0" w:line="300" w:lineRule="atLeast"/>
        <w:jc w:val="center"/>
        <w:rPr>
          <w:rFonts w:ascii="Arial" w:eastAsia="Times New Roman" w:hAnsi="Arial" w:cs="Arial"/>
          <w:b/>
          <w:bCs/>
          <w:sz w:val="21"/>
          <w:szCs w:val="21"/>
          <w:lang w:val="en-GB" w:eastAsia="en-GB"/>
        </w:rPr>
      </w:pPr>
    </w:p>
    <w:p w14:paraId="69539212" w14:textId="6DC63E6B" w:rsidR="00561D82" w:rsidRPr="00FA2FA7" w:rsidRDefault="00447EC0">
      <w:pPr>
        <w:pStyle w:val="ListParagraph"/>
        <w:numPr>
          <w:ilvl w:val="0"/>
          <w:numId w:val="11"/>
        </w:numPr>
        <w:rPr>
          <w:rFonts w:ascii="Arial" w:hAnsi="Arial" w:cs="Arial"/>
          <w:b/>
          <w:bCs/>
          <w:i/>
          <w:iCs/>
          <w:sz w:val="24"/>
          <w:szCs w:val="24"/>
          <w:lang w:val="en-GB"/>
        </w:rPr>
      </w:pPr>
      <w:r w:rsidRPr="00684C6D">
        <w:rPr>
          <w:rFonts w:ascii="Arial" w:hAnsi="Arial" w:cs="Arial"/>
          <w:noProof/>
          <w:lang w:val="en-GB"/>
        </w:rPr>
        <mc:AlternateContent>
          <mc:Choice Requires="wps">
            <w:drawing>
              <wp:anchor distT="0" distB="0" distL="114300" distR="114300" simplePos="0" relativeHeight="251802112" behindDoc="0" locked="0" layoutInCell="1" allowOverlap="1" wp14:anchorId="56D14C31" wp14:editId="4403A267">
                <wp:simplePos x="0" y="0"/>
                <wp:positionH relativeFrom="column">
                  <wp:posOffset>1594896</wp:posOffset>
                </wp:positionH>
                <wp:positionV relativeFrom="paragraph">
                  <wp:posOffset>458406</wp:posOffset>
                </wp:positionV>
                <wp:extent cx="1159880" cy="710155"/>
                <wp:effectExtent l="38100" t="19050" r="59690" b="90170"/>
                <wp:wrapNone/>
                <wp:docPr id="212206127" name="Straight Arrow Connector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159880" cy="710155"/>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8E356F7" id="Straight Arrow Connector 3" o:spid="_x0000_s1026" type="#_x0000_t32" alt="&quot;&quot;" style="position:absolute;margin-left:125.6pt;margin-top:36.1pt;width:91.35pt;height:55.9pt;z-index:25180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lmDwAEAANADAAAOAAAAZHJzL2Uyb0RvYy54bWysU9uO0zAQfUfiHyy/0ySVCiVqug/dhRcE&#10;Ky4f4HXGiSXHtuyhSf6esdOmCBBIaF8mvsw5M3N8cribBsPOEKJ2tuHVpuQMrHSttl3Dv31992rP&#10;WURhW2GchYbPEPnd8eWLw+hr2LremRYCIxIb69E3vEf0dVFE2cMg4sZ5sHSpXBgE0jZ0RRvESOyD&#10;KbZl+boYXWh9cBJipNP75ZIfM79SIPGTUhGQmYZTb5hjyPEpxeJ4EHUXhO+1vLQh/qOLQWhLRVeq&#10;e4GCfQ/6N6pBy+CiU7iRbiicUlpCnoGmqcpfpvnSCw95FhIn+lWm+Hy08uP5ZB8DyTD6WEf/GNIU&#10;kwpD+lJ/bMpizatYMCGTdFhVu7f7PWkq6e5NVVa7XVKzuKF9iPge3MDSouERg9BdjydnLb2LC1VW&#10;TJw/RFyAV0AqbWyKKLR5sC3D2ZN5MGhhOwOXOimluLWdVzgbWOCfQTHdUqPbXCY7Ck4msLMgLwgp&#10;wWK1MlF2giltzAos/w285CcoZLet4GW4v1ZdEbmys7iCB21d+FN1nK4tqyX/qsAyd5LgybVzftAs&#10;Ddkmv8nF4smXP+8z/PYjHn8AAAD//wMAUEsDBBQABgAIAAAAIQBhVA+03AAAAAoBAAAPAAAAZHJz&#10;L2Rvd25yZXYueG1sTI9NT8MwDIbvSPyHyEjcWLqulFGaTghpd7bB3WvcD61JqiTtun+POcHJsvzo&#10;9fOWu8UMYiYfemcVrFcJCLK1071tFXyd9k9bECGi1Tg4SwpuFGBX3d+VWGh3tQeaj7EVHGJDgQq6&#10;GMdCylB3ZDCs3EiWb43zBiOvvpXa45XDzSDTJMmlwd7yhw5H+uiovhwno+BzX895aKbDqcn97XvK&#10;EC8LKvX4sLy/gYi0xD8YfvVZHSp2OrvJ6iAGBenzOmVUwUvKk4Fss3kFcWZymyUgq1L+r1D9AAAA&#10;//8DAFBLAQItABQABgAIAAAAIQC2gziS/gAAAOEBAAATAAAAAAAAAAAAAAAAAAAAAABbQ29udGVu&#10;dF9UeXBlc10ueG1sUEsBAi0AFAAGAAgAAAAhADj9If/WAAAAlAEAAAsAAAAAAAAAAAAAAAAALwEA&#10;AF9yZWxzLy5yZWxzUEsBAi0AFAAGAAgAAAAhAK4GWYPAAQAA0AMAAA4AAAAAAAAAAAAAAAAALgIA&#10;AGRycy9lMm9Eb2MueG1sUEsBAi0AFAAGAAgAAAAhAGFUD7TcAAAACgEAAA8AAAAAAAAAAAAAAAAA&#10;GgQAAGRycy9kb3ducmV2LnhtbFBLBQYAAAAABAAEAPMAAAAjBQAAAAA=&#10;" strokecolor="#4f81bd [3204]" strokeweight="2pt">
                <v:stroke endarrow="block"/>
                <v:shadow on="t" color="black" opacity="24903f" origin=",.5" offset="0,.55556mm"/>
              </v:shape>
            </w:pict>
          </mc:Fallback>
        </mc:AlternateContent>
      </w:r>
      <w:r w:rsidR="00FE7E1E" w:rsidRPr="00684C6D">
        <w:rPr>
          <w:rFonts w:ascii="Arial" w:hAnsi="Arial" w:cs="Arial"/>
          <w:lang w:val="en-GB"/>
        </w:rPr>
        <w:t xml:space="preserve"> </w:t>
      </w:r>
      <w:r w:rsidR="00EA4B88" w:rsidRPr="00FA2FA7">
        <w:rPr>
          <w:rFonts w:ascii="Arial" w:hAnsi="Arial" w:cs="Arial"/>
          <w:sz w:val="24"/>
          <w:szCs w:val="24"/>
          <w:lang w:val="en-GB"/>
        </w:rPr>
        <w:t>T</w:t>
      </w:r>
      <w:r w:rsidR="00927EFE" w:rsidRPr="00FA2FA7">
        <w:rPr>
          <w:rFonts w:ascii="Arial" w:hAnsi="Arial" w:cs="Arial"/>
          <w:sz w:val="24"/>
          <w:szCs w:val="24"/>
          <w:lang w:val="en-GB"/>
        </w:rPr>
        <w:t>o create a new summary</w:t>
      </w:r>
      <w:r w:rsidR="00DB1E4E" w:rsidRPr="00FA2FA7">
        <w:rPr>
          <w:rFonts w:ascii="Arial" w:hAnsi="Arial" w:cs="Arial"/>
          <w:sz w:val="24"/>
          <w:szCs w:val="24"/>
          <w:lang w:val="en-GB"/>
        </w:rPr>
        <w:t>,</w:t>
      </w:r>
      <w:r w:rsidR="00927EFE" w:rsidRPr="00FA2FA7">
        <w:rPr>
          <w:rFonts w:ascii="Arial" w:hAnsi="Arial" w:cs="Arial"/>
          <w:sz w:val="24"/>
          <w:szCs w:val="24"/>
          <w:lang w:val="en-GB"/>
        </w:rPr>
        <w:t xml:space="preserve"> </w:t>
      </w:r>
      <w:r w:rsidR="00FE7E1E" w:rsidRPr="00FA2FA7">
        <w:rPr>
          <w:rFonts w:ascii="Arial" w:hAnsi="Arial" w:cs="Arial"/>
          <w:sz w:val="24"/>
          <w:szCs w:val="24"/>
          <w:lang w:val="en-GB"/>
        </w:rPr>
        <w:t>s</w:t>
      </w:r>
      <w:r w:rsidR="00DB1E4E" w:rsidRPr="00FA2FA7">
        <w:rPr>
          <w:rFonts w:ascii="Arial" w:hAnsi="Arial" w:cs="Arial"/>
          <w:sz w:val="24"/>
          <w:szCs w:val="24"/>
          <w:lang w:val="en-GB"/>
        </w:rPr>
        <w:t xml:space="preserve">elect </w:t>
      </w:r>
      <w:r w:rsidR="00DB1E4E" w:rsidRPr="00D82BB0">
        <w:rPr>
          <w:rFonts w:ascii="Arial" w:hAnsi="Arial" w:cs="Arial"/>
          <w:b/>
          <w:bCs/>
          <w:sz w:val="24"/>
          <w:szCs w:val="24"/>
          <w:lang w:val="en-GB"/>
        </w:rPr>
        <w:t>Add a new summary.</w:t>
      </w:r>
      <w:r w:rsidR="00927EFE" w:rsidRPr="00FA2FA7">
        <w:rPr>
          <w:rFonts w:ascii="Arial" w:hAnsi="Arial" w:cs="Arial"/>
          <w:b/>
          <w:bCs/>
          <w:i/>
          <w:iCs/>
          <w:sz w:val="24"/>
          <w:szCs w:val="24"/>
          <w:lang w:val="en-GB"/>
        </w:rPr>
        <w:t xml:space="preserve"> </w:t>
      </w:r>
    </w:p>
    <w:p w14:paraId="4D44750C" w14:textId="6E91E334" w:rsidR="007F7614" w:rsidRPr="00FA2FA7" w:rsidRDefault="00447EC0" w:rsidP="007F7614">
      <w:pPr>
        <w:pStyle w:val="ListParagraph"/>
        <w:rPr>
          <w:rFonts w:ascii="Arial" w:hAnsi="Arial" w:cs="Arial"/>
          <w:b/>
          <w:bCs/>
          <w:i/>
          <w:iCs/>
          <w:sz w:val="24"/>
          <w:szCs w:val="24"/>
          <w:lang w:val="en-GB"/>
        </w:rPr>
      </w:pPr>
      <w:r w:rsidRPr="00FA2FA7">
        <w:rPr>
          <w:rFonts w:ascii="Arial" w:hAnsi="Arial" w:cs="Arial"/>
          <w:noProof/>
          <w:sz w:val="24"/>
          <w:szCs w:val="24"/>
        </w:rPr>
        <w:t xml:space="preserve"> </w:t>
      </w:r>
    </w:p>
    <w:p w14:paraId="1EFD20BE" w14:textId="247D3490" w:rsidR="007F7614" w:rsidRPr="00FA2FA7" w:rsidRDefault="00447EC0" w:rsidP="00DB1E4E">
      <w:pPr>
        <w:pStyle w:val="ListParagraph"/>
        <w:rPr>
          <w:rFonts w:ascii="Arial" w:hAnsi="Arial" w:cs="Arial"/>
          <w:sz w:val="24"/>
          <w:szCs w:val="24"/>
          <w:lang w:val="en-GB"/>
        </w:rPr>
      </w:pPr>
      <w:r w:rsidRPr="00FA2FA7">
        <w:rPr>
          <w:rFonts w:ascii="Arial" w:hAnsi="Arial" w:cs="Arial"/>
          <w:noProof/>
          <w:sz w:val="24"/>
          <w:szCs w:val="24"/>
          <w:lang w:val="en-GB"/>
        </w:rPr>
        <mc:AlternateContent>
          <mc:Choice Requires="wps">
            <w:drawing>
              <wp:anchor distT="0" distB="0" distL="114300" distR="114300" simplePos="0" relativeHeight="251932160" behindDoc="1" locked="0" layoutInCell="1" allowOverlap="1" wp14:anchorId="6BC4142E" wp14:editId="19799A3B">
                <wp:simplePos x="0" y="0"/>
                <wp:positionH relativeFrom="column">
                  <wp:posOffset>4595495</wp:posOffset>
                </wp:positionH>
                <wp:positionV relativeFrom="paragraph">
                  <wp:posOffset>536575</wp:posOffset>
                </wp:positionV>
                <wp:extent cx="60325" cy="294005"/>
                <wp:effectExtent l="57150" t="38100" r="53975" b="86995"/>
                <wp:wrapSquare wrapText="bothSides"/>
                <wp:docPr id="754959954" name="Straight Arrow Connector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60325" cy="294005"/>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AA5E261" id="Straight Arrow Connector 3" o:spid="_x0000_s1026" type="#_x0000_t32" alt="&quot;&quot;" style="position:absolute;margin-left:361.85pt;margin-top:42.25pt;width:4.75pt;height:23.15pt;flip:y;z-index:-25138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YzNxQEAANgDAAAOAAAAZHJzL2Uyb0RvYy54bWysU02P0zAQvSPxHyzfadLAriBquocucEGw&#10;4mPvXmecWPKX7KFp/j1jp80iQKyEuIwce96beW8mu5uTNewIMWnvOr7d1JyBk77Xbuj4t6/vXrzm&#10;LKFwvTDeQcdnSPxm//zZbgotNH70pofIiMSldgodHxFDW1VJjmBF2vgAjh6Vj1Ygfcah6qOYiN2a&#10;qqnr62rysQ/RS0iJbm+XR74v/EqBxE9KJUBmOk69YYmxxIccq/1OtEMUYdTy3Ib4hy6s0I6KrlS3&#10;AgX7HvVvVFbL6JNXuJHeVl4pLaFoIDXb+hc1X0YRoGghc1JYbUr/j1Z+PB7cXSQbppDaFO5iVnFS&#10;0TJldLinmRZd1Ck7Fdvm1TY4IZN0eV2/bK44k/TSvHlV11fZ1WphyWwhJnwP3rJ86HjCKPQw4sE7&#10;R/Pxcakgjh8SLsALIIONyxGFNm9dz3AOtEQYtXCDgXOdnFI9tl9OOBtY4J9BMd1Tm00RUjYLDiay&#10;o6CdEFKCw+3KRNkZprQxK7B+GnjOz1AoW7eCF3F/rboiSmXvcAVb7Xz8U3U8XVpWS/7FgUV3tuDB&#10;93MZbLGG1qfM5LzqeT9//i7wxx9y/wMAAP//AwBQSwMEFAAGAAgAAAAhAC5h+oXfAAAACgEAAA8A&#10;AABkcnMvZG93bnJldi54bWxMj8tOwzAQRfdI/IM1SOyoXQdIFOJUCIQQGx4tG3ZuMsQR8TiKnTb8&#10;PcMKlqN7dO+ZarP4QRxwin0gA+uVAoHUhLanzsD77uGiABGTpdYOgdDAN0bY1KcnlS3bcKQ3PGxT&#10;J7iEYmkNuJTGUsrYOPQ2rsKIxNlnmLxNfE6dbCd75HI/SK3UtfS2J15wdsQ7h83XdvYGXu+DetYv&#10;o3PrRs9z1E+Pu/zDmPOz5fYGRMIl/cHwq8/qULPTPszURjEYyHWWM2qguLwCwUCeZRrEnslMFSDr&#10;Sv5/of4BAAD//wMAUEsBAi0AFAAGAAgAAAAhALaDOJL+AAAA4QEAABMAAAAAAAAAAAAAAAAAAAAA&#10;AFtDb250ZW50X1R5cGVzXS54bWxQSwECLQAUAAYACAAAACEAOP0h/9YAAACUAQAACwAAAAAAAAAA&#10;AAAAAAAvAQAAX3JlbHMvLnJlbHNQSwECLQAUAAYACAAAACEAV62MzcUBAADYAwAADgAAAAAAAAAA&#10;AAAAAAAuAgAAZHJzL2Uyb0RvYy54bWxQSwECLQAUAAYACAAAACEALmH6hd8AAAAKAQAADwAAAAAA&#10;AAAAAAAAAAAfBAAAZHJzL2Rvd25yZXYueG1sUEsFBgAAAAAEAAQA8wAAACsFAAAAAA==&#10;" strokecolor="#4f81bd [3204]" strokeweight="2pt">
                <v:stroke endarrow="block"/>
                <v:shadow on="t" color="black" opacity="24903f" origin=",.5" offset="0,.55556mm"/>
                <w10:wrap type="square"/>
              </v:shape>
            </w:pict>
          </mc:Fallback>
        </mc:AlternateContent>
      </w:r>
      <w:r w:rsidRPr="00FA2FA7">
        <w:rPr>
          <w:rFonts w:ascii="Arial" w:hAnsi="Arial" w:cs="Arial"/>
          <w:noProof/>
          <w:sz w:val="24"/>
          <w:szCs w:val="24"/>
          <w:lang w:val="en-GB"/>
        </w:rPr>
        <mc:AlternateContent>
          <mc:Choice Requires="wps">
            <w:drawing>
              <wp:anchor distT="0" distB="0" distL="114300" distR="114300" simplePos="0" relativeHeight="251803136" behindDoc="1" locked="0" layoutInCell="1" allowOverlap="1" wp14:anchorId="7D73DCFA" wp14:editId="5A7A1B63">
                <wp:simplePos x="0" y="0"/>
                <wp:positionH relativeFrom="column">
                  <wp:posOffset>1594485</wp:posOffset>
                </wp:positionH>
                <wp:positionV relativeFrom="paragraph">
                  <wp:posOffset>360680</wp:posOffset>
                </wp:positionV>
                <wp:extent cx="308610" cy="80010"/>
                <wp:effectExtent l="38100" t="38100" r="72390" b="110490"/>
                <wp:wrapSquare wrapText="bothSides"/>
                <wp:docPr id="915724723" name="Straight Arrow Connector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308610" cy="80010"/>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239FB6C" id="Straight Arrow Connector 3" o:spid="_x0000_s1026" type="#_x0000_t32" alt="&quot;&quot;" style="position:absolute;margin-left:125.55pt;margin-top:28.4pt;width:24.3pt;height:6.3pt;z-index:-25151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5mqvAEAAM4DAAAOAAAAZHJzL2Uyb0RvYy54bWysU9uO0zAQfUfiHyy/0yRFWlVR033o7vKC&#10;YMXlA7zOOLHkm+yhSf+esdOmCBBIiJeJL3Nmzhyf7O9na9gJYtLedbzZ1JyBk77Xbuj41y9Pb3ac&#10;JRSuF8Y76PgZEr8/vH61n0ILWz9600NkVMSldgodHxFDW1VJjmBF2vgAji6Vj1YgbeNQ9VFMVN2a&#10;alvXd9XkYx+il5ASnT4sl/xQ6isFEj8qlQCZ6ThxwxJjiS85Voe9aIcowqjlhYb4BxZWaEdN11IP&#10;AgX7FvUvpayW0SevcCO9rbxSWkKZgaZp6p+m+TyKAGUWEieFVab0/8rKD6eje44kwxRSm8JzzFPM&#10;Ktr8JX5sLmKdV7FgRibp8G29u2tIUklXu5rIZy2rGzbEhO/AW5YXHU8YhR5GPHrn6FV8bIpe4vQ+&#10;4QK8AnJj43JEoc2j6xmeA1kHoxZuMHDpk1OqG+mywrOBBf4JFNM90dyWNsVPcDSRnQQ5QUgJDpu1&#10;EmVnmNLGrMD678BLfoZC8doKXob7Y9cVUTp7hyvYaufj77rjfKWslvyrAsvcWYIX35/LcxZpyDTl&#10;TS4Gz678cV/gt9/w8B0AAP//AwBQSwMEFAAGAAgAAAAhAKlHKiDcAAAACQEAAA8AAABkcnMvZG93&#10;bnJldi54bWxMj8tqwzAQRfeF/IOYQHeNbJOotWs5lEL2zaP7iSU/iDUykuw4f1911S6HOdx7brlf&#10;zMBm7XxvSUK6SYBpqq3qqZVwOR9e3oD5gKRwsKQlPLSHfbV6KrFQ9k5HPZ9Cy2II+QIldCGMBee+&#10;7rRBv7GjpvhrrDMY4ularhzeY7gZeJYkghvsKTZ0OOrPTte302QkfB3qWfhmOp4b4R7f0xbxtqCU&#10;z+vl4x1Y0Ev4g+FXP6pDFZ2udiLl2SAh26VpRCXsRJwQgSzPX4FdJYh8C7wq+f8F1Q8AAAD//wMA&#10;UEsBAi0AFAAGAAgAAAAhALaDOJL+AAAA4QEAABMAAAAAAAAAAAAAAAAAAAAAAFtDb250ZW50X1R5&#10;cGVzXS54bWxQSwECLQAUAAYACAAAACEAOP0h/9YAAACUAQAACwAAAAAAAAAAAAAAAAAvAQAAX3Jl&#10;bHMvLnJlbHNQSwECLQAUAAYACAAAACEAKluZqrwBAADOAwAADgAAAAAAAAAAAAAAAAAuAgAAZHJz&#10;L2Uyb0RvYy54bWxQSwECLQAUAAYACAAAACEAqUcqINwAAAAJAQAADwAAAAAAAAAAAAAAAAAWBAAA&#10;ZHJzL2Rvd25yZXYueG1sUEsFBgAAAAAEAAQA8wAAAB8FAAAAAA==&#10;" strokecolor="#4f81bd [3204]" strokeweight="2pt">
                <v:stroke endarrow="block"/>
                <v:shadow on="t" color="black" opacity="24903f" origin=",.5" offset="0,.55556mm"/>
                <w10:wrap type="square"/>
              </v:shape>
            </w:pict>
          </mc:Fallback>
        </mc:AlternateContent>
      </w:r>
      <w:r w:rsidRPr="00FA2FA7">
        <w:rPr>
          <w:rFonts w:ascii="Arial" w:hAnsi="Arial" w:cs="Arial"/>
          <w:sz w:val="24"/>
          <w:szCs w:val="24"/>
          <w:lang w:val="en-GB"/>
        </w:rPr>
        <w:t>T</w:t>
      </w:r>
      <w:r w:rsidR="00DB1E4E" w:rsidRPr="00FA2FA7">
        <w:rPr>
          <w:rFonts w:ascii="Arial" w:hAnsi="Arial" w:cs="Arial"/>
          <w:sz w:val="24"/>
          <w:szCs w:val="24"/>
          <w:lang w:val="en-GB"/>
        </w:rPr>
        <w:t>o view all summaries for your Public Authority</w:t>
      </w:r>
      <w:r w:rsidR="00FE7E1E" w:rsidRPr="00FA2FA7">
        <w:rPr>
          <w:rFonts w:ascii="Arial" w:hAnsi="Arial" w:cs="Arial"/>
          <w:sz w:val="24"/>
          <w:szCs w:val="24"/>
          <w:lang w:val="en-GB"/>
        </w:rPr>
        <w:t>, select</w:t>
      </w:r>
      <w:r w:rsidR="00DB1E4E" w:rsidRPr="00FA2FA7">
        <w:rPr>
          <w:rFonts w:ascii="Arial" w:hAnsi="Arial" w:cs="Arial"/>
          <w:sz w:val="24"/>
          <w:szCs w:val="24"/>
          <w:lang w:val="en-GB"/>
        </w:rPr>
        <w:t xml:space="preserve"> </w:t>
      </w:r>
      <w:r w:rsidR="00DB1E4E" w:rsidRPr="00D82BB0">
        <w:rPr>
          <w:rFonts w:ascii="Arial" w:hAnsi="Arial" w:cs="Arial"/>
          <w:b/>
          <w:bCs/>
          <w:sz w:val="24"/>
          <w:szCs w:val="24"/>
          <w:lang w:val="en-GB"/>
        </w:rPr>
        <w:t>View all summaries</w:t>
      </w:r>
      <w:r w:rsidR="00FE7E1E" w:rsidRPr="00FA2FA7">
        <w:rPr>
          <w:rFonts w:ascii="Arial" w:hAnsi="Arial" w:cs="Arial"/>
          <w:sz w:val="24"/>
          <w:szCs w:val="24"/>
          <w:lang w:val="en-GB"/>
        </w:rPr>
        <w:t>.</w:t>
      </w:r>
    </w:p>
    <w:p w14:paraId="72EC1806" w14:textId="77777777" w:rsidR="006110EC" w:rsidRDefault="007F7614" w:rsidP="007F7614">
      <w:pPr>
        <w:pStyle w:val="ListParagraph"/>
        <w:jc w:val="right"/>
        <w:rPr>
          <w:rFonts w:ascii="Arial" w:hAnsi="Arial" w:cs="Arial"/>
          <w:sz w:val="24"/>
          <w:szCs w:val="24"/>
          <w:lang w:val="en-GB"/>
        </w:rPr>
      </w:pPr>
      <w:r w:rsidRPr="00FA2FA7">
        <w:rPr>
          <w:rFonts w:ascii="Arial" w:hAnsi="Arial" w:cs="Arial"/>
          <w:sz w:val="24"/>
          <w:szCs w:val="24"/>
          <w:lang w:val="en-GB"/>
        </w:rPr>
        <w:t xml:space="preserve"> </w:t>
      </w:r>
      <w:r w:rsidR="00447EC0" w:rsidRPr="00FA2FA7">
        <w:rPr>
          <w:rFonts w:ascii="Arial" w:hAnsi="Arial" w:cs="Arial"/>
          <w:sz w:val="24"/>
          <w:szCs w:val="24"/>
          <w:lang w:val="en-GB"/>
        </w:rPr>
        <w:t xml:space="preserve">  </w:t>
      </w:r>
    </w:p>
    <w:p w14:paraId="4AB43D83" w14:textId="60A9F36A" w:rsidR="00FE7E1E" w:rsidRPr="00FA2FA7" w:rsidRDefault="00447EC0" w:rsidP="007F7614">
      <w:pPr>
        <w:pStyle w:val="ListParagraph"/>
        <w:jc w:val="right"/>
        <w:rPr>
          <w:rFonts w:ascii="Arial" w:hAnsi="Arial" w:cs="Arial"/>
          <w:sz w:val="24"/>
          <w:szCs w:val="24"/>
          <w:lang w:val="en-GB"/>
        </w:rPr>
      </w:pPr>
      <w:r w:rsidRPr="00FA2FA7">
        <w:rPr>
          <w:rFonts w:ascii="Arial" w:hAnsi="Arial" w:cs="Arial"/>
          <w:sz w:val="24"/>
          <w:szCs w:val="24"/>
          <w:lang w:val="en-GB"/>
        </w:rPr>
        <w:t xml:space="preserve">  </w:t>
      </w:r>
      <w:r w:rsidR="00FE7E1E" w:rsidRPr="00FA2FA7">
        <w:rPr>
          <w:rFonts w:ascii="Arial" w:hAnsi="Arial" w:cs="Arial"/>
          <w:sz w:val="24"/>
          <w:szCs w:val="24"/>
          <w:lang w:val="en-GB"/>
        </w:rPr>
        <w:t xml:space="preserve">To view your own summaries, select </w:t>
      </w:r>
      <w:r w:rsidR="00FE7E1E" w:rsidRPr="00D82BB0">
        <w:rPr>
          <w:rFonts w:ascii="Arial" w:hAnsi="Arial" w:cs="Arial"/>
          <w:b/>
          <w:bCs/>
          <w:sz w:val="24"/>
          <w:szCs w:val="24"/>
          <w:lang w:val="en-GB"/>
        </w:rPr>
        <w:t>View my summaries</w:t>
      </w:r>
      <w:r w:rsidR="00FE7E1E" w:rsidRPr="00FA2FA7">
        <w:rPr>
          <w:rFonts w:ascii="Arial" w:hAnsi="Arial" w:cs="Arial"/>
          <w:b/>
          <w:bCs/>
          <w:i/>
          <w:iCs/>
          <w:sz w:val="24"/>
          <w:szCs w:val="24"/>
          <w:lang w:val="en-GB"/>
        </w:rPr>
        <w:t>.</w:t>
      </w:r>
      <w:r w:rsidR="00FE7E1E" w:rsidRPr="00FA2FA7">
        <w:rPr>
          <w:rFonts w:ascii="Arial" w:hAnsi="Arial" w:cs="Arial"/>
          <w:noProof/>
          <w:sz w:val="24"/>
          <w:szCs w:val="24"/>
          <w:lang w:val="en-GB"/>
        </w:rPr>
        <w:t xml:space="preserve"> </w:t>
      </w:r>
    </w:p>
    <w:p w14:paraId="41BEF328" w14:textId="3D646C64" w:rsidR="00561D82" w:rsidRPr="00FA2FA7" w:rsidRDefault="00561D82">
      <w:pPr>
        <w:rPr>
          <w:rFonts w:ascii="Arial" w:hAnsi="Arial" w:cs="Arial"/>
          <w:sz w:val="24"/>
          <w:szCs w:val="24"/>
          <w:lang w:val="en-GB"/>
        </w:rPr>
      </w:pPr>
    </w:p>
    <w:p w14:paraId="65E470A9" w14:textId="4F2F3226" w:rsidR="007F7614" w:rsidRPr="00FA2FA7" w:rsidRDefault="007F7614">
      <w:pPr>
        <w:rPr>
          <w:rFonts w:ascii="Arial" w:hAnsi="Arial" w:cs="Arial"/>
          <w:sz w:val="24"/>
          <w:szCs w:val="24"/>
          <w:lang w:val="en-GB"/>
        </w:rPr>
      </w:pPr>
    </w:p>
    <w:p w14:paraId="4F4E7C69" w14:textId="78635AF8" w:rsidR="00485C54" w:rsidRPr="00FA2FA7" w:rsidRDefault="00485C54">
      <w:pPr>
        <w:pStyle w:val="ListParagraph"/>
        <w:numPr>
          <w:ilvl w:val="0"/>
          <w:numId w:val="11"/>
        </w:numPr>
        <w:spacing w:after="0" w:line="300" w:lineRule="atLeast"/>
        <w:rPr>
          <w:rFonts w:ascii="Arial" w:eastAsia="Times New Roman" w:hAnsi="Arial" w:cs="Arial"/>
          <w:sz w:val="24"/>
          <w:szCs w:val="24"/>
          <w:lang w:val="en-GB" w:eastAsia="en-GB"/>
        </w:rPr>
      </w:pPr>
      <w:r w:rsidRPr="00FA2FA7">
        <w:rPr>
          <w:rFonts w:ascii="Arial" w:eastAsia="Times New Roman" w:hAnsi="Arial" w:cs="Arial"/>
          <w:sz w:val="24"/>
          <w:szCs w:val="24"/>
          <w:lang w:val="en-GB" w:eastAsia="en-GB"/>
        </w:rPr>
        <w:t xml:space="preserve">This page allows you to </w:t>
      </w:r>
      <w:r w:rsidR="002A13C2" w:rsidRPr="00FA2FA7">
        <w:rPr>
          <w:rFonts w:ascii="Arial" w:eastAsia="Times New Roman" w:hAnsi="Arial" w:cs="Arial"/>
          <w:sz w:val="24"/>
          <w:szCs w:val="24"/>
          <w:lang w:val="en-GB" w:eastAsia="en-GB"/>
        </w:rPr>
        <w:t>start to create</w:t>
      </w:r>
      <w:r w:rsidRPr="00FA2FA7">
        <w:rPr>
          <w:rFonts w:ascii="Arial" w:eastAsia="Times New Roman" w:hAnsi="Arial" w:cs="Arial"/>
          <w:sz w:val="24"/>
          <w:szCs w:val="24"/>
          <w:lang w:val="en-GB" w:eastAsia="en-GB"/>
        </w:rPr>
        <w:t xml:space="preserve"> your summary. </w:t>
      </w:r>
    </w:p>
    <w:p w14:paraId="66248A65" w14:textId="7B7EDCA4" w:rsidR="002A13C2" w:rsidRPr="00FA2FA7" w:rsidRDefault="002A13C2" w:rsidP="002A13C2">
      <w:pPr>
        <w:pStyle w:val="ListParagraph"/>
        <w:spacing w:after="0" w:line="300" w:lineRule="atLeast"/>
        <w:ind w:left="643"/>
        <w:rPr>
          <w:rFonts w:ascii="Arial" w:eastAsia="Times New Roman" w:hAnsi="Arial" w:cs="Arial"/>
          <w:sz w:val="24"/>
          <w:szCs w:val="24"/>
          <w:lang w:val="en-GB" w:eastAsia="en-GB"/>
        </w:rPr>
      </w:pPr>
      <w:r w:rsidRPr="00FA2FA7">
        <w:rPr>
          <w:rFonts w:ascii="Arial" w:eastAsia="Times New Roman" w:hAnsi="Arial" w:cs="Arial"/>
          <w:noProof/>
          <w:sz w:val="24"/>
          <w:szCs w:val="24"/>
          <w:lang w:val="en-GB" w:eastAsia="en-GB"/>
        </w:rPr>
        <w:drawing>
          <wp:anchor distT="0" distB="0" distL="114300" distR="114300" simplePos="0" relativeHeight="251930112" behindDoc="0" locked="0" layoutInCell="1" allowOverlap="1" wp14:anchorId="0A830035" wp14:editId="402F22ED">
            <wp:simplePos x="0" y="0"/>
            <wp:positionH relativeFrom="column">
              <wp:posOffset>2104390</wp:posOffset>
            </wp:positionH>
            <wp:positionV relativeFrom="paragraph">
              <wp:posOffset>110490</wp:posOffset>
            </wp:positionV>
            <wp:extent cx="3876040" cy="2576830"/>
            <wp:effectExtent l="0" t="0" r="0" b="0"/>
            <wp:wrapSquare wrapText="bothSides"/>
            <wp:docPr id="1913901443" name="Picture 1" descr="Form page titled ‘Appendix 2 – Template for information to be compiled’, showing an input field for a brief title and pre‑filled fields for reporting period and organisation, with Create Summary and Cancel butt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3901443" name="Picture 1" descr="Form page titled ‘Appendix 2 – Template for information to be compiled’, showing an input field for a brief title and pre‑filled fields for reporting period and organisation, with Create Summary and Cancel buttons."/>
                    <pic:cNvPicPr/>
                  </pic:nvPicPr>
                  <pic:blipFill>
                    <a:blip r:embed="rId55"/>
                    <a:stretch>
                      <a:fillRect/>
                    </a:stretch>
                  </pic:blipFill>
                  <pic:spPr>
                    <a:xfrm>
                      <a:off x="0" y="0"/>
                      <a:ext cx="3876040" cy="2576830"/>
                    </a:xfrm>
                    <a:prstGeom prst="rect">
                      <a:avLst/>
                    </a:prstGeom>
                  </pic:spPr>
                </pic:pic>
              </a:graphicData>
            </a:graphic>
            <wp14:sizeRelH relativeFrom="margin">
              <wp14:pctWidth>0</wp14:pctWidth>
            </wp14:sizeRelH>
            <wp14:sizeRelV relativeFrom="margin">
              <wp14:pctHeight>0</wp14:pctHeight>
            </wp14:sizeRelV>
          </wp:anchor>
        </w:drawing>
      </w:r>
    </w:p>
    <w:p w14:paraId="41E3AF6F" w14:textId="77777777" w:rsidR="002A13C2" w:rsidRPr="00FA2FA7" w:rsidRDefault="002A13C2" w:rsidP="002A13C2">
      <w:pPr>
        <w:pStyle w:val="ListParagraph"/>
        <w:spacing w:after="0" w:line="300" w:lineRule="atLeast"/>
        <w:ind w:left="643"/>
        <w:rPr>
          <w:rFonts w:ascii="Arial" w:eastAsia="Times New Roman" w:hAnsi="Arial" w:cs="Arial"/>
          <w:sz w:val="24"/>
          <w:szCs w:val="24"/>
          <w:lang w:val="en-GB" w:eastAsia="en-GB"/>
        </w:rPr>
      </w:pPr>
    </w:p>
    <w:p w14:paraId="72A8E7B8" w14:textId="5FEBFE12" w:rsidR="002A13C2" w:rsidRPr="00FA2FA7" w:rsidRDefault="002A13C2" w:rsidP="002A13C2">
      <w:pPr>
        <w:pStyle w:val="ListParagraph"/>
        <w:spacing w:after="0" w:line="300" w:lineRule="atLeast"/>
        <w:ind w:left="643"/>
        <w:rPr>
          <w:rFonts w:ascii="Arial" w:eastAsia="Times New Roman" w:hAnsi="Arial" w:cs="Arial"/>
          <w:sz w:val="24"/>
          <w:szCs w:val="24"/>
          <w:lang w:val="en-GB" w:eastAsia="en-GB"/>
        </w:rPr>
      </w:pPr>
    </w:p>
    <w:p w14:paraId="492EAA08" w14:textId="77777777" w:rsidR="002A13C2" w:rsidRPr="00FA2FA7" w:rsidRDefault="002A13C2" w:rsidP="002A13C2">
      <w:pPr>
        <w:pStyle w:val="ListParagraph"/>
        <w:rPr>
          <w:rFonts w:ascii="Arial" w:eastAsia="Times New Roman" w:hAnsi="Arial" w:cs="Arial"/>
          <w:sz w:val="24"/>
          <w:szCs w:val="24"/>
          <w:lang w:val="en-GB" w:eastAsia="en-GB"/>
        </w:rPr>
      </w:pPr>
      <w:r w:rsidRPr="00D82BB0">
        <w:rPr>
          <w:rFonts w:ascii="Arial" w:eastAsia="Times New Roman" w:hAnsi="Arial" w:cs="Arial"/>
          <w:b/>
          <w:bCs/>
          <w:sz w:val="24"/>
          <w:szCs w:val="24"/>
          <w:lang w:val="en-GB" w:eastAsia="en-GB"/>
        </w:rPr>
        <w:t>Enter a brief title</w:t>
      </w:r>
      <w:r w:rsidRPr="00FA2FA7">
        <w:rPr>
          <w:rFonts w:ascii="Arial" w:eastAsia="Times New Roman" w:hAnsi="Arial" w:cs="Arial"/>
          <w:i/>
          <w:iCs/>
          <w:sz w:val="24"/>
          <w:szCs w:val="24"/>
          <w:lang w:val="en-GB" w:eastAsia="en-GB"/>
        </w:rPr>
        <w:t>.</w:t>
      </w:r>
      <w:r w:rsidRPr="00FA2FA7">
        <w:rPr>
          <w:rFonts w:ascii="Arial" w:eastAsia="Times New Roman" w:hAnsi="Arial" w:cs="Arial"/>
          <w:sz w:val="24"/>
          <w:szCs w:val="24"/>
          <w:lang w:val="en-GB" w:eastAsia="en-GB"/>
        </w:rPr>
        <w:t xml:space="preserve"> Sections 1 and 2 are already pre</w:t>
      </w:r>
      <w:r w:rsidRPr="00FA2FA7">
        <w:rPr>
          <w:rFonts w:ascii="Arial" w:eastAsia="Times New Roman" w:hAnsi="Arial" w:cs="Arial"/>
          <w:sz w:val="24"/>
          <w:szCs w:val="24"/>
          <w:lang w:val="en-GB" w:eastAsia="en-GB"/>
        </w:rPr>
        <w:noBreakHyphen/>
        <w:t>populated with the reporting period and your Public Authority.</w:t>
      </w:r>
    </w:p>
    <w:p w14:paraId="4BA7C035" w14:textId="77777777" w:rsidR="002A13C2" w:rsidRPr="00FA2FA7" w:rsidRDefault="002A13C2" w:rsidP="00485C54">
      <w:pPr>
        <w:pStyle w:val="ListParagraph"/>
        <w:spacing w:after="0" w:line="300" w:lineRule="atLeast"/>
        <w:rPr>
          <w:rFonts w:ascii="Arial" w:eastAsia="Times New Roman" w:hAnsi="Arial" w:cs="Arial"/>
          <w:sz w:val="24"/>
          <w:szCs w:val="24"/>
          <w:lang w:val="en-GB" w:eastAsia="en-GB"/>
        </w:rPr>
      </w:pPr>
    </w:p>
    <w:p w14:paraId="0786052C" w14:textId="77777777" w:rsidR="002A13C2" w:rsidRPr="00FA2FA7" w:rsidRDefault="002A13C2" w:rsidP="00D91EB0">
      <w:pPr>
        <w:spacing w:after="0" w:line="300" w:lineRule="atLeast"/>
        <w:rPr>
          <w:rFonts w:ascii="Arial" w:eastAsia="Times New Roman" w:hAnsi="Arial" w:cs="Arial"/>
          <w:sz w:val="24"/>
          <w:szCs w:val="24"/>
          <w:lang w:val="en-GB" w:eastAsia="en-GB"/>
        </w:rPr>
      </w:pPr>
    </w:p>
    <w:p w14:paraId="18FE5C48" w14:textId="3399F165" w:rsidR="00485C54" w:rsidRPr="00FA2FA7" w:rsidRDefault="00D91EB0" w:rsidP="00485C54">
      <w:pPr>
        <w:pStyle w:val="ListParagraph"/>
        <w:spacing w:after="0" w:line="300" w:lineRule="atLeast"/>
        <w:rPr>
          <w:rFonts w:ascii="Arial" w:eastAsia="Times New Roman" w:hAnsi="Arial" w:cs="Arial"/>
          <w:b/>
          <w:bCs/>
          <w:i/>
          <w:iCs/>
          <w:sz w:val="24"/>
          <w:szCs w:val="24"/>
          <w:lang w:val="en-GB" w:eastAsia="en-GB"/>
        </w:rPr>
      </w:pPr>
      <w:r w:rsidRPr="00FA2FA7">
        <w:rPr>
          <w:rFonts w:ascii="Arial" w:hAnsi="Arial" w:cs="Arial"/>
          <w:noProof/>
          <w:sz w:val="24"/>
          <w:szCs w:val="24"/>
          <w:lang w:val="en-GB"/>
        </w:rPr>
        <mc:AlternateContent>
          <mc:Choice Requires="wps">
            <w:drawing>
              <wp:anchor distT="0" distB="0" distL="114300" distR="114300" simplePos="0" relativeHeight="251963904" behindDoc="1" locked="0" layoutInCell="1" allowOverlap="1" wp14:anchorId="635AA3EB" wp14:editId="1245CCD3">
                <wp:simplePos x="0" y="0"/>
                <wp:positionH relativeFrom="column">
                  <wp:posOffset>1524000</wp:posOffset>
                </wp:positionH>
                <wp:positionV relativeFrom="paragraph">
                  <wp:posOffset>230505</wp:posOffset>
                </wp:positionV>
                <wp:extent cx="704850" cy="63500"/>
                <wp:effectExtent l="38100" t="38100" r="95250" b="127000"/>
                <wp:wrapSquare wrapText="bothSides"/>
                <wp:docPr id="1564750108" name="Straight Arrow Connector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704850" cy="63500"/>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C9B206B" id="Straight Arrow Connector 3" o:spid="_x0000_s1026" type="#_x0000_t32" alt="&quot;&quot;" style="position:absolute;margin-left:120pt;margin-top:18.15pt;width:55.5pt;height:5pt;z-index:-25135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4mLwAEAAM4DAAAOAAAAZHJzL2Uyb0RvYy54bWysU9uO0zAQfUfiHyy/06SFXVZR033oAi8I&#10;Vlw+wOuME0u+yR6a5O8ZO22KAIGEeJn4MmfOmePJ/n6yhp0gJu1dy7ebmjNw0nfa9S3/+uXtizvO&#10;EgrXCeMdtHyGxO8Pz5/tx9DAzg/edBAZFXGpGUPLB8TQVFWSA1iRNj6Ao0vloxVI29hXXRQjVbem&#10;2tX1bTX62IXoJaREpw/LJT+U+kqBxI9KJUBmWk7asMRY4lOO1WEvmj6KMGh5liH+QYUV2hHpWupB&#10;oGDfov6llNUy+uQVbqS3lVdKSyg9UDfb+qduPg8iQOmFzElhtSn9v7Lyw+noHiPZMIbUpPAYcxeT&#10;ijZ/SR+bilnzahZMyCQdvq5f3d2QpZKubl/e1MXL6ooNMeE78JblRcsTRqH7AY/eOXoVH7fFL3F6&#10;n5DYCXgBZGLjckShzRvXMZwDjQ5GLVxvIL8ZpeeU6iq6rHA2sMA/gWK6I5m7QlPmCY4mspOgSRBS&#10;gsPtWomyM0xpY1Zg/XfgOT9DoczaCl6a+yPriijM3uEKttr5+Dt2nC6S1ZJ/cWDpO1vw5Lu5PGex&#10;hoameHUe8DyVP+4L/PobHr4DAAD//wMAUEsDBBQABgAIAAAAIQAIFgCR2gAAAAkBAAAPAAAAZHJz&#10;L2Rvd25yZXYueG1sTI/NbsIwEITvlXgHa5F6Kw4kjao0DqoqcS9Q7ku8+RGxHdlOCG/f7ak97uxo&#10;5ptyv5hBzORD76yC7SYBQbZ2uretgu/z4eUNRIhoNQ7OkoIHBdhXq6cSC+3u9kjzKbaCQ2woUEEX&#10;41hIGeqODIaNG8nyr3HeYOTTt1J7vHO4GeQuSXJpsLfc0OFInx3Vt9NkFHwd6jkPzXQ8N7l/XKYM&#10;8bagUs/r5eMdRKQl/pnhF5/RoWKmq5usDmJQsMsS3hIVpHkKgg3p65aFq4KMBVmV8v+C6gcAAP//&#10;AwBQSwECLQAUAAYACAAAACEAtoM4kv4AAADhAQAAEwAAAAAAAAAAAAAAAAAAAAAAW0NvbnRlbnRf&#10;VHlwZXNdLnhtbFBLAQItABQABgAIAAAAIQA4/SH/1gAAAJQBAAALAAAAAAAAAAAAAAAAAC8BAABf&#10;cmVscy8ucmVsc1BLAQItABQABgAIAAAAIQCsH4mLwAEAAM4DAAAOAAAAAAAAAAAAAAAAAC4CAABk&#10;cnMvZTJvRG9jLnhtbFBLAQItABQABgAIAAAAIQAIFgCR2gAAAAkBAAAPAAAAAAAAAAAAAAAAABoE&#10;AABkcnMvZG93bnJldi54bWxQSwUGAAAAAAQABADzAAAAIQUAAAAA&#10;" strokecolor="#4f81bd [3204]" strokeweight="2pt">
                <v:stroke endarrow="block"/>
                <v:shadow on="t" color="black" opacity="24903f" origin=",.5" offset="0,.55556mm"/>
                <w10:wrap type="square"/>
              </v:shape>
            </w:pict>
          </mc:Fallback>
        </mc:AlternateContent>
      </w:r>
      <w:r w:rsidR="00485C54" w:rsidRPr="00FA2FA7">
        <w:rPr>
          <w:rFonts w:ascii="Arial" w:eastAsia="Times New Roman" w:hAnsi="Arial" w:cs="Arial"/>
          <w:sz w:val="24"/>
          <w:szCs w:val="24"/>
          <w:lang w:val="en-GB" w:eastAsia="en-GB"/>
        </w:rPr>
        <w:t>Select</w:t>
      </w:r>
      <w:r w:rsidR="00485C54" w:rsidRPr="00FA2FA7">
        <w:rPr>
          <w:rFonts w:ascii="Arial" w:eastAsia="Times New Roman" w:hAnsi="Arial" w:cs="Arial"/>
          <w:b/>
          <w:bCs/>
          <w:i/>
          <w:iCs/>
          <w:sz w:val="24"/>
          <w:szCs w:val="24"/>
          <w:lang w:val="en-GB" w:eastAsia="en-GB"/>
        </w:rPr>
        <w:t xml:space="preserve"> </w:t>
      </w:r>
      <w:r w:rsidR="00485C54" w:rsidRPr="00D82BB0">
        <w:rPr>
          <w:rFonts w:ascii="Arial" w:eastAsia="Times New Roman" w:hAnsi="Arial" w:cs="Arial"/>
          <w:b/>
          <w:bCs/>
          <w:sz w:val="24"/>
          <w:szCs w:val="24"/>
          <w:lang w:val="en-GB" w:eastAsia="en-GB"/>
        </w:rPr>
        <w:t>Create Summary</w:t>
      </w:r>
      <w:r w:rsidR="007F7614" w:rsidRPr="00FA2FA7">
        <w:rPr>
          <w:rFonts w:ascii="Arial" w:eastAsia="Times New Roman" w:hAnsi="Arial" w:cs="Arial"/>
          <w:b/>
          <w:bCs/>
          <w:i/>
          <w:iCs/>
          <w:sz w:val="24"/>
          <w:szCs w:val="24"/>
          <w:lang w:val="en-GB" w:eastAsia="en-GB"/>
        </w:rPr>
        <w:t>.</w:t>
      </w:r>
    </w:p>
    <w:p w14:paraId="78086A47" w14:textId="388A7AE8" w:rsidR="007F7614" w:rsidRPr="00FA2FA7" w:rsidRDefault="007F7614" w:rsidP="00485C54">
      <w:pPr>
        <w:pStyle w:val="ListParagraph"/>
        <w:spacing w:after="0" w:line="300" w:lineRule="atLeast"/>
        <w:rPr>
          <w:rFonts w:ascii="Arial" w:eastAsia="Times New Roman" w:hAnsi="Arial" w:cs="Arial"/>
          <w:b/>
          <w:bCs/>
          <w:i/>
          <w:iCs/>
          <w:sz w:val="24"/>
          <w:szCs w:val="24"/>
          <w:lang w:val="en-GB" w:eastAsia="en-GB"/>
        </w:rPr>
      </w:pPr>
    </w:p>
    <w:p w14:paraId="7DE16FF0" w14:textId="72C9D74E" w:rsidR="007F7614" w:rsidRPr="00FA2FA7" w:rsidRDefault="007F7614" w:rsidP="00485C54">
      <w:pPr>
        <w:pStyle w:val="ListParagraph"/>
        <w:spacing w:after="0" w:line="300" w:lineRule="atLeast"/>
        <w:rPr>
          <w:rFonts w:ascii="Arial" w:eastAsia="Times New Roman" w:hAnsi="Arial" w:cs="Arial"/>
          <w:b/>
          <w:bCs/>
          <w:i/>
          <w:iCs/>
          <w:sz w:val="24"/>
          <w:szCs w:val="24"/>
          <w:lang w:val="en-GB" w:eastAsia="en-GB"/>
        </w:rPr>
      </w:pPr>
    </w:p>
    <w:p w14:paraId="022B2FAC" w14:textId="77777777" w:rsidR="002A13C2" w:rsidRPr="00FA2FA7" w:rsidRDefault="002A13C2" w:rsidP="00485C54">
      <w:pPr>
        <w:pStyle w:val="ListParagraph"/>
        <w:spacing w:after="0" w:line="300" w:lineRule="atLeast"/>
        <w:rPr>
          <w:rFonts w:ascii="Arial" w:eastAsia="Times New Roman" w:hAnsi="Arial" w:cs="Arial"/>
          <w:b/>
          <w:bCs/>
          <w:i/>
          <w:iCs/>
          <w:sz w:val="24"/>
          <w:szCs w:val="24"/>
          <w:lang w:val="en-GB" w:eastAsia="en-GB"/>
        </w:rPr>
      </w:pPr>
    </w:p>
    <w:p w14:paraId="549CF7F6" w14:textId="77777777" w:rsidR="002A13C2" w:rsidRPr="00FA2FA7" w:rsidRDefault="002A13C2" w:rsidP="00485C54">
      <w:pPr>
        <w:pStyle w:val="ListParagraph"/>
        <w:spacing w:after="0" w:line="300" w:lineRule="atLeast"/>
        <w:rPr>
          <w:rFonts w:ascii="Arial" w:eastAsia="Times New Roman" w:hAnsi="Arial" w:cs="Arial"/>
          <w:b/>
          <w:bCs/>
          <w:i/>
          <w:iCs/>
          <w:sz w:val="24"/>
          <w:szCs w:val="24"/>
          <w:lang w:val="en-GB" w:eastAsia="en-GB"/>
        </w:rPr>
      </w:pPr>
    </w:p>
    <w:p w14:paraId="77A23007" w14:textId="77777777" w:rsidR="002A13C2" w:rsidRPr="00FA2FA7" w:rsidRDefault="002A13C2" w:rsidP="00485C54">
      <w:pPr>
        <w:pStyle w:val="ListParagraph"/>
        <w:spacing w:after="0" w:line="300" w:lineRule="atLeast"/>
        <w:rPr>
          <w:rFonts w:ascii="Arial" w:eastAsia="Times New Roman" w:hAnsi="Arial" w:cs="Arial"/>
          <w:b/>
          <w:bCs/>
          <w:i/>
          <w:iCs/>
          <w:sz w:val="24"/>
          <w:szCs w:val="24"/>
          <w:lang w:val="en-GB" w:eastAsia="en-GB"/>
        </w:rPr>
      </w:pPr>
    </w:p>
    <w:p w14:paraId="7E5559D7" w14:textId="77777777" w:rsidR="002A13C2" w:rsidRPr="00FA2FA7" w:rsidRDefault="002A13C2" w:rsidP="00485C54">
      <w:pPr>
        <w:pStyle w:val="ListParagraph"/>
        <w:spacing w:after="0" w:line="300" w:lineRule="atLeast"/>
        <w:rPr>
          <w:rFonts w:ascii="Arial" w:eastAsia="Times New Roman" w:hAnsi="Arial" w:cs="Arial"/>
          <w:b/>
          <w:bCs/>
          <w:i/>
          <w:iCs/>
          <w:sz w:val="24"/>
          <w:szCs w:val="24"/>
          <w:lang w:val="en-GB" w:eastAsia="en-GB"/>
        </w:rPr>
      </w:pPr>
    </w:p>
    <w:p w14:paraId="2F32F012" w14:textId="3912296A" w:rsidR="007F7614" w:rsidRPr="00FA2FA7" w:rsidRDefault="007F7614" w:rsidP="00485C54">
      <w:pPr>
        <w:pStyle w:val="ListParagraph"/>
        <w:spacing w:after="0" w:line="300" w:lineRule="atLeast"/>
        <w:rPr>
          <w:rFonts w:ascii="Arial" w:eastAsia="Times New Roman" w:hAnsi="Arial" w:cs="Arial"/>
          <w:i/>
          <w:iCs/>
          <w:sz w:val="24"/>
          <w:szCs w:val="24"/>
          <w:lang w:val="en-GB" w:eastAsia="en-GB"/>
        </w:rPr>
      </w:pPr>
    </w:p>
    <w:p w14:paraId="5D4031EF" w14:textId="756AD257" w:rsidR="001304BA" w:rsidRPr="001304BA" w:rsidRDefault="001304BA" w:rsidP="001304BA">
      <w:pPr>
        <w:pStyle w:val="ListParagraph"/>
        <w:spacing w:line="300" w:lineRule="atLeast"/>
        <w:rPr>
          <w:rFonts w:ascii="Arial" w:hAnsi="Arial" w:cs="Arial"/>
          <w:noProof/>
          <w:lang w:val="en-GB"/>
        </w:rPr>
      </w:pPr>
      <w:bookmarkStart w:id="13" w:name="_Toc223505675"/>
    </w:p>
    <w:p w14:paraId="7CCDCB6A" w14:textId="39397EE6" w:rsidR="00485C54" w:rsidRPr="00684C6D" w:rsidRDefault="00485C54" w:rsidP="007F7614">
      <w:pPr>
        <w:pStyle w:val="ListParagraph"/>
        <w:rPr>
          <w:rFonts w:ascii="Arial" w:hAnsi="Arial" w:cs="Arial"/>
        </w:rPr>
      </w:pPr>
    </w:p>
    <w:p w14:paraId="1F243AC3" w14:textId="49C56BA3" w:rsidR="00485C54" w:rsidRPr="00684C6D" w:rsidRDefault="001304BA" w:rsidP="00485C54">
      <w:pPr>
        <w:rPr>
          <w:rFonts w:ascii="Arial" w:hAnsi="Arial" w:cs="Arial"/>
        </w:rPr>
      </w:pPr>
      <w:r w:rsidRPr="001304BA">
        <w:rPr>
          <w:rFonts w:ascii="Arial" w:hAnsi="Arial" w:cs="Arial"/>
          <w:noProof/>
          <w:lang w:val="en-GB"/>
        </w:rPr>
        <w:lastRenderedPageBreak/>
        <w:drawing>
          <wp:anchor distT="0" distB="0" distL="114300" distR="114300" simplePos="0" relativeHeight="252068352" behindDoc="0" locked="0" layoutInCell="1" allowOverlap="1" wp14:anchorId="6178401B" wp14:editId="0D78C764">
            <wp:simplePos x="0" y="0"/>
            <wp:positionH relativeFrom="column">
              <wp:posOffset>3098800</wp:posOffset>
            </wp:positionH>
            <wp:positionV relativeFrom="paragraph">
              <wp:posOffset>0</wp:posOffset>
            </wp:positionV>
            <wp:extent cx="2895600" cy="3126740"/>
            <wp:effectExtent l="0" t="0" r="0" b="0"/>
            <wp:wrapSquare wrapText="bothSides"/>
            <wp:docPr id="858240514" name="Picture 2" descr="Multi‑section form titled ‘Appendix 2 – Template for information to be compiled’, containing text fields for written responses and several sets of radio‑button questions, with options to save a draft, send to coordinator, or can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8240514" name="Picture 2" descr="Multi‑section form titled ‘Appendix 2 – Template for information to be compiled’, containing text fields for written responses and several sets of radio‑button questions, with options to save a draft, send to coordinator, or cancel."/>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895600" cy="31267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FC321FC" w14:textId="754095F2" w:rsidR="00447EC0" w:rsidRPr="00FA2FA7" w:rsidRDefault="007F7614">
      <w:pPr>
        <w:pStyle w:val="ListParagraph"/>
        <w:numPr>
          <w:ilvl w:val="0"/>
          <w:numId w:val="11"/>
        </w:numPr>
        <w:rPr>
          <w:rFonts w:ascii="Arial" w:hAnsi="Arial" w:cs="Arial"/>
          <w:sz w:val="24"/>
          <w:szCs w:val="24"/>
          <w:lang w:val="en-GB"/>
        </w:rPr>
      </w:pPr>
      <w:r w:rsidRPr="00FA2FA7">
        <w:rPr>
          <w:rFonts w:ascii="Arial" w:hAnsi="Arial" w:cs="Arial"/>
          <w:sz w:val="24"/>
          <w:szCs w:val="24"/>
          <w:lang w:val="en-GB"/>
        </w:rPr>
        <w:t>T</w:t>
      </w:r>
      <w:r w:rsidR="003E329B" w:rsidRPr="00FA2FA7">
        <w:rPr>
          <w:rFonts w:ascii="Arial" w:hAnsi="Arial" w:cs="Arial"/>
          <w:sz w:val="24"/>
          <w:szCs w:val="24"/>
          <w:lang w:val="en-GB"/>
        </w:rPr>
        <w:t>h</w:t>
      </w:r>
      <w:r w:rsidR="00447EC0" w:rsidRPr="00FA2FA7">
        <w:rPr>
          <w:rFonts w:ascii="Arial" w:hAnsi="Arial" w:cs="Arial"/>
          <w:sz w:val="24"/>
          <w:szCs w:val="24"/>
          <w:lang w:val="en-GB"/>
        </w:rPr>
        <w:t>e</w:t>
      </w:r>
      <w:r w:rsidR="003E329B" w:rsidRPr="00FA2FA7">
        <w:rPr>
          <w:rFonts w:ascii="Arial" w:hAnsi="Arial" w:cs="Arial"/>
          <w:sz w:val="24"/>
          <w:szCs w:val="24"/>
          <w:lang w:val="en-GB"/>
        </w:rPr>
        <w:t xml:space="preserve"> template is now available for you to complete your summary. It includes questions with radio buttons (select one) and text boxes for written responses. </w:t>
      </w:r>
    </w:p>
    <w:p w14:paraId="3B3F7D97" w14:textId="2DC9C4AC" w:rsidR="00447EC0" w:rsidRPr="00FA2FA7" w:rsidRDefault="00447EC0" w:rsidP="00447EC0">
      <w:pPr>
        <w:pStyle w:val="ListParagraph"/>
        <w:rPr>
          <w:rFonts w:ascii="Arial" w:hAnsi="Arial" w:cs="Arial"/>
          <w:sz w:val="24"/>
          <w:szCs w:val="24"/>
          <w:lang w:val="en-GB"/>
        </w:rPr>
      </w:pPr>
    </w:p>
    <w:p w14:paraId="06E3CC7B" w14:textId="27A748F1" w:rsidR="003E329B" w:rsidRPr="00FA2FA7" w:rsidRDefault="000A2355" w:rsidP="00447EC0">
      <w:pPr>
        <w:pStyle w:val="ListParagraph"/>
        <w:rPr>
          <w:rFonts w:ascii="Arial" w:hAnsi="Arial" w:cs="Arial"/>
          <w:b/>
          <w:bCs/>
          <w:sz w:val="24"/>
          <w:szCs w:val="24"/>
          <w:lang w:val="en-GB"/>
        </w:rPr>
      </w:pPr>
      <w:r w:rsidRPr="00FA2FA7">
        <w:rPr>
          <w:rFonts w:ascii="Arial" w:hAnsi="Arial" w:cs="Arial"/>
          <w:b/>
          <w:bCs/>
          <w:sz w:val="24"/>
          <w:szCs w:val="24"/>
          <w:lang w:val="en-GB"/>
        </w:rPr>
        <w:t>*</w:t>
      </w:r>
      <w:r w:rsidR="003E329B" w:rsidRPr="00FA2FA7">
        <w:rPr>
          <w:rFonts w:ascii="Arial" w:hAnsi="Arial" w:cs="Arial"/>
          <w:b/>
          <w:bCs/>
          <w:sz w:val="24"/>
          <w:szCs w:val="24"/>
          <w:lang w:val="en-GB"/>
        </w:rPr>
        <w:t>Please note that text boxes have character limits</w:t>
      </w:r>
      <w:r w:rsidRPr="00FA2FA7">
        <w:rPr>
          <w:rFonts w:ascii="Arial" w:hAnsi="Arial" w:cs="Arial"/>
          <w:b/>
          <w:bCs/>
          <w:sz w:val="24"/>
          <w:szCs w:val="24"/>
          <w:lang w:val="en-GB"/>
        </w:rPr>
        <w:t>*</w:t>
      </w:r>
    </w:p>
    <w:p w14:paraId="4A0ABA0E" w14:textId="1439E89F" w:rsidR="007F7614" w:rsidRPr="00FA2FA7" w:rsidRDefault="002725C1" w:rsidP="007F7614">
      <w:pPr>
        <w:pStyle w:val="ListParagraph"/>
        <w:rPr>
          <w:rFonts w:ascii="Arial" w:hAnsi="Arial" w:cs="Arial"/>
          <w:sz w:val="24"/>
          <w:szCs w:val="24"/>
          <w:lang w:val="en-GB"/>
        </w:rPr>
      </w:pPr>
      <w:r w:rsidRPr="00FA2FA7">
        <w:rPr>
          <w:rFonts w:ascii="Arial" w:hAnsi="Arial" w:cs="Arial"/>
          <w:noProof/>
          <w:sz w:val="24"/>
          <w:szCs w:val="24"/>
          <w:lang w:val="en-GB"/>
        </w:rPr>
        <mc:AlternateContent>
          <mc:Choice Requires="wps">
            <w:drawing>
              <wp:anchor distT="0" distB="0" distL="114300" distR="114300" simplePos="0" relativeHeight="252006912" behindDoc="0" locked="0" layoutInCell="1" allowOverlap="1" wp14:anchorId="4FC65537" wp14:editId="6D85F867">
                <wp:simplePos x="0" y="0"/>
                <wp:positionH relativeFrom="column">
                  <wp:posOffset>2666009</wp:posOffset>
                </wp:positionH>
                <wp:positionV relativeFrom="paragraph">
                  <wp:posOffset>857027</wp:posOffset>
                </wp:positionV>
                <wp:extent cx="423075" cy="258783"/>
                <wp:effectExtent l="57150" t="19050" r="72390" b="103505"/>
                <wp:wrapNone/>
                <wp:docPr id="261250622" name="Straight Arrow Connector 1"/>
                <wp:cNvGraphicFramePr/>
                <a:graphic xmlns:a="http://schemas.openxmlformats.org/drawingml/2006/main">
                  <a:graphicData uri="http://schemas.microsoft.com/office/word/2010/wordprocessingShape">
                    <wps:wsp>
                      <wps:cNvCnPr/>
                      <wps:spPr>
                        <a:xfrm flipH="1">
                          <a:off x="0" y="0"/>
                          <a:ext cx="423075" cy="258783"/>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DB4485C" id="Straight Arrow Connector 1" o:spid="_x0000_s1026" type="#_x0000_t32" style="position:absolute;margin-left:209.9pt;margin-top:67.5pt;width:33.3pt;height:20.4pt;flip:x;z-index:25200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0P2yAEAANkDAAAOAAAAZHJzL2Uyb0RvYy54bWysU01v1DAQvSPxHyzf2WRTSlfRZnvY8nFA&#10;UAH9Aa4zTiw5tjUeNsm/x3Z2UwSISojLyLHnvZn3ZrK/nQbDToBBO9vw7abkDKx0rbZdwx++vXu1&#10;4yyQsK0wzkLDZwj89vDyxX70NVSud6YFZJHEhnr0De+JfF0UQfYwiLBxHmx8VA4HQfETu6JFMUb2&#10;wRRVWb4pRoetRychhHh7tzzyQ+ZXCiR9VioAMdPw2BvliDk+plgc9qLuUPhey3Mb4h+6GIS2sehK&#10;dSdIsO+of6MatEQXnKKNdEPhlNISsoaoZlv+ouZrLzxkLdGc4Febwv+jlZ9OR3uP0YbRhzr4e0wq&#10;JoUDU0b7D3GmWVfslE3Ztnm1DSZiMl6+rq7Km2vOZHyqrnc3u6tka7HQJDqPgd6DG1g6NDwQCt31&#10;dHTWxgE5XEqI08dAC/ACSGBjUyShzVvbMpp93CJCLWxn4FwnpRRP/ecTzQYW+BdQTLexzyoryasF&#10;R4PsJOJSCCnB0nZlitkJprQxK7B8HnjOT1DIa7eCF3F/rboicmVnaQUP2jr8U3WaLi2rJf/iwKI7&#10;WfDo2jlPNlsT9yfP5LzraUF//s7wpz/y8AMAAP//AwBQSwMEFAAGAAgAAAAhAHCBs3fgAAAACwEA&#10;AA8AAABkcnMvZG93bnJldi54bWxMj8FOwzAQRO9I/IO1SNyok5C2IcSpEAghLgVaLtzceIkj4nUU&#10;O234e5YTHHdmNPum2syuF0ccQ+dJQbpIQCA13nTUKnjfP14VIELUZHTvCRV8Y4BNfX5W6dL4E73h&#10;cRdbwSUUSq3AxjiUUobGotNh4Qck9j796HTkc2ylGfWJy10vsyRZSac74g9WD3hvsfnaTU7B64NP&#10;ttnLYG3aZNMUsuen/fpDqcuL+e4WRMQ5/oXhF5/RoWamg5/IBNEryNMbRo9sXC95FCfyYpWDOLCy&#10;XhYg60r+31D/AAAA//8DAFBLAQItABQABgAIAAAAIQC2gziS/gAAAOEBAAATAAAAAAAAAAAAAAAA&#10;AAAAAABbQ29udGVudF9UeXBlc10ueG1sUEsBAi0AFAAGAAgAAAAhADj9If/WAAAAlAEAAAsAAAAA&#10;AAAAAAAAAAAALwEAAF9yZWxzLy5yZWxzUEsBAi0AFAAGAAgAAAAhAFbPQ/bIAQAA2QMAAA4AAAAA&#10;AAAAAAAAAAAALgIAAGRycy9lMm9Eb2MueG1sUEsBAi0AFAAGAAgAAAAhAHCBs3fgAAAACwEAAA8A&#10;AAAAAAAAAAAAAAAAIgQAAGRycy9kb3ducmV2LnhtbFBLBQYAAAAABAAEAPMAAAAvBQAAAAA=&#10;" strokecolor="#4f81bd [3204]" strokeweight="2pt">
                <v:stroke endarrow="block"/>
                <v:shadow on="t" color="black" opacity="24903f" origin=",.5" offset="0,.55556mm"/>
              </v:shape>
            </w:pict>
          </mc:Fallback>
        </mc:AlternateContent>
      </w:r>
      <w:r w:rsidRPr="00FA2FA7">
        <w:rPr>
          <w:rFonts w:ascii="Arial" w:hAnsi="Arial" w:cs="Arial"/>
          <w:noProof/>
          <w:sz w:val="24"/>
          <w:szCs w:val="24"/>
          <w:lang w:val="en-GB"/>
        </w:rPr>
        <w:drawing>
          <wp:anchor distT="0" distB="0" distL="114300" distR="114300" simplePos="0" relativeHeight="252005888" behindDoc="0" locked="0" layoutInCell="1" allowOverlap="1" wp14:anchorId="4490857A" wp14:editId="479786A5">
            <wp:simplePos x="0" y="0"/>
            <wp:positionH relativeFrom="column">
              <wp:posOffset>389255</wp:posOffset>
            </wp:positionH>
            <wp:positionV relativeFrom="paragraph">
              <wp:posOffset>316230</wp:posOffset>
            </wp:positionV>
            <wp:extent cx="2331720" cy="3874135"/>
            <wp:effectExtent l="0" t="0" r="0" b="0"/>
            <wp:wrapSquare wrapText="bothSides"/>
            <wp:docPr id="646106933" name="Picture 1" descr="Multi‑section form titled ‘Appendix 2 – Template for information to be compiled’, containing text fields for written responses and several sets of radio‑button questions, with options to save a draft, send to coordinator, or can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106933" name="Picture 1" descr="Multi‑section form titled ‘Appendix 2 – Template for information to be compiled’, containing text fields for written responses and several sets of radio‑button questions, with options to save a draft, send to coordinator, or cancel."/>
                    <pic:cNvPicPr/>
                  </pic:nvPicPr>
                  <pic:blipFill>
                    <a:blip r:embed="rId57"/>
                    <a:stretch>
                      <a:fillRect/>
                    </a:stretch>
                  </pic:blipFill>
                  <pic:spPr>
                    <a:xfrm>
                      <a:off x="0" y="0"/>
                      <a:ext cx="2331720" cy="3874135"/>
                    </a:xfrm>
                    <a:prstGeom prst="rect">
                      <a:avLst/>
                    </a:prstGeom>
                  </pic:spPr>
                </pic:pic>
              </a:graphicData>
            </a:graphic>
          </wp:anchor>
        </w:drawing>
      </w:r>
    </w:p>
    <w:p w14:paraId="7A795314" w14:textId="403DF95C" w:rsidR="007F7614" w:rsidRPr="00FA2FA7" w:rsidRDefault="007F7614" w:rsidP="007F7614">
      <w:pPr>
        <w:pStyle w:val="ListParagraph"/>
        <w:rPr>
          <w:rFonts w:ascii="Arial" w:hAnsi="Arial" w:cs="Arial"/>
          <w:sz w:val="24"/>
          <w:szCs w:val="24"/>
          <w:lang w:val="en-GB"/>
        </w:rPr>
      </w:pPr>
    </w:p>
    <w:p w14:paraId="2CFB78E1" w14:textId="7A80670E" w:rsidR="007F7614" w:rsidRPr="00FA2FA7" w:rsidRDefault="007F7614" w:rsidP="007F7614">
      <w:pPr>
        <w:pStyle w:val="ListParagraph"/>
        <w:rPr>
          <w:rFonts w:ascii="Arial" w:hAnsi="Arial" w:cs="Arial"/>
          <w:sz w:val="24"/>
          <w:szCs w:val="24"/>
          <w:lang w:val="en-GB"/>
        </w:rPr>
      </w:pPr>
    </w:p>
    <w:p w14:paraId="63D998BD" w14:textId="74A510D3" w:rsidR="007F7614" w:rsidRPr="00FA2FA7" w:rsidRDefault="007F7614" w:rsidP="007F7614">
      <w:pPr>
        <w:pStyle w:val="ListParagraph"/>
        <w:rPr>
          <w:rFonts w:ascii="Arial" w:hAnsi="Arial" w:cs="Arial"/>
          <w:sz w:val="24"/>
          <w:szCs w:val="24"/>
          <w:lang w:val="en-GB"/>
        </w:rPr>
      </w:pPr>
    </w:p>
    <w:p w14:paraId="42467770" w14:textId="5243512C" w:rsidR="00920992" w:rsidRPr="00FA2FA7" w:rsidRDefault="00920992" w:rsidP="007F7614">
      <w:pPr>
        <w:pStyle w:val="ListParagraph"/>
        <w:rPr>
          <w:rFonts w:ascii="Arial" w:hAnsi="Arial" w:cs="Arial"/>
          <w:sz w:val="24"/>
          <w:szCs w:val="24"/>
          <w:lang w:val="en-GB"/>
        </w:rPr>
      </w:pPr>
    </w:p>
    <w:p w14:paraId="0D957BA9" w14:textId="6B5032B2" w:rsidR="007F7614" w:rsidRPr="00FA2FA7" w:rsidRDefault="007F7614" w:rsidP="007F7614">
      <w:pPr>
        <w:pStyle w:val="ListParagraph"/>
        <w:rPr>
          <w:rFonts w:ascii="Arial" w:hAnsi="Arial" w:cs="Arial"/>
          <w:sz w:val="24"/>
          <w:szCs w:val="24"/>
          <w:lang w:val="en-GB"/>
        </w:rPr>
      </w:pPr>
    </w:p>
    <w:p w14:paraId="6968118B" w14:textId="29D8F3EB" w:rsidR="00920992" w:rsidRPr="00FA2FA7" w:rsidRDefault="00920992" w:rsidP="007F7614">
      <w:pPr>
        <w:pStyle w:val="ListParagraph"/>
        <w:rPr>
          <w:rFonts w:ascii="Arial" w:hAnsi="Arial" w:cs="Arial"/>
          <w:sz w:val="24"/>
          <w:szCs w:val="24"/>
          <w:lang w:val="en-GB"/>
        </w:rPr>
      </w:pPr>
    </w:p>
    <w:p w14:paraId="354E1D7A" w14:textId="08CB8986" w:rsidR="00684C6D" w:rsidRPr="00FA2FA7" w:rsidRDefault="00684C6D">
      <w:pPr>
        <w:rPr>
          <w:rFonts w:ascii="Arial" w:hAnsi="Arial" w:cs="Arial"/>
          <w:noProof/>
          <w:sz w:val="24"/>
          <w:szCs w:val="24"/>
          <w:lang w:val="en-GB"/>
        </w:rPr>
      </w:pPr>
      <w:r w:rsidRPr="00FA2FA7">
        <w:rPr>
          <w:rFonts w:ascii="Arial" w:hAnsi="Arial" w:cs="Arial"/>
          <w:noProof/>
          <w:sz w:val="24"/>
          <w:szCs w:val="24"/>
          <w:lang w:val="en-GB"/>
        </w:rPr>
        <mc:AlternateContent>
          <mc:Choice Requires="wps">
            <w:drawing>
              <wp:anchor distT="0" distB="0" distL="114300" distR="114300" simplePos="0" relativeHeight="252007936" behindDoc="0" locked="0" layoutInCell="1" allowOverlap="1" wp14:anchorId="0D4FC340" wp14:editId="1B155244">
                <wp:simplePos x="0" y="0"/>
                <wp:positionH relativeFrom="margin">
                  <wp:posOffset>2640032</wp:posOffset>
                </wp:positionH>
                <wp:positionV relativeFrom="paragraph">
                  <wp:posOffset>847633</wp:posOffset>
                </wp:positionV>
                <wp:extent cx="388175" cy="294063"/>
                <wp:effectExtent l="38100" t="19050" r="88265" b="86995"/>
                <wp:wrapNone/>
                <wp:docPr id="1119020385" name="Straight Arrow Connector 2"/>
                <wp:cNvGraphicFramePr/>
                <a:graphic xmlns:a="http://schemas.openxmlformats.org/drawingml/2006/main">
                  <a:graphicData uri="http://schemas.microsoft.com/office/word/2010/wordprocessingShape">
                    <wps:wsp>
                      <wps:cNvCnPr/>
                      <wps:spPr>
                        <a:xfrm>
                          <a:off x="0" y="0"/>
                          <a:ext cx="388175" cy="294063"/>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E681724" id="Straight Arrow Connector 2" o:spid="_x0000_s1026" type="#_x0000_t32" style="position:absolute;margin-left:207.9pt;margin-top:66.75pt;width:30.55pt;height:23.15pt;z-index:25200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PRwAEAAM8DAAAOAAAAZHJzL2Uyb0RvYy54bWysU02P0zAQvSPxHyzfaZIuLCVquocucEGw&#10;WuAHeJ1xYsmxrfHQJP8e22lTBAgkxGXij3lvZp5f9nfTYNgJMGhnG15tSs7AStdq2zX865d3L3ac&#10;BRK2FcZZaPgMgd8dnj/bj76GreudaQFZJLGhHn3DeyJfF0WQPQwibJwHGy+Vw0FQ3GJXtCjGyD6Y&#10;YluWt8XosPXoJIQQT++XS37I/EqBpE9KBSBmGh57oxwxx6cUi8Ne1B0K32t5bkP8QxeD0DYWXanu&#10;BQn2DfUvVIOW6IJTtJFuKJxSWkKeIU5TlT9N87kXHvIsUZzgV5nC/6OVH09H+4BRhtGHOvgHTFNM&#10;Cof0jf2xKYs1r2LBREzGw5vdrnr9ijMZr7ZvXpa3N0nM4gr2GOg9uIGlRcMDodBdT0dnbXwWh1UW&#10;TJw+BFqAF0CqbGyKJLR5a1tGs4/eIdTCdgbOdVJKce06r2g2sMAfQTHdxj63uUw2FBwNspOIVhBS&#10;gqVqZYrZCaa0MSuw/DvwnJ+gkM22gpfh/lh1ReTKztIKHrR1+LvqNF1aVkv+RYFl7iTBk2vn/J5Z&#10;muia/CZnhydb/rjP8Ot/ePgOAAD//wMAUEsDBBQABgAIAAAAIQDRy9Py3QAAAAsBAAAPAAAAZHJz&#10;L2Rvd25yZXYueG1sTI/NTsMwEITvSLyDtUjcqFOapm2IUyGk3mkL923s/KjxOrKdNH17lhMcZ2c0&#10;822xn20vJuND50jBcpGAMFQ53VGj4Ot8eNmCCBFJY+/IKLibAPvy8aHAXLsbHc10io3gEgo5Kmhj&#10;HHIpQ9Uai2HhBkPs1c5bjCx9I7XHG5fbXr4mSSYtdsQLLQ7mozXV9TRaBZ+HaspCPR7Pdebv32OK&#10;eJ1Rqeen+f0NRDRz/AvDLz6jQ8lMFzeSDqJXkC7XjB7ZWK3WIDiRbrIdiAtfNrstyLKQ/38ofwAA&#10;AP//AwBQSwECLQAUAAYACAAAACEAtoM4kv4AAADhAQAAEwAAAAAAAAAAAAAAAAAAAAAAW0NvbnRl&#10;bnRfVHlwZXNdLnhtbFBLAQItABQABgAIAAAAIQA4/SH/1gAAAJQBAAALAAAAAAAAAAAAAAAAAC8B&#10;AABfcmVscy8ucmVsc1BLAQItABQABgAIAAAAIQAX/oPRwAEAAM8DAAAOAAAAAAAAAAAAAAAAAC4C&#10;AABkcnMvZTJvRG9jLnhtbFBLAQItABQABgAIAAAAIQDRy9Py3QAAAAsBAAAPAAAAAAAAAAAAAAAA&#10;ABoEAABkcnMvZG93bnJldi54bWxQSwUGAAAAAAQABADzAAAAJAUAAAAA&#10;" strokecolor="#4f81bd [3204]" strokeweight="2pt">
                <v:stroke endarrow="block"/>
                <v:shadow on="t" color="black" opacity="24903f" origin=",.5" offset="0,.55556mm"/>
                <w10:wrap anchorx="margin"/>
              </v:shape>
            </w:pict>
          </mc:Fallback>
        </mc:AlternateContent>
      </w:r>
      <w:r w:rsidRPr="00FA2FA7">
        <w:rPr>
          <w:rFonts w:ascii="Arial" w:hAnsi="Arial" w:cs="Arial"/>
          <w:noProof/>
          <w:sz w:val="24"/>
          <w:szCs w:val="24"/>
          <w:lang w:val="en-GB"/>
        </w:rPr>
        <w:drawing>
          <wp:anchor distT="0" distB="0" distL="114300" distR="114300" simplePos="0" relativeHeight="252004864" behindDoc="0" locked="0" layoutInCell="1" allowOverlap="1" wp14:anchorId="034DD31B" wp14:editId="1C01CAE1">
            <wp:simplePos x="0" y="0"/>
            <wp:positionH relativeFrom="column">
              <wp:posOffset>3098198</wp:posOffset>
            </wp:positionH>
            <wp:positionV relativeFrom="paragraph">
              <wp:posOffset>1056590</wp:posOffset>
            </wp:positionV>
            <wp:extent cx="3149600" cy="2416810"/>
            <wp:effectExtent l="0" t="0" r="0" b="2540"/>
            <wp:wrapSquare wrapText="bothSides"/>
            <wp:docPr id="1528041699" name="Picture 1" descr="Multi‑section form titled ‘Appendix 2 – Template for information to be compiled’, containing text fields for written responses and several sets of radio‑button questions, with options to save a draft, send to coordinator, or can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8041699" name="Picture 1" descr="Multi‑section form titled ‘Appendix 2 – Template for information to be compiled’, containing text fields for written responses and several sets of radio‑button questions, with options to save a draft, send to coordinator, or cancel."/>
                    <pic:cNvPicPr/>
                  </pic:nvPicPr>
                  <pic:blipFill>
                    <a:blip r:embed="rId58"/>
                    <a:stretch>
                      <a:fillRect/>
                    </a:stretch>
                  </pic:blipFill>
                  <pic:spPr>
                    <a:xfrm>
                      <a:off x="0" y="0"/>
                      <a:ext cx="3149600" cy="2416810"/>
                    </a:xfrm>
                    <a:prstGeom prst="rect">
                      <a:avLst/>
                    </a:prstGeom>
                  </pic:spPr>
                </pic:pic>
              </a:graphicData>
            </a:graphic>
            <wp14:sizeRelH relativeFrom="margin">
              <wp14:pctWidth>0</wp14:pctWidth>
            </wp14:sizeRelH>
            <wp14:sizeRelV relativeFrom="margin">
              <wp14:pctHeight>0</wp14:pctHeight>
            </wp14:sizeRelV>
          </wp:anchor>
        </w:drawing>
      </w:r>
      <w:r w:rsidRPr="00FA2FA7">
        <w:rPr>
          <w:rFonts w:ascii="Arial" w:hAnsi="Arial" w:cs="Arial"/>
          <w:noProof/>
          <w:sz w:val="24"/>
          <w:szCs w:val="24"/>
          <w:lang w:val="en-GB"/>
        </w:rPr>
        <w:br w:type="page"/>
      </w:r>
    </w:p>
    <w:p w14:paraId="0768287C" w14:textId="66F3CC0E" w:rsidR="00920992" w:rsidRPr="00FA2FA7" w:rsidRDefault="00684C6D">
      <w:pPr>
        <w:pStyle w:val="ListParagraph"/>
        <w:numPr>
          <w:ilvl w:val="0"/>
          <w:numId w:val="11"/>
        </w:numPr>
        <w:rPr>
          <w:rFonts w:ascii="Arial" w:hAnsi="Arial" w:cs="Arial"/>
          <w:noProof/>
          <w:sz w:val="24"/>
          <w:szCs w:val="24"/>
          <w:lang w:val="en-GB"/>
        </w:rPr>
      </w:pPr>
      <w:r w:rsidRPr="00FA2FA7">
        <w:rPr>
          <w:rFonts w:ascii="Arial" w:hAnsi="Arial" w:cs="Arial"/>
          <w:noProof/>
          <w:sz w:val="24"/>
          <w:szCs w:val="24"/>
        </w:rPr>
        <w:lastRenderedPageBreak/>
        <w:drawing>
          <wp:anchor distT="0" distB="0" distL="114300" distR="114300" simplePos="0" relativeHeight="252047872" behindDoc="0" locked="0" layoutInCell="1" allowOverlap="1" wp14:anchorId="42AEF12F" wp14:editId="59F87B48">
            <wp:simplePos x="0" y="0"/>
            <wp:positionH relativeFrom="column">
              <wp:posOffset>2895402</wp:posOffset>
            </wp:positionH>
            <wp:positionV relativeFrom="paragraph">
              <wp:posOffset>-33</wp:posOffset>
            </wp:positionV>
            <wp:extent cx="3054985" cy="1600200"/>
            <wp:effectExtent l="0" t="0" r="0" b="0"/>
            <wp:wrapSquare wrapText="bothSides"/>
            <wp:docPr id="1620069141" name="Picture 1" descr="Form page showing an error banner indicating required questions need to be completed before continu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0069141" name="Picture 1" descr="Form page showing an error banner indicating required questions need to be completed before continuing."/>
                    <pic:cNvPicPr/>
                  </pic:nvPicPr>
                  <pic:blipFill>
                    <a:blip r:embed="rId59"/>
                    <a:stretch>
                      <a:fillRect/>
                    </a:stretch>
                  </pic:blipFill>
                  <pic:spPr>
                    <a:xfrm>
                      <a:off x="0" y="0"/>
                      <a:ext cx="3054985" cy="1600200"/>
                    </a:xfrm>
                    <a:prstGeom prst="rect">
                      <a:avLst/>
                    </a:prstGeom>
                  </pic:spPr>
                </pic:pic>
              </a:graphicData>
            </a:graphic>
            <wp14:sizeRelH relativeFrom="margin">
              <wp14:pctWidth>0</wp14:pctWidth>
            </wp14:sizeRelH>
            <wp14:sizeRelV relativeFrom="margin">
              <wp14:pctHeight>0</wp14:pctHeight>
            </wp14:sizeRelV>
          </wp:anchor>
        </w:drawing>
      </w:r>
      <w:r w:rsidR="00920992" w:rsidRPr="00FA2FA7">
        <w:rPr>
          <w:rFonts w:ascii="Arial" w:hAnsi="Arial" w:cs="Arial"/>
          <w:noProof/>
          <w:sz w:val="24"/>
          <w:szCs w:val="24"/>
          <w:lang w:val="en-GB"/>
        </w:rPr>
        <w:t xml:space="preserve">If you try to save your draft or send it to the </w:t>
      </w:r>
      <w:r w:rsidR="0011579F">
        <w:rPr>
          <w:rFonts w:ascii="Arial" w:hAnsi="Arial" w:cs="Arial"/>
          <w:noProof/>
          <w:sz w:val="24"/>
          <w:szCs w:val="24"/>
          <w:lang w:val="en-GB"/>
        </w:rPr>
        <w:t>Rural Needs Coordinator</w:t>
      </w:r>
      <w:r w:rsidR="00920992" w:rsidRPr="00FA2FA7">
        <w:rPr>
          <w:rFonts w:ascii="Arial" w:hAnsi="Arial" w:cs="Arial"/>
          <w:noProof/>
          <w:sz w:val="24"/>
          <w:szCs w:val="24"/>
          <w:lang w:val="en-GB"/>
        </w:rPr>
        <w:t xml:space="preserve"> without completing all required questions and text boxes, you will receive an error message.</w:t>
      </w:r>
    </w:p>
    <w:p w14:paraId="04AA7C99" w14:textId="77777777" w:rsidR="00920992" w:rsidRPr="00FA2FA7" w:rsidRDefault="00920992" w:rsidP="00920992">
      <w:pPr>
        <w:rPr>
          <w:rFonts w:ascii="Arial" w:hAnsi="Arial" w:cs="Arial"/>
          <w:noProof/>
          <w:sz w:val="24"/>
          <w:szCs w:val="24"/>
        </w:rPr>
      </w:pPr>
    </w:p>
    <w:p w14:paraId="7B5D497A" w14:textId="77777777" w:rsidR="00920992" w:rsidRPr="00FA2FA7" w:rsidRDefault="00920992" w:rsidP="00920992">
      <w:pPr>
        <w:rPr>
          <w:rFonts w:ascii="Arial" w:hAnsi="Arial" w:cs="Arial"/>
          <w:noProof/>
          <w:sz w:val="24"/>
          <w:szCs w:val="24"/>
        </w:rPr>
      </w:pPr>
    </w:p>
    <w:p w14:paraId="4D655303" w14:textId="17947531" w:rsidR="00920992" w:rsidRPr="00FA2FA7" w:rsidRDefault="00920992" w:rsidP="00920992">
      <w:pPr>
        <w:rPr>
          <w:rFonts w:ascii="Arial" w:hAnsi="Arial" w:cs="Arial"/>
          <w:noProof/>
          <w:sz w:val="24"/>
          <w:szCs w:val="24"/>
        </w:rPr>
      </w:pPr>
    </w:p>
    <w:p w14:paraId="545EA90A" w14:textId="3649FDBD" w:rsidR="007F7614" w:rsidRPr="00FA2FA7" w:rsidRDefault="002725C1" w:rsidP="007F7614">
      <w:pPr>
        <w:pStyle w:val="ListParagraph"/>
        <w:rPr>
          <w:rFonts w:ascii="Arial" w:hAnsi="Arial" w:cs="Arial"/>
          <w:sz w:val="24"/>
          <w:szCs w:val="24"/>
          <w:lang w:val="en-GB"/>
        </w:rPr>
      </w:pPr>
      <w:r w:rsidRPr="00FA2FA7">
        <w:rPr>
          <w:rFonts w:ascii="Arial" w:hAnsi="Arial" w:cs="Arial"/>
          <w:noProof/>
          <w:sz w:val="24"/>
          <w:szCs w:val="24"/>
        </w:rPr>
        <w:t xml:space="preserve"> </w:t>
      </w:r>
    </w:p>
    <w:p w14:paraId="0A348B3D" w14:textId="6FB500AA" w:rsidR="003E5251" w:rsidRPr="00FA2FA7" w:rsidRDefault="002725C1">
      <w:pPr>
        <w:pStyle w:val="ListParagraph"/>
        <w:numPr>
          <w:ilvl w:val="0"/>
          <w:numId w:val="11"/>
        </w:numPr>
        <w:rPr>
          <w:rFonts w:ascii="Arial" w:hAnsi="Arial" w:cs="Arial"/>
          <w:sz w:val="24"/>
          <w:szCs w:val="24"/>
          <w:lang w:val="en-GB"/>
        </w:rPr>
      </w:pPr>
      <w:r w:rsidRPr="00FA2FA7">
        <w:rPr>
          <w:rFonts w:ascii="Arial" w:hAnsi="Arial" w:cs="Arial"/>
          <w:noProof/>
          <w:sz w:val="24"/>
          <w:szCs w:val="24"/>
          <w:lang w:val="en-GB"/>
        </w:rPr>
        <w:drawing>
          <wp:anchor distT="0" distB="0" distL="114300" distR="114300" simplePos="0" relativeHeight="251828736" behindDoc="0" locked="0" layoutInCell="1" allowOverlap="1" wp14:anchorId="4EA38249" wp14:editId="1D195B02">
            <wp:simplePos x="0" y="0"/>
            <wp:positionH relativeFrom="margin">
              <wp:posOffset>2109663</wp:posOffset>
            </wp:positionH>
            <wp:positionV relativeFrom="paragraph">
              <wp:posOffset>9222</wp:posOffset>
            </wp:positionV>
            <wp:extent cx="4098925" cy="834390"/>
            <wp:effectExtent l="0" t="0" r="0" b="3810"/>
            <wp:wrapSquare wrapText="bothSides"/>
            <wp:docPr id="1042616741" name="Picture 1" descr="Confirmation banner displaying the message ‘Draft sav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616741" name="Picture 1" descr="Confirmation banner displaying the message ‘Draft saved’."/>
                    <pic:cNvPicPr/>
                  </pic:nvPicPr>
                  <pic:blipFill>
                    <a:blip r:embed="rId60"/>
                    <a:stretch>
                      <a:fillRect/>
                    </a:stretch>
                  </pic:blipFill>
                  <pic:spPr>
                    <a:xfrm>
                      <a:off x="0" y="0"/>
                      <a:ext cx="4098925" cy="834390"/>
                    </a:xfrm>
                    <a:prstGeom prst="rect">
                      <a:avLst/>
                    </a:prstGeom>
                  </pic:spPr>
                </pic:pic>
              </a:graphicData>
            </a:graphic>
            <wp14:sizeRelH relativeFrom="margin">
              <wp14:pctWidth>0</wp14:pctWidth>
            </wp14:sizeRelH>
            <wp14:sizeRelV relativeFrom="margin">
              <wp14:pctHeight>0</wp14:pctHeight>
            </wp14:sizeRelV>
          </wp:anchor>
        </w:drawing>
      </w:r>
      <w:r w:rsidR="003E5251" w:rsidRPr="00FA2FA7">
        <w:rPr>
          <w:rFonts w:ascii="Arial" w:hAnsi="Arial" w:cs="Arial"/>
          <w:sz w:val="24"/>
          <w:szCs w:val="24"/>
          <w:lang w:val="en-GB"/>
        </w:rPr>
        <w:t xml:space="preserve">You can </w:t>
      </w:r>
      <w:r w:rsidR="003E5251" w:rsidRPr="00D82BB0">
        <w:rPr>
          <w:rFonts w:ascii="Arial" w:hAnsi="Arial" w:cs="Arial"/>
          <w:b/>
          <w:bCs/>
          <w:sz w:val="24"/>
          <w:szCs w:val="24"/>
          <w:lang w:val="en-GB"/>
        </w:rPr>
        <w:t>save your draft</w:t>
      </w:r>
      <w:r w:rsidR="003E5251" w:rsidRPr="00FA2FA7">
        <w:rPr>
          <w:rFonts w:ascii="Arial" w:hAnsi="Arial" w:cs="Arial"/>
          <w:sz w:val="24"/>
          <w:szCs w:val="24"/>
          <w:lang w:val="en-GB"/>
        </w:rPr>
        <w:t xml:space="preserve"> at any time and return to continue editing later. When saved, you will see a confirmation message </w:t>
      </w:r>
      <w:r w:rsidR="00E023EA" w:rsidRPr="00FA2FA7">
        <w:rPr>
          <w:rFonts w:ascii="Arial" w:hAnsi="Arial" w:cs="Arial"/>
          <w:sz w:val="24"/>
          <w:szCs w:val="24"/>
          <w:lang w:val="en-GB"/>
        </w:rPr>
        <w:t>like</w:t>
      </w:r>
      <w:r w:rsidR="003E5251" w:rsidRPr="00FA2FA7">
        <w:rPr>
          <w:rFonts w:ascii="Arial" w:hAnsi="Arial" w:cs="Arial"/>
          <w:sz w:val="24"/>
          <w:szCs w:val="24"/>
          <w:lang w:val="en-GB"/>
        </w:rPr>
        <w:t xml:space="preserve"> the example </w:t>
      </w:r>
      <w:r w:rsidR="00D73F62" w:rsidRPr="00FA2FA7">
        <w:rPr>
          <w:rFonts w:ascii="Arial" w:hAnsi="Arial" w:cs="Arial"/>
          <w:sz w:val="24"/>
          <w:szCs w:val="24"/>
          <w:lang w:val="en-GB"/>
        </w:rPr>
        <w:t>here.</w:t>
      </w:r>
    </w:p>
    <w:p w14:paraId="5D7E01DF" w14:textId="2BA56738" w:rsidR="003E5251" w:rsidRPr="00FA2FA7" w:rsidRDefault="003E5251" w:rsidP="003E5251">
      <w:pPr>
        <w:pStyle w:val="ListParagraph"/>
        <w:ind w:left="360"/>
        <w:rPr>
          <w:rFonts w:ascii="Arial" w:hAnsi="Arial" w:cs="Arial"/>
          <w:sz w:val="24"/>
          <w:szCs w:val="24"/>
          <w:lang w:val="en-GB"/>
        </w:rPr>
      </w:pPr>
    </w:p>
    <w:p w14:paraId="55B548C9" w14:textId="77777777" w:rsidR="00050F6E" w:rsidRPr="00684C6D" w:rsidRDefault="00050F6E" w:rsidP="002725C1">
      <w:pPr>
        <w:rPr>
          <w:rFonts w:ascii="Arial" w:hAnsi="Arial" w:cs="Arial"/>
          <w:lang w:val="en-GB"/>
        </w:rPr>
      </w:pPr>
    </w:p>
    <w:p w14:paraId="2071957C" w14:textId="77777777" w:rsidR="00920992" w:rsidRPr="00684C6D" w:rsidRDefault="00920992" w:rsidP="002725C1">
      <w:pPr>
        <w:rPr>
          <w:rFonts w:ascii="Arial" w:hAnsi="Arial" w:cs="Arial"/>
          <w:lang w:val="en-GB"/>
        </w:rPr>
      </w:pPr>
    </w:p>
    <w:p w14:paraId="1E9E4ED4" w14:textId="77777777" w:rsidR="00920992" w:rsidRPr="00684C6D" w:rsidRDefault="00920992" w:rsidP="002725C1">
      <w:pPr>
        <w:rPr>
          <w:rFonts w:ascii="Arial" w:hAnsi="Arial" w:cs="Arial"/>
          <w:lang w:val="en-GB"/>
        </w:rPr>
      </w:pPr>
    </w:p>
    <w:p w14:paraId="34149A1D" w14:textId="77777777" w:rsidR="00920992" w:rsidRPr="00684C6D" w:rsidRDefault="00920992" w:rsidP="002725C1">
      <w:pPr>
        <w:rPr>
          <w:rFonts w:ascii="Arial" w:hAnsi="Arial" w:cs="Arial"/>
          <w:lang w:val="en-GB"/>
        </w:rPr>
      </w:pPr>
    </w:p>
    <w:p w14:paraId="7BC25E45" w14:textId="77777777" w:rsidR="00920992" w:rsidRPr="00684C6D" w:rsidRDefault="00920992" w:rsidP="002725C1">
      <w:pPr>
        <w:rPr>
          <w:rFonts w:ascii="Arial" w:hAnsi="Arial" w:cs="Arial"/>
          <w:lang w:val="en-GB"/>
        </w:rPr>
      </w:pPr>
    </w:p>
    <w:p w14:paraId="36B14F7C" w14:textId="77777777" w:rsidR="00920992" w:rsidRPr="00684C6D" w:rsidRDefault="00920992" w:rsidP="002725C1">
      <w:pPr>
        <w:rPr>
          <w:rFonts w:ascii="Arial" w:hAnsi="Arial" w:cs="Arial"/>
          <w:lang w:val="en-GB"/>
        </w:rPr>
      </w:pPr>
    </w:p>
    <w:p w14:paraId="6AD3A37C" w14:textId="77777777" w:rsidR="00920992" w:rsidRPr="00684C6D" w:rsidRDefault="00920992" w:rsidP="002725C1">
      <w:pPr>
        <w:rPr>
          <w:rFonts w:ascii="Arial" w:hAnsi="Arial" w:cs="Arial"/>
          <w:lang w:val="en-GB"/>
        </w:rPr>
      </w:pPr>
    </w:p>
    <w:p w14:paraId="622125B7" w14:textId="77777777" w:rsidR="00920992" w:rsidRPr="00684C6D" w:rsidRDefault="00920992" w:rsidP="002725C1">
      <w:pPr>
        <w:rPr>
          <w:rFonts w:ascii="Arial" w:hAnsi="Arial" w:cs="Arial"/>
          <w:lang w:val="en-GB"/>
        </w:rPr>
      </w:pPr>
    </w:p>
    <w:p w14:paraId="17917B9F" w14:textId="77777777" w:rsidR="00920992" w:rsidRPr="00684C6D" w:rsidRDefault="00920992" w:rsidP="002725C1">
      <w:pPr>
        <w:rPr>
          <w:rFonts w:ascii="Arial" w:hAnsi="Arial" w:cs="Arial"/>
          <w:lang w:val="en-GB"/>
        </w:rPr>
      </w:pPr>
    </w:p>
    <w:p w14:paraId="12116C77" w14:textId="77777777" w:rsidR="00920992" w:rsidRPr="00684C6D" w:rsidRDefault="00920992" w:rsidP="002725C1">
      <w:pPr>
        <w:rPr>
          <w:rFonts w:ascii="Arial" w:hAnsi="Arial" w:cs="Arial"/>
          <w:lang w:val="en-GB"/>
        </w:rPr>
      </w:pPr>
    </w:p>
    <w:p w14:paraId="1D12CE5A" w14:textId="77777777" w:rsidR="00920992" w:rsidRPr="00684C6D" w:rsidRDefault="00920992" w:rsidP="002725C1">
      <w:pPr>
        <w:rPr>
          <w:rFonts w:ascii="Arial" w:hAnsi="Arial" w:cs="Arial"/>
          <w:lang w:val="en-GB"/>
        </w:rPr>
      </w:pPr>
    </w:p>
    <w:p w14:paraId="40DDDD25" w14:textId="77777777" w:rsidR="00920992" w:rsidRPr="00684C6D" w:rsidRDefault="00920992" w:rsidP="002725C1">
      <w:pPr>
        <w:rPr>
          <w:rFonts w:ascii="Arial" w:hAnsi="Arial" w:cs="Arial"/>
          <w:lang w:val="en-GB"/>
        </w:rPr>
      </w:pPr>
    </w:p>
    <w:p w14:paraId="48F1D3E6" w14:textId="77777777" w:rsidR="00920992" w:rsidRPr="00684C6D" w:rsidRDefault="00920992" w:rsidP="002725C1">
      <w:pPr>
        <w:rPr>
          <w:rFonts w:ascii="Arial" w:hAnsi="Arial" w:cs="Arial"/>
          <w:lang w:val="en-GB"/>
        </w:rPr>
      </w:pPr>
    </w:p>
    <w:p w14:paraId="3B48DFC3" w14:textId="77777777" w:rsidR="00920992" w:rsidRPr="00684C6D" w:rsidRDefault="00920992" w:rsidP="002725C1">
      <w:pPr>
        <w:rPr>
          <w:rFonts w:ascii="Arial" w:hAnsi="Arial" w:cs="Arial"/>
          <w:lang w:val="en-GB"/>
        </w:rPr>
      </w:pPr>
    </w:p>
    <w:p w14:paraId="428E0D5E" w14:textId="77777777" w:rsidR="00920992" w:rsidRPr="00684C6D" w:rsidRDefault="00920992" w:rsidP="002725C1">
      <w:pPr>
        <w:rPr>
          <w:rFonts w:ascii="Arial" w:hAnsi="Arial" w:cs="Arial"/>
          <w:lang w:val="en-GB"/>
        </w:rPr>
      </w:pPr>
    </w:p>
    <w:p w14:paraId="3C6FD3C5" w14:textId="6A2FFF01" w:rsidR="00A55540" w:rsidRPr="00FA2FA7" w:rsidRDefault="00684C6D" w:rsidP="00FA2FA7">
      <w:pPr>
        <w:rPr>
          <w:rFonts w:ascii="Arial" w:hAnsi="Arial" w:cs="Arial"/>
          <w:b/>
          <w:bCs/>
          <w:color w:val="002060"/>
          <w:sz w:val="28"/>
          <w:szCs w:val="28"/>
          <w:lang w:val="en-GB"/>
        </w:rPr>
      </w:pPr>
      <w:r>
        <w:rPr>
          <w:rFonts w:ascii="Arial" w:hAnsi="Arial" w:cs="Arial"/>
          <w:b/>
          <w:bCs/>
          <w:color w:val="002060"/>
          <w:sz w:val="28"/>
          <w:szCs w:val="28"/>
          <w:lang w:val="en-GB"/>
        </w:rPr>
        <w:br w:type="page"/>
      </w:r>
      <w:bookmarkStart w:id="14" w:name="ViewingandManagingSummaries"/>
      <w:r w:rsidR="0000121E" w:rsidRPr="00FA2FA7">
        <w:rPr>
          <w:rFonts w:ascii="Arial" w:hAnsi="Arial" w:cs="Arial"/>
          <w:b/>
          <w:bCs/>
          <w:color w:val="002060"/>
          <w:sz w:val="28"/>
          <w:szCs w:val="28"/>
          <w:lang w:val="en-GB"/>
        </w:rPr>
        <w:lastRenderedPageBreak/>
        <w:t>Viewing and Managing Summaries</w:t>
      </w:r>
    </w:p>
    <w:bookmarkEnd w:id="14"/>
    <w:p w14:paraId="4BB16305" w14:textId="2F82E0E8" w:rsidR="00A55540" w:rsidRPr="00FA2FA7" w:rsidRDefault="00A55540">
      <w:pPr>
        <w:pStyle w:val="ListParagraph"/>
        <w:numPr>
          <w:ilvl w:val="0"/>
          <w:numId w:val="11"/>
        </w:numPr>
        <w:rPr>
          <w:rFonts w:ascii="Arial" w:hAnsi="Arial" w:cs="Arial"/>
          <w:sz w:val="24"/>
          <w:szCs w:val="24"/>
          <w:lang w:val="en-GB"/>
        </w:rPr>
      </w:pPr>
      <w:r w:rsidRPr="00FA2FA7">
        <w:rPr>
          <w:rFonts w:ascii="Arial" w:hAnsi="Arial" w:cs="Arial"/>
          <w:sz w:val="24"/>
          <w:szCs w:val="24"/>
          <w:lang w:val="en-GB"/>
        </w:rPr>
        <w:t xml:space="preserve">After you </w:t>
      </w:r>
      <w:r w:rsidRPr="00D82BB0">
        <w:rPr>
          <w:rFonts w:ascii="Arial" w:hAnsi="Arial" w:cs="Arial"/>
          <w:b/>
          <w:bCs/>
          <w:sz w:val="24"/>
          <w:szCs w:val="24"/>
          <w:lang w:val="en-GB"/>
        </w:rPr>
        <w:t>save your draft</w:t>
      </w:r>
      <w:r w:rsidRPr="00D82BB0">
        <w:rPr>
          <w:rFonts w:ascii="Arial" w:hAnsi="Arial" w:cs="Arial"/>
          <w:sz w:val="24"/>
          <w:szCs w:val="24"/>
          <w:lang w:val="en-GB"/>
        </w:rPr>
        <w:t xml:space="preserve"> or </w:t>
      </w:r>
      <w:r w:rsidRPr="00D82BB0">
        <w:rPr>
          <w:rFonts w:ascii="Arial" w:hAnsi="Arial" w:cs="Arial"/>
          <w:b/>
          <w:bCs/>
          <w:sz w:val="24"/>
          <w:szCs w:val="24"/>
          <w:lang w:val="en-GB"/>
        </w:rPr>
        <w:t xml:space="preserve">send it to the </w:t>
      </w:r>
      <w:r w:rsidR="0011579F" w:rsidRPr="00D82BB0">
        <w:rPr>
          <w:rFonts w:ascii="Arial" w:hAnsi="Arial" w:cs="Arial"/>
          <w:b/>
          <w:bCs/>
          <w:sz w:val="24"/>
          <w:szCs w:val="24"/>
          <w:lang w:val="en-GB"/>
        </w:rPr>
        <w:t>Rural Needs Coordinator</w:t>
      </w:r>
      <w:r w:rsidRPr="00FA2FA7">
        <w:rPr>
          <w:rFonts w:ascii="Arial" w:hAnsi="Arial" w:cs="Arial"/>
          <w:sz w:val="24"/>
          <w:szCs w:val="24"/>
          <w:lang w:val="en-GB"/>
        </w:rPr>
        <w:t xml:space="preserve">, the Submissions Dashboard will refresh. It will display the number of summaries that you have created, the number included in the overall submission and their </w:t>
      </w:r>
      <w:proofErr w:type="gramStart"/>
      <w:r w:rsidRPr="00FA2FA7">
        <w:rPr>
          <w:rFonts w:ascii="Arial" w:hAnsi="Arial" w:cs="Arial"/>
          <w:sz w:val="24"/>
          <w:szCs w:val="24"/>
          <w:lang w:val="en-GB"/>
        </w:rPr>
        <w:t>current status</w:t>
      </w:r>
      <w:proofErr w:type="gramEnd"/>
      <w:r w:rsidRPr="00FA2FA7">
        <w:rPr>
          <w:rFonts w:ascii="Arial" w:hAnsi="Arial" w:cs="Arial"/>
          <w:sz w:val="24"/>
          <w:szCs w:val="24"/>
          <w:lang w:val="en-GB"/>
        </w:rPr>
        <w:t>, including:</w:t>
      </w:r>
    </w:p>
    <w:p w14:paraId="6F30973F" w14:textId="77777777" w:rsidR="00A55540" w:rsidRPr="00FA2FA7" w:rsidRDefault="00A55540" w:rsidP="00A55540">
      <w:pPr>
        <w:pStyle w:val="ListParagraph"/>
        <w:ind w:left="643"/>
        <w:rPr>
          <w:rFonts w:ascii="Arial" w:hAnsi="Arial" w:cs="Arial"/>
          <w:sz w:val="24"/>
          <w:szCs w:val="24"/>
          <w:lang w:val="en-GB"/>
        </w:rPr>
      </w:pPr>
      <w:r w:rsidRPr="00FA2FA7">
        <w:rPr>
          <w:rFonts w:ascii="Arial" w:hAnsi="Arial" w:cs="Arial"/>
          <w:noProof/>
          <w:sz w:val="24"/>
          <w:szCs w:val="24"/>
          <w:lang w:val="en-GB"/>
        </w:rPr>
        <w:drawing>
          <wp:anchor distT="0" distB="0" distL="114300" distR="114300" simplePos="0" relativeHeight="252019200" behindDoc="0" locked="0" layoutInCell="1" allowOverlap="1" wp14:anchorId="07815B31" wp14:editId="5C9B2B56">
            <wp:simplePos x="0" y="0"/>
            <wp:positionH relativeFrom="margin">
              <wp:posOffset>1987495</wp:posOffset>
            </wp:positionH>
            <wp:positionV relativeFrom="paragraph">
              <wp:posOffset>32081</wp:posOffset>
            </wp:positionV>
            <wp:extent cx="4147185" cy="1355725"/>
            <wp:effectExtent l="0" t="0" r="5715" b="0"/>
            <wp:wrapSquare wrapText="bothSides"/>
            <wp:docPr id="686578517" name="Picture 1" descr="Submissions dashboard displaying panels for the submission and for the user’s summa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6578517" name="Picture 1" descr="Submissions dashboard displaying panels for the submission and for the user’s summaries."/>
                    <pic:cNvPicPr/>
                  </pic:nvPicPr>
                  <pic:blipFill>
                    <a:blip r:embed="rId61"/>
                    <a:stretch>
                      <a:fillRect/>
                    </a:stretch>
                  </pic:blipFill>
                  <pic:spPr>
                    <a:xfrm>
                      <a:off x="0" y="0"/>
                      <a:ext cx="4147185" cy="1355725"/>
                    </a:xfrm>
                    <a:prstGeom prst="rect">
                      <a:avLst/>
                    </a:prstGeom>
                  </pic:spPr>
                </pic:pic>
              </a:graphicData>
            </a:graphic>
            <wp14:sizeRelH relativeFrom="margin">
              <wp14:pctWidth>0</wp14:pctWidth>
            </wp14:sizeRelH>
            <wp14:sizeRelV relativeFrom="margin">
              <wp14:pctHeight>0</wp14:pctHeight>
            </wp14:sizeRelV>
          </wp:anchor>
        </w:drawing>
      </w:r>
      <w:r w:rsidRPr="00FA2FA7">
        <w:rPr>
          <w:rFonts w:ascii="Arial" w:hAnsi="Arial" w:cs="Arial"/>
          <w:sz w:val="24"/>
          <w:szCs w:val="24"/>
          <w:lang w:val="en-GB"/>
        </w:rPr>
        <w:br/>
        <w:t>• Number of summaries assigned to you</w:t>
      </w:r>
      <w:r w:rsidRPr="00FA2FA7">
        <w:rPr>
          <w:rFonts w:ascii="Arial" w:hAnsi="Arial" w:cs="Arial"/>
          <w:sz w:val="24"/>
          <w:szCs w:val="24"/>
          <w:lang w:val="en-GB"/>
        </w:rPr>
        <w:br/>
        <w:t>• Draft</w:t>
      </w:r>
      <w:r w:rsidRPr="00FA2FA7">
        <w:rPr>
          <w:rFonts w:ascii="Arial" w:hAnsi="Arial" w:cs="Arial"/>
          <w:sz w:val="24"/>
          <w:szCs w:val="24"/>
          <w:lang w:val="en-GB"/>
        </w:rPr>
        <w:br/>
        <w:t>• Pending approval</w:t>
      </w:r>
      <w:r w:rsidRPr="00FA2FA7">
        <w:rPr>
          <w:rFonts w:ascii="Arial" w:hAnsi="Arial" w:cs="Arial"/>
          <w:sz w:val="24"/>
          <w:szCs w:val="24"/>
          <w:lang w:val="en-GB"/>
        </w:rPr>
        <w:br/>
        <w:t>• Ready to submit</w:t>
      </w:r>
    </w:p>
    <w:p w14:paraId="1B4E8F50" w14:textId="77777777" w:rsidR="00A55540" w:rsidRPr="00FA2FA7" w:rsidRDefault="00A55540" w:rsidP="00A55540">
      <w:pPr>
        <w:spacing w:after="0" w:line="300" w:lineRule="atLeast"/>
        <w:rPr>
          <w:rFonts w:ascii="Arial" w:eastAsia="Times New Roman" w:hAnsi="Arial" w:cs="Arial"/>
          <w:sz w:val="24"/>
          <w:szCs w:val="24"/>
          <w:lang w:val="en-GB" w:eastAsia="en-GB"/>
        </w:rPr>
      </w:pPr>
    </w:p>
    <w:p w14:paraId="2FDCA078" w14:textId="77777777" w:rsidR="00A55540" w:rsidRPr="00FA2FA7" w:rsidRDefault="00A55540" w:rsidP="00A55540">
      <w:pPr>
        <w:spacing w:after="0" w:line="300" w:lineRule="atLeast"/>
        <w:rPr>
          <w:rFonts w:ascii="Arial" w:eastAsia="Times New Roman" w:hAnsi="Arial" w:cs="Arial"/>
          <w:sz w:val="24"/>
          <w:szCs w:val="24"/>
          <w:lang w:val="en-GB" w:eastAsia="en-GB"/>
        </w:rPr>
      </w:pPr>
    </w:p>
    <w:p w14:paraId="3E04DC1C" w14:textId="77777777" w:rsidR="00A55540" w:rsidRPr="00684C6D" w:rsidRDefault="00A55540" w:rsidP="00A55540">
      <w:pPr>
        <w:spacing w:after="0" w:line="300" w:lineRule="atLeast"/>
        <w:rPr>
          <w:rFonts w:ascii="Arial" w:eastAsia="Times New Roman" w:hAnsi="Arial" w:cs="Arial"/>
          <w:lang w:val="en-GB" w:eastAsia="en-GB"/>
        </w:rPr>
      </w:pPr>
    </w:p>
    <w:p w14:paraId="5B7CE0B5" w14:textId="77777777" w:rsidR="00A55540" w:rsidRPr="00684C6D" w:rsidRDefault="00A55540" w:rsidP="00A55540">
      <w:pPr>
        <w:spacing w:after="0" w:line="300" w:lineRule="atLeast"/>
        <w:rPr>
          <w:rFonts w:ascii="Arial" w:eastAsia="Times New Roman" w:hAnsi="Arial" w:cs="Arial"/>
          <w:lang w:val="en-GB" w:eastAsia="en-GB"/>
        </w:rPr>
      </w:pPr>
    </w:p>
    <w:p w14:paraId="60C564FB" w14:textId="77777777" w:rsidR="00A55540" w:rsidRPr="00684C6D" w:rsidRDefault="00A55540" w:rsidP="00A55540">
      <w:pPr>
        <w:spacing w:after="0" w:line="300" w:lineRule="atLeast"/>
        <w:rPr>
          <w:rFonts w:ascii="Arial" w:eastAsia="Times New Roman" w:hAnsi="Arial" w:cs="Arial"/>
          <w:lang w:val="en-GB" w:eastAsia="en-GB"/>
        </w:rPr>
      </w:pPr>
    </w:p>
    <w:p w14:paraId="0FBFDA3D" w14:textId="77777777" w:rsidR="00A55540" w:rsidRPr="00684C6D" w:rsidRDefault="00A55540" w:rsidP="00A55540">
      <w:pPr>
        <w:spacing w:after="0" w:line="300" w:lineRule="atLeast"/>
        <w:rPr>
          <w:rFonts w:ascii="Arial" w:eastAsia="Times New Roman" w:hAnsi="Arial" w:cs="Arial"/>
          <w:lang w:val="en-GB" w:eastAsia="en-GB"/>
        </w:rPr>
      </w:pPr>
    </w:p>
    <w:p w14:paraId="4E23FC99" w14:textId="307DE012" w:rsidR="00A55540" w:rsidRPr="00FA2FA7" w:rsidRDefault="00A55540">
      <w:pPr>
        <w:pStyle w:val="ListParagraph"/>
        <w:numPr>
          <w:ilvl w:val="0"/>
          <w:numId w:val="11"/>
        </w:numPr>
        <w:spacing w:after="0"/>
        <w:rPr>
          <w:rFonts w:ascii="Arial" w:eastAsia="Times New Roman" w:hAnsi="Arial" w:cs="Arial"/>
          <w:sz w:val="24"/>
          <w:szCs w:val="24"/>
          <w:lang w:val="en-GB" w:eastAsia="en-GB"/>
        </w:rPr>
      </w:pPr>
      <w:r w:rsidRPr="00FA2FA7">
        <w:rPr>
          <w:rFonts w:ascii="Arial" w:hAnsi="Arial" w:cs="Arial"/>
          <w:noProof/>
          <w:sz w:val="24"/>
          <w:szCs w:val="24"/>
          <w:lang w:val="en-GB"/>
        </w:rPr>
        <w:drawing>
          <wp:anchor distT="0" distB="0" distL="114300" distR="114300" simplePos="0" relativeHeight="252018176" behindDoc="0" locked="0" layoutInCell="1" allowOverlap="1" wp14:anchorId="35B81C58" wp14:editId="0451F8FE">
            <wp:simplePos x="0" y="0"/>
            <wp:positionH relativeFrom="margin">
              <wp:posOffset>493395</wp:posOffset>
            </wp:positionH>
            <wp:positionV relativeFrom="paragraph">
              <wp:posOffset>424180</wp:posOffset>
            </wp:positionV>
            <wp:extent cx="5332095" cy="1373505"/>
            <wp:effectExtent l="0" t="0" r="1905" b="0"/>
            <wp:wrapSquare wrapText="bothSides"/>
            <wp:docPr id="1387626645" name="Picture 1" descr="Lower section of the submission dashboard showing panels for overall status, next steps, and suggested chan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7626645" name="Picture 1" descr="Lower section of the submission dashboard showing panels for overall status, next steps, and suggested changes"/>
                    <pic:cNvPicPr/>
                  </pic:nvPicPr>
                  <pic:blipFill>
                    <a:blip r:embed="rId62"/>
                    <a:stretch>
                      <a:fillRect/>
                    </a:stretch>
                  </pic:blipFill>
                  <pic:spPr>
                    <a:xfrm>
                      <a:off x="0" y="0"/>
                      <a:ext cx="5332095" cy="1373505"/>
                    </a:xfrm>
                    <a:prstGeom prst="rect">
                      <a:avLst/>
                    </a:prstGeom>
                  </pic:spPr>
                </pic:pic>
              </a:graphicData>
            </a:graphic>
            <wp14:sizeRelH relativeFrom="margin">
              <wp14:pctWidth>0</wp14:pctWidth>
            </wp14:sizeRelH>
            <wp14:sizeRelV relativeFrom="margin">
              <wp14:pctHeight>0</wp14:pctHeight>
            </wp14:sizeRelV>
          </wp:anchor>
        </w:drawing>
      </w:r>
      <w:r w:rsidRPr="00FA2FA7">
        <w:rPr>
          <w:rFonts w:ascii="Arial" w:eastAsia="Times New Roman" w:hAnsi="Arial" w:cs="Arial"/>
          <w:sz w:val="24"/>
          <w:szCs w:val="24"/>
          <w:lang w:val="en-GB" w:eastAsia="en-GB"/>
        </w:rPr>
        <w:t xml:space="preserve">The lower section of the Submission Dashboard updates automatically as your </w:t>
      </w:r>
      <w:r w:rsidR="00D91EB0" w:rsidRPr="00FA2FA7">
        <w:rPr>
          <w:rFonts w:ascii="Arial" w:eastAsia="Times New Roman" w:hAnsi="Arial" w:cs="Arial"/>
          <w:sz w:val="24"/>
          <w:szCs w:val="24"/>
          <w:lang w:val="en-GB" w:eastAsia="en-GB"/>
        </w:rPr>
        <w:t>summary progresses</w:t>
      </w:r>
      <w:r w:rsidRPr="00FA2FA7">
        <w:rPr>
          <w:rFonts w:ascii="Arial" w:eastAsia="Times New Roman" w:hAnsi="Arial" w:cs="Arial"/>
          <w:sz w:val="24"/>
          <w:szCs w:val="24"/>
          <w:lang w:val="en-GB" w:eastAsia="en-GB"/>
        </w:rPr>
        <w:t>.</w:t>
      </w:r>
    </w:p>
    <w:p w14:paraId="559E5A63" w14:textId="77777777" w:rsidR="00A55540" w:rsidRPr="00684C6D" w:rsidRDefault="00A55540" w:rsidP="00A55540">
      <w:pPr>
        <w:pStyle w:val="ListParagraph"/>
        <w:spacing w:after="0" w:line="300" w:lineRule="atLeast"/>
        <w:ind w:left="1777"/>
        <w:rPr>
          <w:rFonts w:ascii="Arial" w:eastAsia="Times New Roman" w:hAnsi="Arial" w:cs="Arial"/>
          <w:lang w:val="en-GB" w:eastAsia="en-GB"/>
        </w:rPr>
      </w:pPr>
    </w:p>
    <w:p w14:paraId="36FE7BE1" w14:textId="0FCBC68F" w:rsidR="00A55540" w:rsidRPr="00FA2FA7" w:rsidRDefault="00A55540">
      <w:pPr>
        <w:pStyle w:val="ListParagraph"/>
        <w:numPr>
          <w:ilvl w:val="0"/>
          <w:numId w:val="10"/>
        </w:numPr>
        <w:spacing w:after="0" w:line="300" w:lineRule="atLeast"/>
        <w:rPr>
          <w:rFonts w:ascii="Arial" w:eastAsia="Times New Roman" w:hAnsi="Arial" w:cs="Arial"/>
          <w:sz w:val="24"/>
          <w:szCs w:val="24"/>
          <w:lang w:val="en-GB" w:eastAsia="en-GB"/>
        </w:rPr>
      </w:pPr>
      <w:r w:rsidRPr="00FA2FA7">
        <w:rPr>
          <w:rFonts w:ascii="Arial" w:eastAsia="Times New Roman" w:hAnsi="Arial" w:cs="Arial"/>
          <w:sz w:val="24"/>
          <w:szCs w:val="24"/>
          <w:lang w:val="en-GB" w:eastAsia="en-GB"/>
        </w:rPr>
        <w:t xml:space="preserve">The Overall Status will update to </w:t>
      </w:r>
      <w:r w:rsidRPr="00FA2FA7">
        <w:rPr>
          <w:rFonts w:ascii="Arial" w:eastAsia="Times New Roman" w:hAnsi="Arial" w:cs="Arial"/>
          <w:i/>
          <w:iCs/>
          <w:sz w:val="24"/>
          <w:szCs w:val="24"/>
          <w:lang w:val="en-GB" w:eastAsia="en-GB"/>
        </w:rPr>
        <w:t>Send Submission</w:t>
      </w:r>
      <w:r w:rsidRPr="00FA2FA7">
        <w:rPr>
          <w:rFonts w:ascii="Arial" w:eastAsia="Times New Roman" w:hAnsi="Arial" w:cs="Arial"/>
          <w:sz w:val="24"/>
          <w:szCs w:val="24"/>
          <w:lang w:val="en-GB" w:eastAsia="en-GB"/>
        </w:rPr>
        <w:t xml:space="preserve"> once all summaries have been approved and set to Ready by the </w:t>
      </w:r>
      <w:r w:rsidR="0011579F">
        <w:rPr>
          <w:rFonts w:ascii="Arial" w:eastAsia="Times New Roman" w:hAnsi="Arial" w:cs="Arial"/>
          <w:sz w:val="24"/>
          <w:szCs w:val="24"/>
          <w:lang w:val="en-GB" w:eastAsia="en-GB"/>
        </w:rPr>
        <w:t>Rural Needs Coordinator</w:t>
      </w:r>
      <w:r w:rsidRPr="00FA2FA7">
        <w:rPr>
          <w:rFonts w:ascii="Arial" w:eastAsia="Times New Roman" w:hAnsi="Arial" w:cs="Arial"/>
          <w:sz w:val="24"/>
          <w:szCs w:val="24"/>
          <w:lang w:val="en-GB" w:eastAsia="en-GB"/>
        </w:rPr>
        <w:t xml:space="preserve">. Only the </w:t>
      </w:r>
      <w:r w:rsidR="0011579F">
        <w:rPr>
          <w:rFonts w:ascii="Arial" w:eastAsia="Times New Roman" w:hAnsi="Arial" w:cs="Arial"/>
          <w:sz w:val="24"/>
          <w:szCs w:val="24"/>
          <w:lang w:val="en-GB" w:eastAsia="en-GB"/>
        </w:rPr>
        <w:t>Rural Needs Coordinator</w:t>
      </w:r>
      <w:r w:rsidRPr="00FA2FA7">
        <w:rPr>
          <w:rFonts w:ascii="Arial" w:eastAsia="Times New Roman" w:hAnsi="Arial" w:cs="Arial"/>
          <w:sz w:val="24"/>
          <w:szCs w:val="24"/>
          <w:lang w:val="en-GB" w:eastAsia="en-GB"/>
        </w:rPr>
        <w:t xml:space="preserve"> can submit the completed return to the DAERA Rural Needs Team</w:t>
      </w:r>
    </w:p>
    <w:p w14:paraId="5BE34080" w14:textId="77777777" w:rsidR="00A55540" w:rsidRPr="00FA2FA7" w:rsidRDefault="00A55540" w:rsidP="00A55540">
      <w:pPr>
        <w:pStyle w:val="ListParagraph"/>
        <w:spacing w:after="0" w:line="300" w:lineRule="atLeast"/>
        <w:ind w:left="1800"/>
        <w:rPr>
          <w:rFonts w:ascii="Arial" w:eastAsia="Times New Roman" w:hAnsi="Arial" w:cs="Arial"/>
          <w:sz w:val="24"/>
          <w:szCs w:val="24"/>
          <w:lang w:val="en-GB" w:eastAsia="en-GB"/>
        </w:rPr>
      </w:pPr>
    </w:p>
    <w:p w14:paraId="382E5F91" w14:textId="1B3F0722" w:rsidR="00A55540" w:rsidRPr="00FA2FA7" w:rsidRDefault="00A55540">
      <w:pPr>
        <w:pStyle w:val="ListParagraph"/>
        <w:numPr>
          <w:ilvl w:val="0"/>
          <w:numId w:val="12"/>
        </w:numPr>
        <w:spacing w:after="0" w:line="300" w:lineRule="atLeast"/>
        <w:rPr>
          <w:rFonts w:ascii="Arial" w:eastAsia="Times New Roman" w:hAnsi="Arial" w:cs="Arial"/>
          <w:b/>
          <w:bCs/>
          <w:sz w:val="24"/>
          <w:szCs w:val="24"/>
          <w:lang w:val="en-GB" w:eastAsia="en-GB"/>
        </w:rPr>
      </w:pPr>
      <w:r w:rsidRPr="00FA2FA7">
        <w:rPr>
          <w:rFonts w:ascii="Arial" w:eastAsia="Times New Roman" w:hAnsi="Arial" w:cs="Arial"/>
          <w:sz w:val="24"/>
          <w:szCs w:val="24"/>
          <w:lang w:val="en-GB" w:eastAsia="en-GB"/>
        </w:rPr>
        <w:t xml:space="preserve">The </w:t>
      </w:r>
      <w:r w:rsidRPr="00FA2FA7">
        <w:rPr>
          <w:rFonts w:ascii="Arial" w:eastAsia="Times New Roman" w:hAnsi="Arial" w:cs="Arial"/>
          <w:b/>
          <w:bCs/>
          <w:sz w:val="24"/>
          <w:szCs w:val="24"/>
          <w:lang w:val="en-GB" w:eastAsia="en-GB"/>
        </w:rPr>
        <w:t>Next steps</w:t>
      </w:r>
      <w:r w:rsidRPr="00FA2FA7">
        <w:rPr>
          <w:rFonts w:ascii="Arial" w:eastAsia="Times New Roman" w:hAnsi="Arial" w:cs="Arial"/>
          <w:sz w:val="24"/>
          <w:szCs w:val="24"/>
          <w:lang w:val="en-GB" w:eastAsia="en-GB"/>
        </w:rPr>
        <w:t xml:space="preserve"> box will indicate when the submission is</w:t>
      </w:r>
      <w:r w:rsidRPr="00FA2FA7">
        <w:rPr>
          <w:rFonts w:ascii="Arial" w:eastAsia="Times New Roman" w:hAnsi="Arial" w:cs="Arial"/>
          <w:b/>
          <w:bCs/>
          <w:sz w:val="24"/>
          <w:szCs w:val="24"/>
          <w:lang w:val="en-GB" w:eastAsia="en-GB"/>
        </w:rPr>
        <w:t xml:space="preserve"> awaiting </w:t>
      </w:r>
      <w:r w:rsidR="0011579F">
        <w:rPr>
          <w:rFonts w:ascii="Arial" w:eastAsia="Times New Roman" w:hAnsi="Arial" w:cs="Arial"/>
          <w:b/>
          <w:bCs/>
          <w:sz w:val="24"/>
          <w:szCs w:val="24"/>
          <w:lang w:val="en-GB" w:eastAsia="en-GB"/>
        </w:rPr>
        <w:t>Rural Needs Coordinator</w:t>
      </w:r>
      <w:r w:rsidRPr="00FA2FA7">
        <w:rPr>
          <w:rFonts w:ascii="Arial" w:eastAsia="Times New Roman" w:hAnsi="Arial" w:cs="Arial"/>
          <w:b/>
          <w:bCs/>
          <w:sz w:val="24"/>
          <w:szCs w:val="24"/>
          <w:lang w:val="en-GB" w:eastAsia="en-GB"/>
        </w:rPr>
        <w:t xml:space="preserve"> approval of all summaries</w:t>
      </w:r>
    </w:p>
    <w:p w14:paraId="66151B2F" w14:textId="77777777" w:rsidR="00A55540" w:rsidRPr="00FA2FA7" w:rsidRDefault="00A55540" w:rsidP="00A55540">
      <w:pPr>
        <w:spacing w:after="0" w:line="300" w:lineRule="atLeast"/>
        <w:rPr>
          <w:rFonts w:ascii="Arial" w:eastAsia="Times New Roman" w:hAnsi="Arial" w:cs="Arial"/>
          <w:sz w:val="24"/>
          <w:szCs w:val="24"/>
          <w:lang w:val="en-GB" w:eastAsia="en-GB"/>
        </w:rPr>
      </w:pPr>
    </w:p>
    <w:p w14:paraId="52C0CE4A" w14:textId="3AF10EBD" w:rsidR="00A55540" w:rsidRPr="00FA2FA7" w:rsidRDefault="00A55540">
      <w:pPr>
        <w:pStyle w:val="ListParagraph"/>
        <w:numPr>
          <w:ilvl w:val="0"/>
          <w:numId w:val="12"/>
        </w:numPr>
        <w:spacing w:after="0" w:line="300" w:lineRule="atLeast"/>
        <w:rPr>
          <w:rFonts w:ascii="Arial" w:eastAsia="Times New Roman" w:hAnsi="Arial" w:cs="Arial"/>
          <w:sz w:val="24"/>
          <w:szCs w:val="24"/>
          <w:lang w:val="en-GB" w:eastAsia="en-GB"/>
        </w:rPr>
      </w:pPr>
      <w:r w:rsidRPr="00FA2FA7">
        <w:rPr>
          <w:rFonts w:ascii="Arial" w:eastAsia="Times New Roman" w:hAnsi="Arial" w:cs="Arial"/>
          <w:sz w:val="24"/>
          <w:szCs w:val="24"/>
          <w:lang w:val="en-GB" w:eastAsia="en-GB"/>
        </w:rPr>
        <w:t xml:space="preserve">The </w:t>
      </w:r>
      <w:r w:rsidRPr="00FA2FA7">
        <w:rPr>
          <w:rFonts w:ascii="Arial" w:eastAsia="Times New Roman" w:hAnsi="Arial" w:cs="Arial"/>
          <w:b/>
          <w:bCs/>
          <w:sz w:val="24"/>
          <w:szCs w:val="24"/>
          <w:lang w:val="en-GB" w:eastAsia="en-GB"/>
        </w:rPr>
        <w:t>Suggested Changes</w:t>
      </w:r>
      <w:r w:rsidRPr="00FA2FA7">
        <w:rPr>
          <w:rFonts w:ascii="Arial" w:eastAsia="Times New Roman" w:hAnsi="Arial" w:cs="Arial"/>
          <w:sz w:val="24"/>
          <w:szCs w:val="24"/>
          <w:lang w:val="en-GB" w:eastAsia="en-GB"/>
        </w:rPr>
        <w:t xml:space="preserve"> box indicates that DAERA have proposed amendments to your summary.  The summary will be reviewed by the </w:t>
      </w:r>
      <w:r w:rsidR="0011579F">
        <w:rPr>
          <w:rFonts w:ascii="Arial" w:eastAsia="Times New Roman" w:hAnsi="Arial" w:cs="Arial"/>
          <w:sz w:val="24"/>
          <w:szCs w:val="24"/>
          <w:lang w:val="en-GB" w:eastAsia="en-GB"/>
        </w:rPr>
        <w:t>Rural Needs Coordinator</w:t>
      </w:r>
      <w:r w:rsidRPr="00FA2FA7">
        <w:rPr>
          <w:rFonts w:ascii="Arial" w:eastAsia="Times New Roman" w:hAnsi="Arial" w:cs="Arial"/>
          <w:sz w:val="24"/>
          <w:szCs w:val="24"/>
          <w:lang w:val="en-GB" w:eastAsia="en-GB"/>
        </w:rPr>
        <w:t xml:space="preserve"> who </w:t>
      </w:r>
      <w:r w:rsidR="00D91EB0" w:rsidRPr="00FA2FA7">
        <w:rPr>
          <w:rFonts w:ascii="Arial" w:eastAsia="Times New Roman" w:hAnsi="Arial" w:cs="Arial"/>
          <w:sz w:val="24"/>
          <w:szCs w:val="24"/>
          <w:lang w:val="en-GB" w:eastAsia="en-GB"/>
        </w:rPr>
        <w:t xml:space="preserve">can </w:t>
      </w:r>
      <w:r w:rsidR="00F731FC" w:rsidRPr="00FA2FA7">
        <w:rPr>
          <w:rFonts w:ascii="Arial" w:eastAsia="Times New Roman" w:hAnsi="Arial" w:cs="Arial"/>
          <w:sz w:val="24"/>
          <w:szCs w:val="24"/>
          <w:lang w:val="en-GB" w:eastAsia="en-GB"/>
        </w:rPr>
        <w:t xml:space="preserve">then </w:t>
      </w:r>
      <w:r w:rsidR="00D91EB0" w:rsidRPr="00FA2FA7">
        <w:rPr>
          <w:rFonts w:ascii="Arial" w:eastAsia="Times New Roman" w:hAnsi="Arial" w:cs="Arial"/>
          <w:sz w:val="24"/>
          <w:szCs w:val="24"/>
          <w:lang w:val="en-GB" w:eastAsia="en-GB"/>
        </w:rPr>
        <w:t>r</w:t>
      </w:r>
      <w:r w:rsidRPr="00FA2FA7">
        <w:rPr>
          <w:rFonts w:ascii="Arial" w:eastAsia="Times New Roman" w:hAnsi="Arial" w:cs="Arial"/>
          <w:sz w:val="24"/>
          <w:szCs w:val="24"/>
          <w:lang w:val="en-GB" w:eastAsia="en-GB"/>
        </w:rPr>
        <w:t>eturn to its owner</w:t>
      </w:r>
      <w:r w:rsidR="00D91EB0" w:rsidRPr="00FA2FA7">
        <w:rPr>
          <w:rFonts w:ascii="Arial" w:eastAsia="Times New Roman" w:hAnsi="Arial" w:cs="Arial"/>
          <w:sz w:val="24"/>
          <w:szCs w:val="24"/>
          <w:lang w:val="en-GB" w:eastAsia="en-GB"/>
        </w:rPr>
        <w:t xml:space="preserve"> or</w:t>
      </w:r>
      <w:r w:rsidR="00F731FC" w:rsidRPr="00FA2FA7">
        <w:rPr>
          <w:rFonts w:ascii="Arial" w:eastAsia="Times New Roman" w:hAnsi="Arial" w:cs="Arial"/>
          <w:sz w:val="24"/>
          <w:szCs w:val="24"/>
          <w:lang w:val="en-GB" w:eastAsia="en-GB"/>
        </w:rPr>
        <w:t xml:space="preserve"> retain ownership and then </w:t>
      </w:r>
      <w:r w:rsidRPr="00FA2FA7">
        <w:rPr>
          <w:rFonts w:ascii="Arial" w:eastAsia="Times New Roman" w:hAnsi="Arial" w:cs="Arial"/>
          <w:sz w:val="24"/>
          <w:szCs w:val="24"/>
          <w:lang w:val="en-GB" w:eastAsia="en-GB"/>
        </w:rPr>
        <w:t>choose to accept or ignore the suggested changes.</w:t>
      </w:r>
    </w:p>
    <w:p w14:paraId="67A381AC" w14:textId="25399A87" w:rsidR="00A55540" w:rsidRPr="00FA2FA7" w:rsidRDefault="00A55540">
      <w:pPr>
        <w:pStyle w:val="ListParagraph"/>
        <w:numPr>
          <w:ilvl w:val="0"/>
          <w:numId w:val="11"/>
        </w:numPr>
        <w:rPr>
          <w:rFonts w:ascii="Arial" w:hAnsi="Arial" w:cs="Arial"/>
          <w:sz w:val="24"/>
          <w:szCs w:val="24"/>
          <w:lang w:val="en-GB"/>
        </w:rPr>
      </w:pPr>
      <w:r w:rsidRPr="00FA2FA7">
        <w:rPr>
          <w:noProof/>
          <w:sz w:val="24"/>
          <w:szCs w:val="24"/>
          <w:lang w:val="en-GB"/>
        </w:rPr>
        <w:lastRenderedPageBreak/>
        <mc:AlternateContent>
          <mc:Choice Requires="wps">
            <w:drawing>
              <wp:anchor distT="0" distB="0" distL="114300" distR="114300" simplePos="0" relativeHeight="252011008" behindDoc="0" locked="0" layoutInCell="1" allowOverlap="1" wp14:anchorId="4DC1286D" wp14:editId="0638AD8D">
                <wp:simplePos x="0" y="0"/>
                <wp:positionH relativeFrom="column">
                  <wp:posOffset>4996397</wp:posOffset>
                </wp:positionH>
                <wp:positionV relativeFrom="paragraph">
                  <wp:posOffset>638331</wp:posOffset>
                </wp:positionV>
                <wp:extent cx="333528" cy="147714"/>
                <wp:effectExtent l="38100" t="38100" r="85725" b="100330"/>
                <wp:wrapNone/>
                <wp:docPr id="796215133" name="Straight Arrow Connector 27"/>
                <wp:cNvGraphicFramePr/>
                <a:graphic xmlns:a="http://schemas.openxmlformats.org/drawingml/2006/main">
                  <a:graphicData uri="http://schemas.microsoft.com/office/word/2010/wordprocessingShape">
                    <wps:wsp>
                      <wps:cNvCnPr/>
                      <wps:spPr>
                        <a:xfrm>
                          <a:off x="0" y="0"/>
                          <a:ext cx="333528" cy="147714"/>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25D2105" id="Straight Arrow Connector 27" o:spid="_x0000_s1026" type="#_x0000_t32" style="position:absolute;margin-left:393.4pt;margin-top:50.25pt;width:26.25pt;height:11.65pt;z-index:25201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GrAwAEAAM8DAAAOAAAAZHJzL2Uyb0RvYy54bWysU9uO0zAQfUfiH6y80yTtwqKo6T50gRcE&#10;Ky4f4HXGiSXfNB6a5O+xnTZFgEBa7cvE9syZy5mT/d1kNDsBBuVsW9SbqmBgheuU7dvi+7f3r94W&#10;LBC3HdfOQlvMEIq7w8sX+9E3sHWD0x0gi0lsaEbfFgORb8oyiAEMDxvnwUandGg4xSv2ZYd8jNmN&#10;LrdV9aYcHXYenYAQ4uv94iwOOb+UIOizlAGI6baIvVG2mO1jsuVhz5seuR+UOLfBn9CF4crGomuq&#10;e06c/UD1RyqjBLrgJG2EM6WTUgnIM8Rp6uq3ab4O3EOeJZIT/EpTeL604tPpaB8w0jD60AT/gGmK&#10;SaJJ39gfmzJZ80oWTMREfNztdq+3cbsiuuqb29v6JpFZXsEeA30AZ1g6tEUg5Kof6OisjWtxWGfC&#10;+OljoAV4AaTK2iZLXOl3tmM0+6gdQsVtr+FcJ4WU167ziWYNC/wLSKa62Oc2l8mCgqNGduJRClwI&#10;sFSvmWJ0gkml9Qqs/g88xycoZLGt4GW4f1ZdEbmys7SCjbIO/1adpkvLcom/MLDMnSh4dN2c95mp&#10;iarJOzkrPMny13uGX//Dw08AAAD//wMAUEsDBBQABgAIAAAAIQDRoZaj3AAAAAsBAAAPAAAAZHJz&#10;L2Rvd25yZXYueG1sTI/NTsMwEITvSLyDtUjcqN0GQkjjVAipd9rCfRtvftTYjmInTd+e5QTH2RnN&#10;fFvsFtuLmcbQeadhvVIgyFXedK7R8HXaP2UgQkRnsPeONNwowK68vyswN/7qDjQfYyO4xIUcNbQx&#10;DrmUoWrJYlj5gRx7tR8tRpZjI82IVy63vdwolUqLneOFFgf6aKm6HCer4XNfzWmop8OpTsfb9/SM&#10;eFlQ68eH5X0LItIS/8Lwi8/oUDLT2U/OBNFreM1SRo9sKPUCghNZ8paAOPNlk2Qgy0L+/6H8AQAA&#10;//8DAFBLAQItABQABgAIAAAAIQC2gziS/gAAAOEBAAATAAAAAAAAAAAAAAAAAAAAAABbQ29udGVu&#10;dF9UeXBlc10ueG1sUEsBAi0AFAAGAAgAAAAhADj9If/WAAAAlAEAAAsAAAAAAAAAAAAAAAAALwEA&#10;AF9yZWxzLy5yZWxzUEsBAi0AFAAGAAgAAAAhAGQYasDAAQAAzwMAAA4AAAAAAAAAAAAAAAAALgIA&#10;AGRycy9lMm9Eb2MueG1sUEsBAi0AFAAGAAgAAAAhANGhlqPcAAAACwEAAA8AAAAAAAAAAAAAAAAA&#10;GgQAAGRycy9kb3ducmV2LnhtbFBLBQYAAAAABAAEAPMAAAAjBQAAAAA=&#10;" strokecolor="#4f81bd [3204]" strokeweight="2pt">
                <v:stroke endarrow="block"/>
                <v:shadow on="t" color="black" opacity="24903f" origin=",.5" offset="0,.55556mm"/>
              </v:shape>
            </w:pict>
          </mc:Fallback>
        </mc:AlternateContent>
      </w:r>
      <w:r w:rsidR="00BA66FB">
        <w:rPr>
          <w:rFonts w:ascii="Arial" w:hAnsi="Arial" w:cs="Arial"/>
          <w:sz w:val="24"/>
          <w:szCs w:val="24"/>
          <w:lang w:val="en-GB"/>
        </w:rPr>
        <w:t xml:space="preserve"> </w:t>
      </w:r>
      <w:r w:rsidRPr="00FA2FA7">
        <w:rPr>
          <w:rFonts w:ascii="Arial" w:hAnsi="Arial" w:cs="Arial"/>
          <w:sz w:val="24"/>
          <w:szCs w:val="24"/>
          <w:lang w:val="en-GB"/>
        </w:rPr>
        <w:t xml:space="preserve">Select </w:t>
      </w:r>
      <w:r w:rsidRPr="00FA2FA7">
        <w:rPr>
          <w:rFonts w:ascii="Arial" w:hAnsi="Arial" w:cs="Arial"/>
          <w:b/>
          <w:bCs/>
          <w:sz w:val="24"/>
          <w:szCs w:val="24"/>
          <w:lang w:val="en-GB"/>
        </w:rPr>
        <w:t xml:space="preserve">View my Summaries </w:t>
      </w:r>
      <w:r w:rsidRPr="00FA2FA7">
        <w:rPr>
          <w:rFonts w:ascii="Arial" w:hAnsi="Arial" w:cs="Arial"/>
          <w:sz w:val="24"/>
          <w:szCs w:val="24"/>
          <w:lang w:val="en-GB"/>
        </w:rPr>
        <w:t>to see all Summaries you have created.</w:t>
      </w:r>
    </w:p>
    <w:p w14:paraId="06B28BB7" w14:textId="77777777" w:rsidR="00A55540" w:rsidRPr="00684C6D" w:rsidRDefault="00A55540" w:rsidP="00A55540">
      <w:pPr>
        <w:pStyle w:val="ListParagraph"/>
        <w:ind w:left="643"/>
        <w:rPr>
          <w:rFonts w:ascii="Arial" w:hAnsi="Arial" w:cs="Arial"/>
          <w:lang w:val="en-GB"/>
        </w:rPr>
      </w:pPr>
      <w:r w:rsidRPr="00684C6D">
        <w:rPr>
          <w:rFonts w:ascii="Arial" w:hAnsi="Arial" w:cs="Arial"/>
          <w:noProof/>
          <w:lang w:val="en-GB"/>
        </w:rPr>
        <mc:AlternateContent>
          <mc:Choice Requires="wps">
            <w:drawing>
              <wp:anchor distT="0" distB="0" distL="114300" distR="114300" simplePos="0" relativeHeight="252020224" behindDoc="0" locked="0" layoutInCell="1" allowOverlap="1" wp14:anchorId="4766A66E" wp14:editId="22294F59">
                <wp:simplePos x="0" y="0"/>
                <wp:positionH relativeFrom="column">
                  <wp:posOffset>1055370</wp:posOffset>
                </wp:positionH>
                <wp:positionV relativeFrom="paragraph">
                  <wp:posOffset>25400</wp:posOffset>
                </wp:positionV>
                <wp:extent cx="2776220" cy="1006475"/>
                <wp:effectExtent l="38100" t="38100" r="81280" b="98425"/>
                <wp:wrapSquare wrapText="bothSides"/>
                <wp:docPr id="874575570" name="Straight Arrow Connector 2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2776220" cy="1006475"/>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FE6C4A0" id="Straight Arrow Connector 27" o:spid="_x0000_s1026" type="#_x0000_t32" alt="&quot;&quot;" style="position:absolute;margin-left:83.1pt;margin-top:2pt;width:218.6pt;height:79.25pt;z-index:25202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hYLvwEAANEDAAAOAAAAZHJzL2Uyb0RvYy54bWysU8uu0zAQ3SPxD5b3NA/BLYqa3kUvsEFw&#10;xeMDfJ1xYsmxrfHQJH+P7bQpAgQSYjOxPXPmcebkcD+Php0Bg3a25dWu5AysdJ22fcu/fnn74jVn&#10;gYTthHEWWr5A4PfH588Ok2+gdoMzHSCLSWxoJt/ygcg3RRHkAKMIO+fBRqdyOAqKV+yLDsUUs4+m&#10;qMvyrpgcdh6dhBDi68Pq5MecXymQ9FGpAMRMy2NvlC1m+5RscTyIpkfhBy0vbYh/6GIU2saiW6oH&#10;QYJ9Q/1LqlFLdMEp2kk3Fk4pLSHPEKepyp+m+TwID3mWSE7wG03h/6WVH84n+4iRhsmHJvhHTFPM&#10;Csf0jf2xOZO1bGTBTEzGx3q/v6vryKmMviqu4uX+VaKzuME9BnoHbmTp0PJAKHQ/0MlZGxfjsMqU&#10;ifP7QCvwCki1jU2WhDZvbMdo8VE9hFrY3sClTgopbn3nEy0GVvgnUEx3qdNcJksKTgbZWUQxCCnB&#10;UrVlitEJprQxG7D8O/ASn6CQ5baB1+H+WHVD5MrO0gYetXX4u+o0X1tWa/yVgXXuRMGT65a80UxN&#10;1E3eyUXjSZg/3jP89icevwMAAP//AwBQSwMEFAAGAAgAAAAhAKkl+D3YAAAACQEAAA8AAABkcnMv&#10;ZG93bnJldi54bWxMj8tOwzAQRfdI/IM1SOyoQwgWCnEqhNQ9bWE/jZ2HGo8j20nTv2e6guXVubqP&#10;aru6USw2xMGThudNBsJS481AnYbv4+7pDURMSAZHT1bD1UbY1vd3FZbGX2hvl0PqBIdQLFFDn9JU&#10;Shmb3jqMGz9ZYtb64DCxDJ00AS8c7kaZZ5mSDgfihh4n+9nb5nyYnYavXbOo2M77Y6vC9WcuEM8r&#10;av34sH68g0h2TX9muM3n6VDzppOfyUQxslYqZ6uGgi8xV9lLAeJ0A/kryLqS/x/UvwAAAP//AwBQ&#10;SwECLQAUAAYACAAAACEAtoM4kv4AAADhAQAAEwAAAAAAAAAAAAAAAAAAAAAAW0NvbnRlbnRfVHlw&#10;ZXNdLnhtbFBLAQItABQABgAIAAAAIQA4/SH/1gAAAJQBAAALAAAAAAAAAAAAAAAAAC8BAABfcmVs&#10;cy8ucmVsc1BLAQItABQABgAIAAAAIQAj7hYLvwEAANEDAAAOAAAAAAAAAAAAAAAAAC4CAABkcnMv&#10;ZTJvRG9jLnhtbFBLAQItABQABgAIAAAAIQCpJfg92AAAAAkBAAAPAAAAAAAAAAAAAAAAABkEAABk&#10;cnMvZG93bnJldi54bWxQSwUGAAAAAAQABADzAAAAHgUAAAAA&#10;" strokecolor="#4f81bd [3204]" strokeweight="2pt">
                <v:stroke endarrow="block"/>
                <v:shadow on="t" color="black" opacity="24903f" origin=",.5" offset="0,.55556mm"/>
                <w10:wrap type="square"/>
              </v:shape>
            </w:pict>
          </mc:Fallback>
        </mc:AlternateContent>
      </w:r>
      <w:r w:rsidRPr="00684C6D">
        <w:rPr>
          <w:rFonts w:ascii="Arial" w:hAnsi="Arial" w:cs="Arial"/>
          <w:noProof/>
          <w:lang w:val="en-GB"/>
        </w:rPr>
        <w:drawing>
          <wp:anchor distT="0" distB="0" distL="114300" distR="114300" simplePos="0" relativeHeight="252012032" behindDoc="0" locked="0" layoutInCell="1" allowOverlap="1" wp14:anchorId="028EF607" wp14:editId="5B6E8279">
            <wp:simplePos x="0" y="0"/>
            <wp:positionH relativeFrom="margin">
              <wp:posOffset>1922145</wp:posOffset>
            </wp:positionH>
            <wp:positionV relativeFrom="paragraph">
              <wp:posOffset>121285</wp:posOffset>
            </wp:positionV>
            <wp:extent cx="3642360" cy="1191260"/>
            <wp:effectExtent l="0" t="0" r="0" b="8890"/>
            <wp:wrapSquare wrapText="bothSides"/>
            <wp:docPr id="112219124" name="Picture 1" descr="Dashboard showing submission information and a ‘My summaries’ pa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219124" name="Picture 1" descr="Dashboard showing submission information and a ‘My summaries’ panel."/>
                    <pic:cNvPicPr/>
                  </pic:nvPicPr>
                  <pic:blipFill>
                    <a:blip r:embed="rId61"/>
                    <a:stretch>
                      <a:fillRect/>
                    </a:stretch>
                  </pic:blipFill>
                  <pic:spPr>
                    <a:xfrm>
                      <a:off x="0" y="0"/>
                      <a:ext cx="3642360" cy="1191260"/>
                    </a:xfrm>
                    <a:prstGeom prst="rect">
                      <a:avLst/>
                    </a:prstGeom>
                  </pic:spPr>
                </pic:pic>
              </a:graphicData>
            </a:graphic>
            <wp14:sizeRelH relativeFrom="margin">
              <wp14:pctWidth>0</wp14:pctWidth>
            </wp14:sizeRelH>
            <wp14:sizeRelV relativeFrom="margin">
              <wp14:pctHeight>0</wp14:pctHeight>
            </wp14:sizeRelV>
          </wp:anchor>
        </w:drawing>
      </w:r>
    </w:p>
    <w:p w14:paraId="0AA691FF" w14:textId="77777777" w:rsidR="00A55540" w:rsidRPr="00684C6D" w:rsidRDefault="00A55540" w:rsidP="00A55540">
      <w:pPr>
        <w:pStyle w:val="ListParagraph"/>
        <w:ind w:left="643"/>
        <w:rPr>
          <w:rFonts w:ascii="Arial" w:hAnsi="Arial" w:cs="Arial"/>
          <w:lang w:val="en-GB"/>
        </w:rPr>
      </w:pPr>
    </w:p>
    <w:p w14:paraId="333BA50D" w14:textId="77777777" w:rsidR="00A55540" w:rsidRPr="00684C6D" w:rsidRDefault="00A55540" w:rsidP="00A55540">
      <w:pPr>
        <w:pStyle w:val="ListParagraph"/>
        <w:ind w:left="643"/>
        <w:rPr>
          <w:rFonts w:ascii="Arial" w:hAnsi="Arial" w:cs="Arial"/>
          <w:lang w:val="en-GB"/>
        </w:rPr>
      </w:pPr>
    </w:p>
    <w:p w14:paraId="1237AD28" w14:textId="77777777" w:rsidR="00A55540" w:rsidRPr="00684C6D" w:rsidRDefault="00A55540" w:rsidP="00A55540">
      <w:pPr>
        <w:pStyle w:val="ListParagraph"/>
        <w:ind w:left="643"/>
        <w:rPr>
          <w:rFonts w:ascii="Arial" w:hAnsi="Arial" w:cs="Arial"/>
          <w:lang w:val="en-GB"/>
        </w:rPr>
      </w:pPr>
    </w:p>
    <w:p w14:paraId="7CFA8B4E" w14:textId="77777777" w:rsidR="00A55540" w:rsidRPr="00684C6D" w:rsidRDefault="00A55540" w:rsidP="00A55540">
      <w:pPr>
        <w:pStyle w:val="ListParagraph"/>
        <w:ind w:left="643"/>
        <w:rPr>
          <w:rFonts w:ascii="Arial" w:hAnsi="Arial" w:cs="Arial"/>
          <w:lang w:val="en-GB"/>
        </w:rPr>
      </w:pPr>
    </w:p>
    <w:p w14:paraId="32BF1CE2" w14:textId="77777777" w:rsidR="00A55540" w:rsidRPr="00684C6D" w:rsidRDefault="00A55540" w:rsidP="00A55540">
      <w:pPr>
        <w:pStyle w:val="ListParagraph"/>
        <w:ind w:left="643"/>
        <w:rPr>
          <w:rFonts w:ascii="Arial" w:hAnsi="Arial" w:cs="Arial"/>
          <w:lang w:val="en-GB"/>
        </w:rPr>
      </w:pPr>
    </w:p>
    <w:p w14:paraId="68C3D328" w14:textId="77777777" w:rsidR="00A55540" w:rsidRPr="00684C6D" w:rsidRDefault="00A55540" w:rsidP="00A55540">
      <w:pPr>
        <w:pStyle w:val="ListParagraph"/>
        <w:ind w:left="643"/>
        <w:rPr>
          <w:rFonts w:ascii="Arial" w:hAnsi="Arial" w:cs="Arial"/>
          <w:lang w:val="en-GB"/>
        </w:rPr>
      </w:pPr>
    </w:p>
    <w:p w14:paraId="3B888331" w14:textId="77777777" w:rsidR="00A55540" w:rsidRPr="00684C6D" w:rsidRDefault="00A55540" w:rsidP="00A55540">
      <w:pPr>
        <w:pStyle w:val="ListParagraph"/>
        <w:ind w:left="643"/>
        <w:rPr>
          <w:rFonts w:ascii="Arial" w:hAnsi="Arial" w:cs="Arial"/>
          <w:lang w:val="en-GB"/>
        </w:rPr>
      </w:pPr>
    </w:p>
    <w:p w14:paraId="7F1DCA96" w14:textId="77777777" w:rsidR="00A55540" w:rsidRPr="00684C6D" w:rsidRDefault="00A55540" w:rsidP="00A55540">
      <w:pPr>
        <w:pStyle w:val="ListParagraph"/>
        <w:ind w:left="643"/>
        <w:rPr>
          <w:rFonts w:ascii="Arial" w:hAnsi="Arial" w:cs="Arial"/>
          <w:lang w:val="en-GB"/>
        </w:rPr>
      </w:pPr>
    </w:p>
    <w:p w14:paraId="2559E257" w14:textId="77777777" w:rsidR="004F3E30" w:rsidRPr="00684C6D" w:rsidRDefault="004F3E30" w:rsidP="00A55540">
      <w:pPr>
        <w:pStyle w:val="ListParagraph"/>
        <w:ind w:left="643"/>
        <w:rPr>
          <w:rFonts w:ascii="Arial" w:hAnsi="Arial" w:cs="Arial"/>
          <w:lang w:val="en-GB"/>
        </w:rPr>
      </w:pPr>
    </w:p>
    <w:p w14:paraId="15A7327D" w14:textId="77777777" w:rsidR="004F3E30" w:rsidRPr="00684C6D" w:rsidRDefault="004F3E30" w:rsidP="00A55540">
      <w:pPr>
        <w:pStyle w:val="ListParagraph"/>
        <w:ind w:left="643"/>
        <w:rPr>
          <w:rFonts w:ascii="Arial" w:hAnsi="Arial" w:cs="Arial"/>
          <w:lang w:val="en-GB"/>
        </w:rPr>
      </w:pPr>
    </w:p>
    <w:p w14:paraId="34F1C9E3" w14:textId="77777777" w:rsidR="00A55540" w:rsidRPr="00684C6D" w:rsidRDefault="00A55540" w:rsidP="00A55540">
      <w:pPr>
        <w:pStyle w:val="ListParagraph"/>
        <w:ind w:left="643"/>
        <w:rPr>
          <w:rFonts w:ascii="Arial" w:hAnsi="Arial" w:cs="Arial"/>
          <w:lang w:val="en-GB"/>
        </w:rPr>
      </w:pPr>
      <w:r w:rsidRPr="00684C6D">
        <w:rPr>
          <w:rFonts w:ascii="Arial" w:hAnsi="Arial" w:cs="Arial"/>
          <w:noProof/>
          <w:lang w:val="en-GB"/>
        </w:rPr>
        <w:drawing>
          <wp:anchor distT="0" distB="0" distL="114300" distR="114300" simplePos="0" relativeHeight="252009984" behindDoc="0" locked="0" layoutInCell="1" allowOverlap="1" wp14:anchorId="0FF9880C" wp14:editId="5598F7F4">
            <wp:simplePos x="0" y="0"/>
            <wp:positionH relativeFrom="column">
              <wp:posOffset>2345055</wp:posOffset>
            </wp:positionH>
            <wp:positionV relativeFrom="paragraph">
              <wp:posOffset>59690</wp:posOffset>
            </wp:positionV>
            <wp:extent cx="4017645" cy="2368550"/>
            <wp:effectExtent l="0" t="0" r="1905" b="0"/>
            <wp:wrapSquare wrapText="bothSides"/>
            <wp:docPr id="12406740" name="Picture 1" descr="Summaries page with filter options for keyword, assigned user, and status, and a results table listing available summa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06740" name="Picture 1" descr="Summaries page with filter options for keyword, assigned user, and status, and a results table listing available summaries."/>
                    <pic:cNvPicPr/>
                  </pic:nvPicPr>
                  <pic:blipFill>
                    <a:blip r:embed="rId63"/>
                    <a:stretch>
                      <a:fillRect/>
                    </a:stretch>
                  </pic:blipFill>
                  <pic:spPr>
                    <a:xfrm>
                      <a:off x="0" y="0"/>
                      <a:ext cx="4017645" cy="2368550"/>
                    </a:xfrm>
                    <a:prstGeom prst="rect">
                      <a:avLst/>
                    </a:prstGeom>
                  </pic:spPr>
                </pic:pic>
              </a:graphicData>
            </a:graphic>
            <wp14:sizeRelH relativeFrom="margin">
              <wp14:pctWidth>0</wp14:pctWidth>
            </wp14:sizeRelH>
            <wp14:sizeRelV relativeFrom="margin">
              <wp14:pctHeight>0</wp14:pctHeight>
            </wp14:sizeRelV>
          </wp:anchor>
        </w:drawing>
      </w:r>
    </w:p>
    <w:p w14:paraId="3ADAEACC" w14:textId="77777777" w:rsidR="00A55540" w:rsidRPr="00684C6D" w:rsidRDefault="00A55540" w:rsidP="00A55540">
      <w:pPr>
        <w:pStyle w:val="ListParagraph"/>
        <w:ind w:left="643"/>
        <w:rPr>
          <w:rFonts w:ascii="Arial" w:hAnsi="Arial" w:cs="Arial"/>
          <w:lang w:val="en-GB"/>
        </w:rPr>
      </w:pPr>
    </w:p>
    <w:p w14:paraId="1A614C79" w14:textId="77777777" w:rsidR="00700BED" w:rsidRPr="00FA2FA7" w:rsidRDefault="00700BED">
      <w:pPr>
        <w:pStyle w:val="ListParagraph"/>
        <w:numPr>
          <w:ilvl w:val="0"/>
          <w:numId w:val="11"/>
        </w:numPr>
        <w:rPr>
          <w:rFonts w:ascii="Arial" w:hAnsi="Arial" w:cs="Arial"/>
          <w:sz w:val="24"/>
          <w:szCs w:val="24"/>
          <w:lang w:val="en-GB"/>
        </w:rPr>
      </w:pPr>
      <w:r w:rsidRPr="00FA2FA7">
        <w:rPr>
          <w:rFonts w:ascii="Arial" w:hAnsi="Arial" w:cs="Arial"/>
          <w:noProof/>
          <w:sz w:val="24"/>
          <w:szCs w:val="24"/>
          <w:lang w:val="en-GB"/>
        </w:rPr>
        <mc:AlternateContent>
          <mc:Choice Requires="wps">
            <w:drawing>
              <wp:anchor distT="0" distB="0" distL="114300" distR="114300" simplePos="0" relativeHeight="252013056" behindDoc="0" locked="0" layoutInCell="1" allowOverlap="1" wp14:anchorId="5490180A" wp14:editId="14ECB509">
                <wp:simplePos x="0" y="0"/>
                <wp:positionH relativeFrom="column">
                  <wp:posOffset>2082800</wp:posOffset>
                </wp:positionH>
                <wp:positionV relativeFrom="paragraph">
                  <wp:posOffset>501015</wp:posOffset>
                </wp:positionV>
                <wp:extent cx="331470" cy="647700"/>
                <wp:effectExtent l="57150" t="38100" r="49530" b="76200"/>
                <wp:wrapNone/>
                <wp:docPr id="801801276" name="Straight Arrow Connector 2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331470" cy="647700"/>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D6E030E" id="Straight Arrow Connector 27" o:spid="_x0000_s1026" type="#_x0000_t32" alt="&quot;&quot;" style="position:absolute;margin-left:164pt;margin-top:39.45pt;width:26.1pt;height:51pt;flip:y;z-index:25201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4nayQEAANkDAAAOAAAAZHJzL2Uyb0RvYy54bWysU02P0zAQvSPxHyzfadLuaouipnvoAhcE&#10;K1i4e51xYslfsocm/feMnTaLALHSisvIsee9mfdmsrudrGFHiEl71/L1quYMnPSddn3Lvz28f/OW&#10;s4TCdcJ4By0/QeK3+9evdmNoYOMHbzqIjEhcasbQ8gExNFWV5ABWpJUP4OhR+WgF0mfsqy6Kkdit&#10;qTZ1fVONPnYhegkp0e3d/Mj3hV8pkPhZqQTITMupNywxlviYY7XfiaaPIgxantsQL+jCCu2o6EJ1&#10;J1CwH1H/QWW1jD55hSvpbeWV0hKKBlKzrn9T83UQAYoWMieFxab0/2jlp+PB3UeyYQypSeE+ZhWT&#10;ipYpo8N3mmnRRZ2yqdh2WmyDCZmky6ur9fWWzJX0dHO93dbF1mqmyXQhJvwA3rJ8aHnCKHQ/4ME7&#10;RwPycS4hjh8TUiMEvAAy2LgcUWjzznUMT4G2CKMWrjeQx0fpOaV66r+c8GRghn8BxXRHfW6KkrJa&#10;cDCRHQUthZASHK4XJsrOMKWNWYD188BzfoZCWbsFPIv7Z9UFUSp7hwvYaufj36rjdGlZzfkXB2bd&#10;2YJH353KZIs1tD/Fq/Ou5wX99bvAn/7I/U8AAAD//wMAUEsDBBQABgAIAAAAIQDiHLZ53wAAAAoB&#10;AAAPAAAAZHJzL2Rvd25yZXYueG1sTI/LTsMwEEX3SPyDNUjsqF1Xom6IUyEQQmx4tGzYuckQR8Tj&#10;KHba8PcMK1iO5ujec8vtHHpxxDF1kSwsFwoEUh2bjloL7/uHKwMiZUeN6yOhhW9MsK3Oz0pXNPFE&#10;b3jc5VZwCKXCWfA5D4WUqfYYXFrEAYl/n3EMLvM5trIZ3YnDQy+1UtcyuI64wbsB7zzWX7spWHi9&#10;j+pZvwzeL2s9TUk/Pe7XH9ZeXsy3NyAyzvkPhl99VoeKnQ5xoiaJ3sJKG96SLazNBgQDK6M0iAOT&#10;Rm1AVqX8P6H6AQAA//8DAFBLAQItABQABgAIAAAAIQC2gziS/gAAAOEBAAATAAAAAAAAAAAAAAAA&#10;AAAAAABbQ29udGVudF9UeXBlc10ueG1sUEsBAi0AFAAGAAgAAAAhADj9If/WAAAAlAEAAAsAAAAA&#10;AAAAAAAAAAAALwEAAF9yZWxzLy5yZWxzUEsBAi0AFAAGAAgAAAAhAG8DidrJAQAA2QMAAA4AAAAA&#10;AAAAAAAAAAAALgIAAGRycy9lMm9Eb2MueG1sUEsBAi0AFAAGAAgAAAAhAOIctnnfAAAACgEAAA8A&#10;AAAAAAAAAAAAAAAAIwQAAGRycy9kb3ducmV2LnhtbFBLBQYAAAAABAAEAPMAAAAvBQAAAAA=&#10;" strokecolor="#4f81bd [3204]" strokeweight="2pt">
                <v:stroke endarrow="block"/>
                <v:shadow on="t" color="black" opacity="24903f" origin=",.5" offset="0,.55556mm"/>
              </v:shape>
            </w:pict>
          </mc:Fallback>
        </mc:AlternateContent>
      </w:r>
      <w:r w:rsidRPr="00FA2FA7">
        <w:rPr>
          <w:rFonts w:ascii="Arial" w:hAnsi="Arial" w:cs="Arial"/>
          <w:noProof/>
          <w:sz w:val="24"/>
          <w:szCs w:val="24"/>
          <w:lang w:val="en-GB"/>
        </w:rPr>
        <mc:AlternateContent>
          <mc:Choice Requires="wps">
            <w:drawing>
              <wp:anchor distT="0" distB="0" distL="114300" distR="114300" simplePos="0" relativeHeight="252014080" behindDoc="0" locked="0" layoutInCell="1" allowOverlap="1" wp14:anchorId="41BC05BB" wp14:editId="25D5C4D4">
                <wp:simplePos x="0" y="0"/>
                <wp:positionH relativeFrom="column">
                  <wp:posOffset>2070100</wp:posOffset>
                </wp:positionH>
                <wp:positionV relativeFrom="paragraph">
                  <wp:posOffset>774065</wp:posOffset>
                </wp:positionV>
                <wp:extent cx="392430" cy="400050"/>
                <wp:effectExtent l="38100" t="38100" r="64770" b="76200"/>
                <wp:wrapNone/>
                <wp:docPr id="608813760" name="Straight Arrow Connector 2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392430" cy="400050"/>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48B3095" id="Straight Arrow Connector 27" o:spid="_x0000_s1026" type="#_x0000_t32" alt="&quot;&quot;" style="position:absolute;margin-left:163pt;margin-top:60.95pt;width:30.9pt;height:31.5pt;flip:y;z-index:25201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QLLyAEAANkDAAAOAAAAZHJzL2Uyb0RvYy54bWysU02P0zAQvSPxHyzfadLugiBquocucEGw&#10;4mPvXmecWPKX7KFJ/j1jp80iQKyEuIwce96beW8m+5vJGnaCmLR3Ld9uas7ASd9p17f829d3L15z&#10;llC4ThjvoOUzJH5zeP5sP4YGdn7wpoPIiMSlZgwtHxBDU1VJDmBF2vgAjh6Vj1Ygfca+6qIYid2a&#10;alfXr6rRxy5ELyElur1dHvmh8CsFEj8plQCZaTn1hiXGEh9yrA570fRRhEHLcxviH7qwQjsqulLd&#10;ChTse9S/UVkto09e4UZ6W3mltISigdRs61/UfBlEgKKFzElhtSn9P1r58XR0d5FsGENqUriLWcWk&#10;omXK6HBPMy26qFM2Fdvm1TaYkEm6vHqzu74icyU9Xdd1/bLYWi00mS7EhO/BW5YPLU8Yhe4HPHrn&#10;aEA+LiXE6UNCaoSAF0AGG5cjCm3euo7hHGiLMGrhegN5fJSeU6rH/ssJZwML/DMopjvqc1eUlNWC&#10;o4nsJGgphJTgcLsyUXaGKW3MCqyfBp7zMxTK2q3gRdxfq66IUtk7XMFWOx//VB2nS8tqyb84sOjO&#10;Fjz4bi6TLdbQ/hSvzrueF/Tn7wJ//CMPPwAAAP//AwBQSwMEFAAGAAgAAAAhABnjpqzgAAAACwEA&#10;AA8AAABkcnMvZG93bnJldi54bWxMj81OwzAQhO9IvIO1SNyoExe1aYhTIRBCXPhpuXBz4yWOiNdR&#10;7LTh7VlOcNyZ0ex81Xb2vTjiGLtAGvJFBgKpCbajVsP7/uGqABGTIWv6QKjhGyNs6/OzypQ2nOgN&#10;j7vUCi6hWBoNLqWhlDI2Dr2JizAgsfcZRm8Sn2Mr7WhOXO57qbJsJb3piD84M+Cdw+ZrN3kNr/ch&#10;e1Yvg3N5o6YpqqfH/fpD68uL+fYGRMI5/YXhdz5Ph5o3HcJENopew1KtmCWxofINCE4sizXDHFgp&#10;rjcg60r+Z6h/AAAA//8DAFBLAQItABQABgAIAAAAIQC2gziS/gAAAOEBAAATAAAAAAAAAAAAAAAA&#10;AAAAAABbQ29udGVudF9UeXBlc10ueG1sUEsBAi0AFAAGAAgAAAAhADj9If/WAAAAlAEAAAsAAAAA&#10;AAAAAAAAAAAALwEAAF9yZWxzLy5yZWxzUEsBAi0AFAAGAAgAAAAhAKtxAsvIAQAA2QMAAA4AAAAA&#10;AAAAAAAAAAAALgIAAGRycy9lMm9Eb2MueG1sUEsBAi0AFAAGAAgAAAAhABnjpqzgAAAACwEAAA8A&#10;AAAAAAAAAAAAAAAAIgQAAGRycy9kb3ducmV2LnhtbFBLBQYAAAAABAAEAPMAAAAvBQAAAAA=&#10;" strokecolor="#4f81bd [3204]" strokeweight="2pt">
                <v:stroke endarrow="block"/>
                <v:shadow on="t" color="black" opacity="24903f" origin=",.5" offset="0,.55556mm"/>
              </v:shape>
            </w:pict>
          </mc:Fallback>
        </mc:AlternateContent>
      </w:r>
      <w:r w:rsidR="00A55540" w:rsidRPr="00FA2FA7">
        <w:rPr>
          <w:rFonts w:ascii="Arial" w:hAnsi="Arial" w:cs="Arial"/>
          <w:sz w:val="24"/>
          <w:szCs w:val="24"/>
          <w:lang w:val="en-GB"/>
        </w:rPr>
        <w:t xml:space="preserve">If you have multiple summaries in progress, you can use the filter options at the top of the page to help you find the one you need. </w:t>
      </w:r>
    </w:p>
    <w:p w14:paraId="484D028C" w14:textId="77777777" w:rsidR="00700BED" w:rsidRPr="00FA2FA7" w:rsidRDefault="00700BED" w:rsidP="00700BED">
      <w:pPr>
        <w:pStyle w:val="ListParagraph"/>
        <w:ind w:left="360"/>
        <w:rPr>
          <w:rFonts w:ascii="Arial" w:hAnsi="Arial" w:cs="Arial"/>
          <w:sz w:val="24"/>
          <w:szCs w:val="24"/>
          <w:lang w:val="en-GB"/>
        </w:rPr>
      </w:pPr>
    </w:p>
    <w:p w14:paraId="1A726856" w14:textId="77777777" w:rsidR="00700BED" w:rsidRPr="00FA2FA7" w:rsidRDefault="00700BED" w:rsidP="00700BED">
      <w:pPr>
        <w:pStyle w:val="ListParagraph"/>
        <w:ind w:left="360"/>
        <w:rPr>
          <w:rFonts w:ascii="Arial" w:hAnsi="Arial" w:cs="Arial"/>
          <w:sz w:val="24"/>
          <w:szCs w:val="24"/>
          <w:lang w:val="en-GB"/>
        </w:rPr>
      </w:pPr>
    </w:p>
    <w:p w14:paraId="4921F07A" w14:textId="51548F9C" w:rsidR="00A55540" w:rsidRPr="00FA2FA7" w:rsidRDefault="00F731FC" w:rsidP="00700BED">
      <w:pPr>
        <w:pStyle w:val="ListParagraph"/>
        <w:ind w:left="360"/>
        <w:rPr>
          <w:rFonts w:ascii="Arial" w:hAnsi="Arial" w:cs="Arial"/>
          <w:sz w:val="24"/>
          <w:szCs w:val="24"/>
          <w:lang w:val="en-GB"/>
        </w:rPr>
      </w:pPr>
      <w:r w:rsidRPr="00FA2FA7">
        <w:rPr>
          <w:rFonts w:ascii="Arial" w:hAnsi="Arial" w:cs="Arial"/>
          <w:noProof/>
          <w:sz w:val="24"/>
          <w:szCs w:val="24"/>
          <w:lang w:val="en-GB"/>
        </w:rPr>
        <mc:AlternateContent>
          <mc:Choice Requires="wps">
            <w:drawing>
              <wp:anchor distT="0" distB="0" distL="114300" distR="114300" simplePos="0" relativeHeight="252017152" behindDoc="0" locked="0" layoutInCell="1" allowOverlap="1" wp14:anchorId="2F634524" wp14:editId="57E9E0B3">
                <wp:simplePos x="0" y="0"/>
                <wp:positionH relativeFrom="margin">
                  <wp:posOffset>2752725</wp:posOffset>
                </wp:positionH>
                <wp:positionV relativeFrom="paragraph">
                  <wp:posOffset>402590</wp:posOffset>
                </wp:positionV>
                <wp:extent cx="156210" cy="617855"/>
                <wp:effectExtent l="57150" t="38100" r="53340" b="86995"/>
                <wp:wrapSquare wrapText="bothSides"/>
                <wp:docPr id="1647699932" name="Straight Arrow Connector 2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156210" cy="617855"/>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FE8B2B4" id="Straight Arrow Connector 27" o:spid="_x0000_s1026" type="#_x0000_t32" alt="&quot;&quot;" style="position:absolute;margin-left:216.75pt;margin-top:31.7pt;width:12.3pt;height:48.65pt;flip:y;z-index:25201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j6XxgEAANkDAAAOAAAAZHJzL2Uyb0RvYy54bWysU8GO0zAQvSPxD5bvNEmlllXUdA9d4IJg&#10;BSx3rzNOLDm2ZQ9N8veMnTaLAIG02svIsee9mfdmcridBsPOEKJ2tuHVpuQMrHSttl3DH769f3PD&#10;WURhW2GchYbPEPnt8fWrw+hr2LremRYCIxIb69E3vEf0dVFE2cMg4sZ5sPSoXBgE0mfoijaIkdgH&#10;U2zLcl+MLrQ+OAkx0u3d8siPmV8pkPhZqQjITMOpN8wx5PiYYnE8iLoLwvdaXtoQz+hiENpS0ZXq&#10;TqBgP4L+g2rQMrjoFG6kGwqnlJaQNZCaqvxNzddeeMhayJzoV5viy9HKT+eTvQ9kw+hjHf19SCom&#10;FQamjPbfaaZZF3XKpmzbvNoGEzJJl9Vuv63IXElP++rtzW6XbC0WmkTnQ8QP4AaWDg2PGITuejw5&#10;a2lALiwlxPljxAV4BSSwsSmi0OadbRnOnrYIgxa2M3Cpk1KKp/7zCWcDC/wLKKZb6nObleTVgpMJ&#10;7CxoKYSUYLFamSg7wZQ2ZgWW/wde8hMU8tqt4EXcP6uuiFzZWVzBg7Yu/K06TteW1ZJ/dWDRnSx4&#10;dO2cJ5utof3JM7nselrQX78z/OmPPP4EAAD//wMAUEsDBBQABgAIAAAAIQC4QOSY4AAAAAoBAAAP&#10;AAAAZHJzL2Rvd25yZXYueG1sTI/LTsMwEEX3SPyDNUjsqJ1H0yqNUyEQQmwotGy6c+MhjojtKHba&#10;8PcMK1iO7tG9Z6rtbHt2xjF03klIFgIYusbrzrUSPg5Pd2tgISqnVe8dSvjGANv6+qpSpfYX947n&#10;fWwZlbhQKgkmxqHkPDQGrQoLP6Cj7NOPVkU6x5brUV2o3PY8FaLgVnWOFowa8MFg87WfrIS3Ry9e&#10;091gTNKk0xTSl+fD6ijl7c18vwEWcY5/MPzqkzrU5HTyk9OB9RLyLFsSKqHIcmAE5Mt1AuxEZCFW&#10;wOuK/3+h/gEAAP//AwBQSwECLQAUAAYACAAAACEAtoM4kv4AAADhAQAAEwAAAAAAAAAAAAAAAAAA&#10;AAAAW0NvbnRlbnRfVHlwZXNdLnhtbFBLAQItABQABgAIAAAAIQA4/SH/1gAAAJQBAAALAAAAAAAA&#10;AAAAAAAAAC8BAABfcmVscy8ucmVsc1BLAQItABQABgAIAAAAIQBrBj6XxgEAANkDAAAOAAAAAAAA&#10;AAAAAAAAAC4CAABkcnMvZTJvRG9jLnhtbFBLAQItABQABgAIAAAAIQC4QOSY4AAAAAoBAAAPAAAA&#10;AAAAAAAAAAAAACAEAABkcnMvZG93bnJldi54bWxQSwUGAAAAAAQABADzAAAALQUAAAAA&#10;" strokecolor="#4f81bd [3204]" strokeweight="2pt">
                <v:stroke endarrow="block"/>
                <v:shadow on="t" color="black" opacity="24903f" origin=",.5" offset="0,.55556mm"/>
                <w10:wrap type="square" anchorx="margin"/>
              </v:shape>
            </w:pict>
          </mc:Fallback>
        </mc:AlternateContent>
      </w:r>
      <w:r w:rsidR="00A55540" w:rsidRPr="00FA2FA7">
        <w:rPr>
          <w:rFonts w:ascii="Arial" w:hAnsi="Arial" w:cs="Arial"/>
          <w:sz w:val="24"/>
          <w:szCs w:val="24"/>
          <w:lang w:val="en-GB"/>
        </w:rPr>
        <w:t xml:space="preserve">Select from the dropdown menus available and then </w:t>
      </w:r>
      <w:r w:rsidR="00A55540" w:rsidRPr="00D82BB0">
        <w:rPr>
          <w:rFonts w:ascii="Arial" w:hAnsi="Arial" w:cs="Arial"/>
          <w:b/>
          <w:bCs/>
          <w:sz w:val="24"/>
          <w:szCs w:val="24"/>
          <w:lang w:val="en-GB"/>
        </w:rPr>
        <w:t>Filter Summaries</w:t>
      </w:r>
      <w:r w:rsidR="00A55540" w:rsidRPr="00FA2FA7">
        <w:rPr>
          <w:rFonts w:ascii="Arial" w:hAnsi="Arial" w:cs="Arial"/>
          <w:b/>
          <w:bCs/>
          <w:i/>
          <w:iCs/>
          <w:sz w:val="24"/>
          <w:szCs w:val="24"/>
          <w:lang w:val="en-GB"/>
        </w:rPr>
        <w:t>.</w:t>
      </w:r>
    </w:p>
    <w:p w14:paraId="36134426" w14:textId="25F89BF8" w:rsidR="00A55540" w:rsidRPr="00FA2FA7" w:rsidRDefault="00A55540" w:rsidP="00A55540">
      <w:pPr>
        <w:pStyle w:val="ListParagraph"/>
        <w:rPr>
          <w:rFonts w:ascii="Arial" w:hAnsi="Arial" w:cs="Arial"/>
          <w:sz w:val="24"/>
          <w:szCs w:val="24"/>
          <w:lang w:val="en-GB"/>
        </w:rPr>
      </w:pPr>
    </w:p>
    <w:p w14:paraId="1C2A38C1" w14:textId="77777777" w:rsidR="00A55540" w:rsidRPr="00FA2FA7" w:rsidRDefault="00A55540" w:rsidP="00A55540">
      <w:pPr>
        <w:pStyle w:val="ListParagraph"/>
        <w:rPr>
          <w:rFonts w:ascii="Arial" w:hAnsi="Arial" w:cs="Arial"/>
          <w:sz w:val="24"/>
          <w:szCs w:val="24"/>
          <w:lang w:val="en-GB"/>
        </w:rPr>
      </w:pPr>
    </w:p>
    <w:p w14:paraId="1BC27E22" w14:textId="77777777" w:rsidR="00700BED" w:rsidRPr="00FA2FA7" w:rsidRDefault="00700BED" w:rsidP="00A55540">
      <w:pPr>
        <w:pStyle w:val="ListParagraph"/>
        <w:rPr>
          <w:rFonts w:ascii="Arial" w:hAnsi="Arial" w:cs="Arial"/>
          <w:sz w:val="24"/>
          <w:szCs w:val="24"/>
          <w:lang w:val="en-GB"/>
        </w:rPr>
      </w:pPr>
    </w:p>
    <w:p w14:paraId="1ACFFA84" w14:textId="77777777" w:rsidR="00A55540" w:rsidRPr="00FA2FA7" w:rsidRDefault="00A55540" w:rsidP="00A55540">
      <w:pPr>
        <w:pStyle w:val="ListParagraph"/>
        <w:jc w:val="right"/>
        <w:rPr>
          <w:rFonts w:ascii="Arial" w:hAnsi="Arial" w:cs="Arial"/>
          <w:sz w:val="24"/>
          <w:szCs w:val="24"/>
          <w:lang w:val="en-GB"/>
        </w:rPr>
      </w:pPr>
      <w:r w:rsidRPr="00FA2FA7">
        <w:rPr>
          <w:rFonts w:ascii="Arial" w:hAnsi="Arial" w:cs="Arial"/>
          <w:sz w:val="24"/>
          <w:szCs w:val="24"/>
          <w:lang w:val="en-GB"/>
        </w:rPr>
        <w:t>To revisit your summary, select the blue link under title column</w:t>
      </w:r>
    </w:p>
    <w:p w14:paraId="37CA487C" w14:textId="77777777" w:rsidR="00A55540" w:rsidRPr="00FA2FA7" w:rsidRDefault="00A55540" w:rsidP="00A55540">
      <w:pPr>
        <w:pStyle w:val="ListParagraph"/>
        <w:rPr>
          <w:rFonts w:ascii="Arial" w:hAnsi="Arial" w:cs="Arial"/>
          <w:sz w:val="24"/>
          <w:szCs w:val="24"/>
          <w:lang w:val="en-GB"/>
        </w:rPr>
      </w:pPr>
    </w:p>
    <w:p w14:paraId="664B8F2B" w14:textId="77777777" w:rsidR="00A55540" w:rsidRPr="00FA2FA7" w:rsidRDefault="00A55540" w:rsidP="00A55540">
      <w:pPr>
        <w:pStyle w:val="ListParagraph"/>
        <w:rPr>
          <w:rFonts w:ascii="Arial" w:hAnsi="Arial" w:cs="Arial"/>
          <w:sz w:val="24"/>
          <w:szCs w:val="24"/>
          <w:lang w:val="en-GB"/>
        </w:rPr>
      </w:pPr>
    </w:p>
    <w:p w14:paraId="7BC04174" w14:textId="77777777" w:rsidR="00A55540" w:rsidRPr="00684C6D" w:rsidRDefault="00A55540" w:rsidP="00A55540">
      <w:pPr>
        <w:pStyle w:val="ListParagraph"/>
        <w:rPr>
          <w:rFonts w:ascii="Arial" w:hAnsi="Arial" w:cs="Arial"/>
          <w:lang w:val="en-GB"/>
        </w:rPr>
      </w:pPr>
    </w:p>
    <w:p w14:paraId="199C015E" w14:textId="77777777" w:rsidR="00A55540" w:rsidRPr="00684C6D" w:rsidRDefault="00A55540" w:rsidP="00A55540">
      <w:pPr>
        <w:pStyle w:val="ListParagraph"/>
        <w:rPr>
          <w:rFonts w:ascii="Arial" w:hAnsi="Arial" w:cs="Arial"/>
          <w:lang w:val="en-GB"/>
        </w:rPr>
      </w:pPr>
    </w:p>
    <w:p w14:paraId="10ED414D" w14:textId="77777777" w:rsidR="00A55540" w:rsidRPr="00684C6D" w:rsidRDefault="00A55540" w:rsidP="00A55540">
      <w:pPr>
        <w:pStyle w:val="ListParagraph"/>
        <w:rPr>
          <w:rFonts w:ascii="Arial" w:hAnsi="Arial" w:cs="Arial"/>
          <w:lang w:val="en-GB"/>
        </w:rPr>
      </w:pPr>
    </w:p>
    <w:p w14:paraId="78EEEBC1" w14:textId="77777777" w:rsidR="00A55540" w:rsidRPr="00684C6D" w:rsidRDefault="00A55540" w:rsidP="00A55540">
      <w:pPr>
        <w:pStyle w:val="ListParagraph"/>
        <w:rPr>
          <w:rFonts w:ascii="Arial" w:hAnsi="Arial" w:cs="Arial"/>
          <w:lang w:val="en-GB"/>
        </w:rPr>
      </w:pPr>
    </w:p>
    <w:p w14:paraId="00D74194" w14:textId="77777777" w:rsidR="00A55540" w:rsidRPr="00684C6D" w:rsidRDefault="00A55540" w:rsidP="00A55540">
      <w:pPr>
        <w:pStyle w:val="ListParagraph"/>
        <w:rPr>
          <w:rFonts w:ascii="Arial" w:hAnsi="Arial" w:cs="Arial"/>
          <w:lang w:val="en-GB"/>
        </w:rPr>
      </w:pPr>
    </w:p>
    <w:p w14:paraId="5CFB84FC" w14:textId="77777777" w:rsidR="00A55540" w:rsidRPr="00684C6D" w:rsidRDefault="00A55540" w:rsidP="00A55540">
      <w:pPr>
        <w:pStyle w:val="ListParagraph"/>
        <w:rPr>
          <w:rFonts w:ascii="Arial" w:hAnsi="Arial" w:cs="Arial"/>
          <w:lang w:val="en-GB"/>
        </w:rPr>
      </w:pPr>
    </w:p>
    <w:p w14:paraId="3829968F" w14:textId="77777777" w:rsidR="00A55540" w:rsidRPr="00684C6D" w:rsidRDefault="00A55540" w:rsidP="00A55540">
      <w:pPr>
        <w:pStyle w:val="ListParagraph"/>
        <w:rPr>
          <w:rFonts w:ascii="Arial" w:hAnsi="Arial" w:cs="Arial"/>
          <w:lang w:val="en-GB"/>
        </w:rPr>
      </w:pPr>
    </w:p>
    <w:p w14:paraId="2E81B72E" w14:textId="77777777" w:rsidR="00A55540" w:rsidRPr="00684C6D" w:rsidRDefault="00A55540" w:rsidP="00A55540">
      <w:pPr>
        <w:pStyle w:val="ListParagraph"/>
        <w:rPr>
          <w:rFonts w:ascii="Arial" w:hAnsi="Arial" w:cs="Arial"/>
          <w:lang w:val="en-GB"/>
        </w:rPr>
      </w:pPr>
    </w:p>
    <w:p w14:paraId="415D2146" w14:textId="77777777" w:rsidR="00A55540" w:rsidRPr="00684C6D" w:rsidRDefault="00A55540" w:rsidP="00A55540">
      <w:pPr>
        <w:pStyle w:val="ListParagraph"/>
        <w:rPr>
          <w:rFonts w:ascii="Arial" w:hAnsi="Arial" w:cs="Arial"/>
          <w:lang w:val="en-GB"/>
        </w:rPr>
      </w:pPr>
    </w:p>
    <w:p w14:paraId="2CD251CC" w14:textId="77777777" w:rsidR="00A55540" w:rsidRPr="00684C6D" w:rsidRDefault="00A55540" w:rsidP="00A55540">
      <w:pPr>
        <w:pStyle w:val="ListParagraph"/>
        <w:rPr>
          <w:rFonts w:ascii="Arial" w:hAnsi="Arial" w:cs="Arial"/>
          <w:lang w:val="en-GB"/>
        </w:rPr>
      </w:pPr>
    </w:p>
    <w:p w14:paraId="1B98D102" w14:textId="77777777" w:rsidR="00A55540" w:rsidRPr="00684C6D" w:rsidRDefault="00A55540" w:rsidP="00A55540">
      <w:pPr>
        <w:pStyle w:val="ListParagraph"/>
        <w:rPr>
          <w:rFonts w:ascii="Arial" w:hAnsi="Arial" w:cs="Arial"/>
          <w:lang w:val="en-GB"/>
        </w:rPr>
      </w:pPr>
    </w:p>
    <w:p w14:paraId="509701A8" w14:textId="77777777" w:rsidR="00A55540" w:rsidRPr="00684C6D" w:rsidRDefault="00A55540" w:rsidP="00A55540">
      <w:pPr>
        <w:pStyle w:val="ListParagraph"/>
        <w:rPr>
          <w:rFonts w:ascii="Arial" w:hAnsi="Arial" w:cs="Arial"/>
          <w:lang w:val="en-GB"/>
        </w:rPr>
      </w:pPr>
    </w:p>
    <w:p w14:paraId="48AE04F9" w14:textId="77777777" w:rsidR="00A55540" w:rsidRPr="00684C6D" w:rsidRDefault="00A55540" w:rsidP="00A55540">
      <w:pPr>
        <w:pStyle w:val="ListParagraph"/>
        <w:rPr>
          <w:rFonts w:ascii="Arial" w:hAnsi="Arial" w:cs="Arial"/>
          <w:lang w:val="en-GB"/>
        </w:rPr>
      </w:pPr>
    </w:p>
    <w:p w14:paraId="57018DE3" w14:textId="77777777" w:rsidR="00A55540" w:rsidRPr="00684C6D" w:rsidRDefault="00A55540" w:rsidP="00A55540">
      <w:pPr>
        <w:pStyle w:val="ListParagraph"/>
        <w:rPr>
          <w:rFonts w:ascii="Arial" w:hAnsi="Arial" w:cs="Arial"/>
          <w:lang w:val="en-GB"/>
        </w:rPr>
      </w:pPr>
    </w:p>
    <w:p w14:paraId="71AD179A" w14:textId="0F97BB6A" w:rsidR="00A55540" w:rsidRPr="00BA66FB" w:rsidRDefault="00684C6D">
      <w:pPr>
        <w:pStyle w:val="ListParagraph"/>
        <w:numPr>
          <w:ilvl w:val="0"/>
          <w:numId w:val="11"/>
        </w:numPr>
        <w:rPr>
          <w:rFonts w:ascii="Arial" w:eastAsia="Times New Roman" w:hAnsi="Arial" w:cs="Arial"/>
          <w:lang w:val="en-GB" w:eastAsia="en-GB"/>
        </w:rPr>
      </w:pPr>
      <w:r w:rsidRPr="00BA66FB">
        <w:rPr>
          <w:rFonts w:ascii="Arial" w:eastAsia="Times New Roman" w:hAnsi="Arial" w:cs="Arial"/>
          <w:lang w:val="en-GB" w:eastAsia="en-GB"/>
        </w:rPr>
        <w:br w:type="page"/>
      </w:r>
      <w:r w:rsidR="00A55540" w:rsidRPr="00BA66FB">
        <w:rPr>
          <w:rFonts w:ascii="Arial" w:eastAsia="Times New Roman" w:hAnsi="Arial" w:cs="Arial"/>
          <w:sz w:val="24"/>
          <w:szCs w:val="24"/>
          <w:lang w:val="en-GB" w:eastAsia="en-GB"/>
        </w:rPr>
        <w:lastRenderedPageBreak/>
        <w:t xml:space="preserve">When you access a saved submission through the </w:t>
      </w:r>
      <w:r w:rsidR="00A55540" w:rsidRPr="00D82BB0">
        <w:rPr>
          <w:rFonts w:ascii="Arial" w:eastAsia="Times New Roman" w:hAnsi="Arial" w:cs="Arial"/>
          <w:b/>
          <w:bCs/>
          <w:sz w:val="24"/>
          <w:szCs w:val="24"/>
          <w:lang w:val="en-GB" w:eastAsia="en-GB"/>
        </w:rPr>
        <w:t>View My Summaries</w:t>
      </w:r>
      <w:r w:rsidR="00A55540" w:rsidRPr="00BA66FB">
        <w:rPr>
          <w:rFonts w:ascii="Arial" w:eastAsia="Times New Roman" w:hAnsi="Arial" w:cs="Arial"/>
          <w:sz w:val="24"/>
          <w:szCs w:val="24"/>
          <w:lang w:val="en-GB" w:eastAsia="en-GB"/>
        </w:rPr>
        <w:t xml:space="preserve"> page, </w:t>
      </w:r>
      <w:r w:rsidR="0027729F" w:rsidRPr="00BA66FB">
        <w:rPr>
          <w:rFonts w:ascii="Arial" w:eastAsia="Times New Roman" w:hAnsi="Arial" w:cs="Arial"/>
          <w:sz w:val="24"/>
          <w:szCs w:val="24"/>
          <w:lang w:val="en-GB" w:eastAsia="en-GB"/>
        </w:rPr>
        <w:t xml:space="preserve">if you click on any summary </w:t>
      </w:r>
      <w:r w:rsidR="00A55540" w:rsidRPr="00BA66FB">
        <w:rPr>
          <w:rFonts w:ascii="Arial" w:eastAsia="Times New Roman" w:hAnsi="Arial" w:cs="Arial"/>
          <w:sz w:val="24"/>
          <w:szCs w:val="24"/>
          <w:lang w:val="en-GB" w:eastAsia="en-GB"/>
        </w:rPr>
        <w:t>the system will take you to the Review Summary page, where you can:</w:t>
      </w:r>
    </w:p>
    <w:p w14:paraId="186F5C7E" w14:textId="77777777" w:rsidR="00A55540" w:rsidRPr="00FA2FA7" w:rsidRDefault="00A55540" w:rsidP="00A55540">
      <w:pPr>
        <w:pStyle w:val="ListParagraph"/>
        <w:spacing w:after="0" w:line="300" w:lineRule="atLeast"/>
        <w:ind w:left="1221"/>
        <w:rPr>
          <w:rFonts w:ascii="Arial" w:eastAsia="Times New Roman" w:hAnsi="Arial" w:cs="Arial"/>
          <w:sz w:val="24"/>
          <w:szCs w:val="24"/>
          <w:lang w:val="en-GB" w:eastAsia="en-GB"/>
        </w:rPr>
      </w:pPr>
    </w:p>
    <w:p w14:paraId="033C16D5" w14:textId="6FBA69A2" w:rsidR="00A55540" w:rsidRPr="00FA2FA7" w:rsidRDefault="00A55540">
      <w:pPr>
        <w:pStyle w:val="ListParagraph"/>
        <w:numPr>
          <w:ilvl w:val="0"/>
          <w:numId w:val="10"/>
        </w:numPr>
        <w:rPr>
          <w:rFonts w:ascii="Arial" w:hAnsi="Arial" w:cs="Arial"/>
          <w:sz w:val="24"/>
          <w:szCs w:val="24"/>
          <w:lang w:val="en-GB"/>
        </w:rPr>
      </w:pPr>
      <w:r w:rsidRPr="00FA2FA7">
        <w:rPr>
          <w:rFonts w:ascii="Arial" w:hAnsi="Arial" w:cs="Arial"/>
          <w:b/>
          <w:bCs/>
          <w:noProof/>
          <w:sz w:val="24"/>
          <w:szCs w:val="24"/>
          <w:lang w:val="en-GB"/>
        </w:rPr>
        <w:drawing>
          <wp:anchor distT="0" distB="0" distL="114300" distR="114300" simplePos="0" relativeHeight="252015104" behindDoc="0" locked="0" layoutInCell="1" allowOverlap="1" wp14:anchorId="1D405A91" wp14:editId="2100230D">
            <wp:simplePos x="0" y="0"/>
            <wp:positionH relativeFrom="page">
              <wp:posOffset>3404235</wp:posOffset>
            </wp:positionH>
            <wp:positionV relativeFrom="paragraph">
              <wp:posOffset>10160</wp:posOffset>
            </wp:positionV>
            <wp:extent cx="3579495" cy="2042160"/>
            <wp:effectExtent l="0" t="0" r="1905" b="0"/>
            <wp:wrapSquare wrapText="bothSides"/>
            <wp:docPr id="748961496" name="Picture 1" descr="Review Summary page showing sections for submission information, current status, assigned user, coordinator approval and version his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8961496" name="Picture 1" descr="Review Summary page showing sections for submission information, current status, assigned user, coordinator approval and version history."/>
                    <pic:cNvPicPr/>
                  </pic:nvPicPr>
                  <pic:blipFill>
                    <a:blip r:embed="rId64"/>
                    <a:stretch>
                      <a:fillRect/>
                    </a:stretch>
                  </pic:blipFill>
                  <pic:spPr>
                    <a:xfrm>
                      <a:off x="0" y="0"/>
                      <a:ext cx="3579495" cy="2042160"/>
                    </a:xfrm>
                    <a:prstGeom prst="rect">
                      <a:avLst/>
                    </a:prstGeom>
                  </pic:spPr>
                </pic:pic>
              </a:graphicData>
            </a:graphic>
            <wp14:sizeRelH relativeFrom="margin">
              <wp14:pctWidth>0</wp14:pctWidth>
            </wp14:sizeRelH>
            <wp14:sizeRelV relativeFrom="margin">
              <wp14:pctHeight>0</wp14:pctHeight>
            </wp14:sizeRelV>
          </wp:anchor>
        </w:drawing>
      </w:r>
      <w:r w:rsidRPr="00FA2FA7">
        <w:rPr>
          <w:rFonts w:ascii="Arial" w:hAnsi="Arial" w:cs="Arial"/>
          <w:b/>
          <w:bCs/>
          <w:sz w:val="24"/>
          <w:szCs w:val="24"/>
          <w:lang w:val="en-GB"/>
        </w:rPr>
        <w:t>Deactivate the Submission</w:t>
      </w:r>
      <w:r w:rsidR="00F731FC" w:rsidRPr="00FA2FA7">
        <w:rPr>
          <w:rFonts w:ascii="Arial" w:hAnsi="Arial" w:cs="Arial"/>
          <w:b/>
          <w:bCs/>
          <w:sz w:val="24"/>
          <w:szCs w:val="24"/>
          <w:lang w:val="en-GB"/>
        </w:rPr>
        <w:t xml:space="preserve"> </w:t>
      </w:r>
      <w:r w:rsidR="00F731FC" w:rsidRPr="00FA2FA7">
        <w:rPr>
          <w:rFonts w:ascii="Arial" w:hAnsi="Arial" w:cs="Arial"/>
          <w:sz w:val="24"/>
          <w:szCs w:val="24"/>
          <w:lang w:val="en-GB"/>
        </w:rPr>
        <w:t>(this will remove it from your dashboard)</w:t>
      </w:r>
    </w:p>
    <w:p w14:paraId="3344A0AD" w14:textId="77777777" w:rsidR="00A55540" w:rsidRPr="00FA2FA7" w:rsidRDefault="00A55540" w:rsidP="00A55540">
      <w:pPr>
        <w:pStyle w:val="ListParagraph"/>
        <w:ind w:left="1221"/>
        <w:rPr>
          <w:rFonts w:ascii="Arial" w:hAnsi="Arial" w:cs="Arial"/>
          <w:b/>
          <w:bCs/>
          <w:sz w:val="24"/>
          <w:szCs w:val="24"/>
          <w:lang w:val="en-GB"/>
        </w:rPr>
      </w:pPr>
    </w:p>
    <w:p w14:paraId="6AD4E8A3" w14:textId="77777777" w:rsidR="00A55540" w:rsidRPr="00FA2FA7" w:rsidRDefault="00A55540">
      <w:pPr>
        <w:pStyle w:val="ListParagraph"/>
        <w:numPr>
          <w:ilvl w:val="0"/>
          <w:numId w:val="10"/>
        </w:numPr>
        <w:rPr>
          <w:rFonts w:ascii="Arial" w:hAnsi="Arial" w:cs="Arial"/>
          <w:sz w:val="24"/>
          <w:szCs w:val="24"/>
          <w:lang w:val="en-GB"/>
        </w:rPr>
      </w:pPr>
      <w:r w:rsidRPr="00FA2FA7">
        <w:rPr>
          <w:rFonts w:ascii="Arial" w:hAnsi="Arial" w:cs="Arial"/>
          <w:b/>
          <w:bCs/>
          <w:sz w:val="24"/>
          <w:szCs w:val="24"/>
          <w:lang w:val="en-GB"/>
        </w:rPr>
        <w:t>Reassign the summary</w:t>
      </w:r>
      <w:r w:rsidRPr="00FA2FA7">
        <w:rPr>
          <w:rFonts w:ascii="Arial" w:hAnsi="Arial" w:cs="Arial"/>
          <w:sz w:val="24"/>
          <w:szCs w:val="24"/>
          <w:lang w:val="en-GB"/>
        </w:rPr>
        <w:t xml:space="preserve"> to another member of your Public Authority (see next page)</w:t>
      </w:r>
    </w:p>
    <w:p w14:paraId="04ED9341" w14:textId="77777777" w:rsidR="00A55540" w:rsidRPr="00FA2FA7" w:rsidRDefault="00A55540" w:rsidP="00A55540">
      <w:pPr>
        <w:pStyle w:val="ListParagraph"/>
        <w:ind w:left="1221"/>
        <w:rPr>
          <w:rFonts w:ascii="Arial" w:hAnsi="Arial" w:cs="Arial"/>
          <w:sz w:val="24"/>
          <w:szCs w:val="24"/>
          <w:lang w:val="en-GB"/>
        </w:rPr>
      </w:pPr>
    </w:p>
    <w:p w14:paraId="2936D698" w14:textId="77777777" w:rsidR="00A55540" w:rsidRPr="00FA2FA7" w:rsidRDefault="00A55540">
      <w:pPr>
        <w:pStyle w:val="ListParagraph"/>
        <w:numPr>
          <w:ilvl w:val="0"/>
          <w:numId w:val="10"/>
        </w:numPr>
        <w:rPr>
          <w:rFonts w:ascii="Arial" w:hAnsi="Arial" w:cs="Arial"/>
          <w:b/>
          <w:bCs/>
          <w:sz w:val="24"/>
          <w:szCs w:val="24"/>
          <w:lang w:val="en-GB"/>
        </w:rPr>
      </w:pPr>
      <w:r w:rsidRPr="00FA2FA7">
        <w:rPr>
          <w:rFonts w:ascii="Arial" w:hAnsi="Arial" w:cs="Arial"/>
          <w:b/>
          <w:bCs/>
          <w:sz w:val="24"/>
          <w:szCs w:val="24"/>
          <w:lang w:val="en-GB"/>
        </w:rPr>
        <w:t>View all versions of this summary</w:t>
      </w:r>
    </w:p>
    <w:p w14:paraId="37D33E9D" w14:textId="77777777" w:rsidR="00A55540" w:rsidRPr="00FA2FA7" w:rsidRDefault="00A55540" w:rsidP="00A55540">
      <w:pPr>
        <w:pStyle w:val="ListParagraph"/>
        <w:ind w:left="1221"/>
        <w:rPr>
          <w:rFonts w:ascii="Arial" w:hAnsi="Arial" w:cs="Arial"/>
          <w:b/>
          <w:bCs/>
          <w:sz w:val="24"/>
          <w:szCs w:val="24"/>
          <w:lang w:val="en-GB"/>
        </w:rPr>
      </w:pPr>
    </w:p>
    <w:p w14:paraId="3E15EC1F" w14:textId="77777777" w:rsidR="00A55540" w:rsidRPr="00FA2FA7" w:rsidRDefault="00A55540">
      <w:pPr>
        <w:pStyle w:val="ListParagraph"/>
        <w:numPr>
          <w:ilvl w:val="0"/>
          <w:numId w:val="10"/>
        </w:numPr>
        <w:rPr>
          <w:rFonts w:ascii="Arial" w:hAnsi="Arial" w:cs="Arial"/>
          <w:b/>
          <w:bCs/>
          <w:sz w:val="24"/>
          <w:szCs w:val="24"/>
          <w:lang w:val="en-GB"/>
        </w:rPr>
      </w:pPr>
      <w:r w:rsidRPr="00FA2FA7">
        <w:rPr>
          <w:rFonts w:ascii="Arial" w:hAnsi="Arial" w:cs="Arial"/>
          <w:noProof/>
          <w:sz w:val="24"/>
          <w:szCs w:val="24"/>
          <w:lang w:val="en-GB"/>
        </w:rPr>
        <w:drawing>
          <wp:anchor distT="0" distB="0" distL="114300" distR="114300" simplePos="0" relativeHeight="252016128" behindDoc="0" locked="0" layoutInCell="1" allowOverlap="1" wp14:anchorId="34D57357" wp14:editId="70B7FFEF">
            <wp:simplePos x="0" y="0"/>
            <wp:positionH relativeFrom="margin">
              <wp:posOffset>2063115</wp:posOffset>
            </wp:positionH>
            <wp:positionV relativeFrom="paragraph">
              <wp:posOffset>5715</wp:posOffset>
            </wp:positionV>
            <wp:extent cx="4276725" cy="3321685"/>
            <wp:effectExtent l="0" t="0" r="9525" b="0"/>
            <wp:wrapSquare wrapText="bothSides"/>
            <wp:docPr id="994082808" name="Picture 1" descr="Summary Details page showing reporting period, organisation name, activity description fields and links to edit the summary or return to the dash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4082808" name="Picture 1" descr="Summary Details page showing reporting period, organisation name, activity description fields and links to edit the summary or return to the dashboard."/>
                    <pic:cNvPicPr/>
                  </pic:nvPicPr>
                  <pic:blipFill>
                    <a:blip r:embed="rId65"/>
                    <a:stretch>
                      <a:fillRect/>
                    </a:stretch>
                  </pic:blipFill>
                  <pic:spPr>
                    <a:xfrm>
                      <a:off x="0" y="0"/>
                      <a:ext cx="4276725" cy="3321685"/>
                    </a:xfrm>
                    <a:prstGeom prst="rect">
                      <a:avLst/>
                    </a:prstGeom>
                  </pic:spPr>
                </pic:pic>
              </a:graphicData>
            </a:graphic>
            <wp14:sizeRelH relativeFrom="margin">
              <wp14:pctWidth>0</wp14:pctWidth>
            </wp14:sizeRelH>
            <wp14:sizeRelV relativeFrom="margin">
              <wp14:pctHeight>0</wp14:pctHeight>
            </wp14:sizeRelV>
          </wp:anchor>
        </w:drawing>
      </w:r>
      <w:r w:rsidRPr="00FA2FA7">
        <w:rPr>
          <w:rFonts w:ascii="Arial" w:hAnsi="Arial" w:cs="Arial"/>
          <w:b/>
          <w:bCs/>
          <w:sz w:val="24"/>
          <w:szCs w:val="24"/>
          <w:lang w:val="en-GB"/>
        </w:rPr>
        <w:t>Edit Summary</w:t>
      </w:r>
    </w:p>
    <w:p w14:paraId="6A1027FE" w14:textId="77777777" w:rsidR="00A55540" w:rsidRPr="00FA2FA7" w:rsidRDefault="00A55540" w:rsidP="00A55540">
      <w:pPr>
        <w:pStyle w:val="ListParagraph"/>
        <w:rPr>
          <w:rFonts w:ascii="Arial" w:hAnsi="Arial" w:cs="Arial"/>
          <w:b/>
          <w:bCs/>
          <w:sz w:val="24"/>
          <w:szCs w:val="24"/>
          <w:lang w:val="en-GB"/>
        </w:rPr>
      </w:pPr>
    </w:p>
    <w:p w14:paraId="08DB2719" w14:textId="77777777" w:rsidR="00A55540" w:rsidRPr="00FA2FA7" w:rsidRDefault="00A55540">
      <w:pPr>
        <w:pStyle w:val="ListParagraph"/>
        <w:numPr>
          <w:ilvl w:val="0"/>
          <w:numId w:val="10"/>
        </w:numPr>
        <w:rPr>
          <w:rFonts w:ascii="Arial" w:hAnsi="Arial" w:cs="Arial"/>
          <w:b/>
          <w:bCs/>
          <w:sz w:val="24"/>
          <w:szCs w:val="24"/>
          <w:lang w:val="en-GB"/>
        </w:rPr>
      </w:pPr>
      <w:r w:rsidRPr="00FA2FA7">
        <w:rPr>
          <w:rFonts w:ascii="Arial" w:hAnsi="Arial" w:cs="Arial"/>
          <w:sz w:val="24"/>
          <w:szCs w:val="24"/>
          <w:lang w:val="en-GB"/>
        </w:rPr>
        <w:t>Go</w:t>
      </w:r>
      <w:r w:rsidRPr="00FA2FA7">
        <w:rPr>
          <w:rFonts w:ascii="Arial" w:hAnsi="Arial" w:cs="Arial"/>
          <w:b/>
          <w:bCs/>
          <w:sz w:val="24"/>
          <w:szCs w:val="24"/>
          <w:lang w:val="en-GB"/>
        </w:rPr>
        <w:t xml:space="preserve"> Back </w:t>
      </w:r>
      <w:r w:rsidRPr="00FA2FA7">
        <w:rPr>
          <w:rFonts w:ascii="Arial" w:hAnsi="Arial" w:cs="Arial"/>
          <w:sz w:val="24"/>
          <w:szCs w:val="24"/>
          <w:lang w:val="en-GB"/>
        </w:rPr>
        <w:t>to Dashboard</w:t>
      </w:r>
    </w:p>
    <w:p w14:paraId="5A77AC2B" w14:textId="77777777" w:rsidR="00A55540" w:rsidRPr="00FA2FA7" w:rsidRDefault="00A55540" w:rsidP="00A55540">
      <w:pPr>
        <w:pStyle w:val="ListParagraph"/>
        <w:ind w:left="1221"/>
        <w:rPr>
          <w:rFonts w:ascii="Arial" w:hAnsi="Arial" w:cs="Arial"/>
          <w:sz w:val="24"/>
          <w:szCs w:val="24"/>
          <w:lang w:val="en-GB"/>
        </w:rPr>
      </w:pPr>
    </w:p>
    <w:p w14:paraId="3C14CF67" w14:textId="77777777" w:rsidR="00A55540" w:rsidRPr="00FA2FA7" w:rsidRDefault="00A55540" w:rsidP="00A55540">
      <w:pPr>
        <w:rPr>
          <w:rFonts w:ascii="Arial" w:hAnsi="Arial" w:cs="Arial"/>
          <w:sz w:val="24"/>
          <w:szCs w:val="24"/>
          <w:lang w:val="en-GB"/>
        </w:rPr>
      </w:pPr>
    </w:p>
    <w:p w14:paraId="05657DD6" w14:textId="77777777" w:rsidR="00A55540" w:rsidRPr="00FA2FA7" w:rsidRDefault="00A55540" w:rsidP="00A55540">
      <w:pPr>
        <w:rPr>
          <w:rFonts w:ascii="Arial" w:hAnsi="Arial" w:cs="Arial"/>
          <w:sz w:val="24"/>
          <w:szCs w:val="24"/>
          <w:lang w:val="en-GB"/>
        </w:rPr>
      </w:pPr>
    </w:p>
    <w:p w14:paraId="21991EEF" w14:textId="77777777" w:rsidR="00A55540" w:rsidRPr="00FA2FA7" w:rsidRDefault="00A55540" w:rsidP="00A55540">
      <w:pPr>
        <w:rPr>
          <w:rFonts w:ascii="Arial" w:hAnsi="Arial" w:cs="Arial"/>
          <w:sz w:val="24"/>
          <w:szCs w:val="24"/>
          <w:lang w:val="en-GB"/>
        </w:rPr>
      </w:pPr>
    </w:p>
    <w:p w14:paraId="0A448667" w14:textId="77777777" w:rsidR="00A55540" w:rsidRPr="00FA2FA7" w:rsidRDefault="00A55540" w:rsidP="00A55540">
      <w:pPr>
        <w:rPr>
          <w:rFonts w:ascii="Arial" w:hAnsi="Arial" w:cs="Arial"/>
          <w:sz w:val="24"/>
          <w:szCs w:val="24"/>
          <w:lang w:val="en-GB"/>
        </w:rPr>
      </w:pPr>
    </w:p>
    <w:p w14:paraId="01E4CD27" w14:textId="77777777" w:rsidR="00A55540" w:rsidRPr="00FA2FA7" w:rsidRDefault="00A55540" w:rsidP="00A55540">
      <w:pPr>
        <w:rPr>
          <w:rFonts w:ascii="Arial" w:hAnsi="Arial" w:cs="Arial"/>
          <w:sz w:val="24"/>
          <w:szCs w:val="24"/>
          <w:lang w:val="en-GB"/>
        </w:rPr>
      </w:pPr>
    </w:p>
    <w:p w14:paraId="419EF954" w14:textId="77777777" w:rsidR="00A55540" w:rsidRPr="00FA2FA7" w:rsidRDefault="00A55540" w:rsidP="00A55540">
      <w:pPr>
        <w:rPr>
          <w:rFonts w:ascii="Arial" w:hAnsi="Arial" w:cs="Arial"/>
          <w:sz w:val="24"/>
          <w:szCs w:val="24"/>
          <w:lang w:val="en-GB"/>
        </w:rPr>
      </w:pPr>
    </w:p>
    <w:p w14:paraId="0ACFF326" w14:textId="77777777" w:rsidR="00A55540" w:rsidRPr="00FA2FA7" w:rsidRDefault="00A55540" w:rsidP="00A55540">
      <w:pPr>
        <w:rPr>
          <w:rFonts w:ascii="Arial" w:hAnsi="Arial" w:cs="Arial"/>
          <w:sz w:val="24"/>
          <w:szCs w:val="24"/>
          <w:lang w:val="en-GB"/>
        </w:rPr>
      </w:pPr>
    </w:p>
    <w:p w14:paraId="66AFA4EF" w14:textId="77777777" w:rsidR="00A55540" w:rsidRPr="00FA2FA7" w:rsidRDefault="00A55540" w:rsidP="00A55540">
      <w:pPr>
        <w:rPr>
          <w:rFonts w:ascii="Arial" w:hAnsi="Arial" w:cs="Arial"/>
          <w:sz w:val="24"/>
          <w:szCs w:val="24"/>
          <w:lang w:val="en-GB"/>
        </w:rPr>
      </w:pPr>
    </w:p>
    <w:p w14:paraId="7B576480" w14:textId="77777777" w:rsidR="00A55540" w:rsidRPr="00FA2FA7" w:rsidRDefault="00A55540" w:rsidP="00A55540">
      <w:pPr>
        <w:rPr>
          <w:rFonts w:ascii="Arial" w:hAnsi="Arial" w:cs="Arial"/>
          <w:sz w:val="24"/>
          <w:szCs w:val="24"/>
          <w:lang w:val="en-GB"/>
        </w:rPr>
      </w:pPr>
    </w:p>
    <w:p w14:paraId="652EEA6E" w14:textId="77777777" w:rsidR="00BA66FB" w:rsidRDefault="00BA66FB" w:rsidP="00684C6D">
      <w:pPr>
        <w:pStyle w:val="DAERAHeading"/>
        <w:jc w:val="left"/>
        <w:rPr>
          <w:color w:val="002060"/>
          <w:sz w:val="28"/>
          <w:szCs w:val="28"/>
          <w:lang w:val="en-GB"/>
        </w:rPr>
      </w:pPr>
      <w:bookmarkStart w:id="15" w:name="Reassignasummary"/>
    </w:p>
    <w:p w14:paraId="581F1958" w14:textId="076FC03F" w:rsidR="00A55540" w:rsidRPr="00FA2FA7" w:rsidRDefault="00A55540" w:rsidP="00684C6D">
      <w:pPr>
        <w:pStyle w:val="DAERAHeading"/>
        <w:jc w:val="left"/>
        <w:rPr>
          <w:color w:val="002060"/>
          <w:sz w:val="28"/>
          <w:szCs w:val="28"/>
          <w:lang w:val="en-GB"/>
        </w:rPr>
      </w:pPr>
      <w:r w:rsidRPr="00FA2FA7">
        <w:rPr>
          <w:color w:val="002060"/>
          <w:sz w:val="28"/>
          <w:szCs w:val="28"/>
          <w:lang w:val="en-GB"/>
        </w:rPr>
        <w:lastRenderedPageBreak/>
        <w:t>Reassign A Summary</w:t>
      </w:r>
    </w:p>
    <w:bookmarkEnd w:id="15"/>
    <w:p w14:paraId="3C1C37E9" w14:textId="52555B61" w:rsidR="00A55540" w:rsidRPr="00684C6D" w:rsidRDefault="00A55540">
      <w:pPr>
        <w:pStyle w:val="ListParagraph"/>
        <w:numPr>
          <w:ilvl w:val="0"/>
          <w:numId w:val="11"/>
        </w:numPr>
        <w:rPr>
          <w:rFonts w:ascii="Arial" w:hAnsi="Arial" w:cs="Arial"/>
          <w:lang w:val="en-GB"/>
        </w:rPr>
      </w:pPr>
      <w:r w:rsidRPr="00684C6D">
        <w:rPr>
          <w:rFonts w:ascii="Arial" w:hAnsi="Arial" w:cs="Arial"/>
          <w:noProof/>
          <w:lang w:val="en-GB"/>
        </w:rPr>
        <mc:AlternateContent>
          <mc:Choice Requires="wps">
            <w:drawing>
              <wp:anchor distT="0" distB="0" distL="114300" distR="114300" simplePos="0" relativeHeight="252027392" behindDoc="0" locked="0" layoutInCell="1" allowOverlap="1" wp14:anchorId="5CC38FDF" wp14:editId="686D2601">
                <wp:simplePos x="0" y="0"/>
                <wp:positionH relativeFrom="column">
                  <wp:posOffset>4967597</wp:posOffset>
                </wp:positionH>
                <wp:positionV relativeFrom="paragraph">
                  <wp:posOffset>168473</wp:posOffset>
                </wp:positionV>
                <wp:extent cx="251608" cy="394360"/>
                <wp:effectExtent l="57150" t="38100" r="186690" b="120015"/>
                <wp:wrapNone/>
                <wp:docPr id="1266960115" name="Connector: Curved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251608" cy="394360"/>
                        </a:xfrm>
                        <a:prstGeom prst="curvedConnector3">
                          <a:avLst>
                            <a:gd name="adj1" fmla="val -50255"/>
                          </a:avLst>
                        </a:prstGeom>
                        <a:ln>
                          <a:headEnd type="triangle"/>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A887A1D" id="Connector: Curved 1" o:spid="_x0000_s1026" type="#_x0000_t38" alt="&quot;&quot;" style="position:absolute;margin-left:391.15pt;margin-top:13.25pt;width:19.8pt;height:31.05pt;flip:x;z-index:25202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O6gEAACEEAAAOAAAAZHJzL2Uyb0RvYy54bWysU8tu2zAQvBfoPxC8x5Lt2mgFyzk4fRyK&#10;NkibD2DIpcWCL5CMJf19l5StFG2QAkUvBMnlzM7OLnfXg9HkBCEqZ1u6XNSUgOVOKHts6f33D1dv&#10;KYmJWcG0s9DSESK93r9+tet9AyvXOS0gECSxsel9S7uUfFNVkXdgWFw4DxaD0gXDEh7DsRKB9chu&#10;dLWq623VuyB8cBxixNubKUj3hV9K4OmrlBES0S1FbamsoawPea32O9YcA/Od4mcZ7B9UGKYsJp2p&#10;blhi5DGoP6iM4sFFJ9OCO1M5KRWHUgNWs6x/q+ZbxzyUWtCc6Geb4v+j5V9OB3sb0Ibexyb625Cr&#10;GGQwRGrlP2FPS12olAzFtnG2DYZEOF6uNsttjX3mGFq/e7PeFluriSbT+RDTR3CG5E1L+WM4gTg4&#10;a7E9LqxLAnb6HFNxUBDLDI4KEz+WlEijsSEnpsnVpl5tNrljSH1+jrsLecZqm9cOmHhvBUmjR5oU&#10;FLNHDVOrE1P6+RhSZXj15EPZpVHDRH0HkiiR6y2Cy4jCQQeC4lAt52DT8ixPW3ydYVJpPQPrvwPP&#10;7zMUyvjO4KkPL2adESWzs2kGG2VdeC57Gi6S5fT+4sBUd7bgwYmxTEixBuewNOD8Z/Kg/3ou8Kef&#10;vf8JAAD//wMAUEsDBBQABgAIAAAAIQCUyb/u3wAAAAkBAAAPAAAAZHJzL2Rvd25yZXYueG1sTI/B&#10;TsMwDIbvSLxDZCRuLF3Q2q5rOqFJcIATHeLsNV5TrUmqJttanp5wYjdb/vT7+8vtZHp2odF3zkpY&#10;LhJgZBunOttK+Nq/PuXAfECrsHeWJMzkYVvd35VYKHe1n3SpQ8tiiPUFStAhDAXnvtFk0C/cQDbe&#10;jm40GOI6tlyNeI3hpuciSVJusLPxg8aBdpqaU302Ej7cPlvNXf2+/jnh97zLRKbHNykfH6aXDbBA&#10;U/iH4U8/qkMVnQ7ubJVnvYQsF88RlSDSFbAI5GK5BnaIQ54Cr0p+26D6BQAA//8DAFBLAQItABQA&#10;BgAIAAAAIQC2gziS/gAAAOEBAAATAAAAAAAAAAAAAAAAAAAAAABbQ29udGVudF9UeXBlc10ueG1s&#10;UEsBAi0AFAAGAAgAAAAhADj9If/WAAAAlAEAAAsAAAAAAAAAAAAAAAAALwEAAF9yZWxzLy5yZWxz&#10;UEsBAi0AFAAGAAgAAAAhACsn787qAQAAIQQAAA4AAAAAAAAAAAAAAAAALgIAAGRycy9lMm9Eb2Mu&#10;eG1sUEsBAi0AFAAGAAgAAAAhAJTJv+7fAAAACQEAAA8AAAAAAAAAAAAAAAAARAQAAGRycy9kb3du&#10;cmV2LnhtbFBLBQYAAAAABAAEAPMAAABQBQAAAAA=&#10;" adj="-10855" strokecolor="#4f81bd [3204]" strokeweight="2pt">
                <v:stroke startarrow="block" endarrow="block"/>
                <v:shadow on="t" color="black" opacity="24903f" origin=",.5" offset="0,.55556mm"/>
              </v:shape>
            </w:pict>
          </mc:Fallback>
        </mc:AlternateContent>
      </w:r>
      <w:r w:rsidRPr="00684C6D">
        <w:rPr>
          <w:rFonts w:ascii="Arial" w:hAnsi="Arial" w:cs="Arial"/>
          <w:lang w:val="en-GB"/>
        </w:rPr>
        <w:t xml:space="preserve">To </w:t>
      </w:r>
      <w:r w:rsidRPr="00D82BB0">
        <w:rPr>
          <w:rFonts w:ascii="Arial" w:hAnsi="Arial" w:cs="Arial"/>
          <w:b/>
          <w:bCs/>
          <w:lang w:val="en-GB"/>
        </w:rPr>
        <w:t>reassign a summary</w:t>
      </w:r>
      <w:r w:rsidRPr="00684C6D">
        <w:rPr>
          <w:rFonts w:ascii="Arial" w:hAnsi="Arial" w:cs="Arial"/>
          <w:lang w:val="en-GB"/>
        </w:rPr>
        <w:t xml:space="preserve"> to another member of your Public Authority, select the </w:t>
      </w:r>
      <w:r w:rsidRPr="00D82BB0">
        <w:rPr>
          <w:rFonts w:ascii="Arial" w:hAnsi="Arial" w:cs="Arial"/>
          <w:b/>
          <w:bCs/>
          <w:lang w:val="en-GB"/>
        </w:rPr>
        <w:t>Reassign</w:t>
      </w:r>
      <w:r w:rsidRPr="00684C6D">
        <w:rPr>
          <w:rFonts w:ascii="Arial" w:hAnsi="Arial" w:cs="Arial"/>
          <w:lang w:val="en-GB"/>
        </w:rPr>
        <w:t xml:space="preserve"> button on the Summary Information Page.</w:t>
      </w:r>
    </w:p>
    <w:p w14:paraId="2199B18D" w14:textId="77777777" w:rsidR="00A55540" w:rsidRPr="00684C6D" w:rsidRDefault="00A55540" w:rsidP="00A55540">
      <w:pPr>
        <w:pStyle w:val="ListParagraph"/>
        <w:rPr>
          <w:rFonts w:ascii="Arial" w:hAnsi="Arial" w:cs="Arial"/>
          <w:lang w:val="en-GB"/>
        </w:rPr>
      </w:pPr>
      <w:r w:rsidRPr="00684C6D">
        <w:rPr>
          <w:rFonts w:ascii="Arial" w:hAnsi="Arial" w:cs="Arial"/>
          <w:noProof/>
          <w:lang w:val="en-GB"/>
        </w:rPr>
        <w:drawing>
          <wp:anchor distT="0" distB="0" distL="114300" distR="114300" simplePos="0" relativeHeight="252026368" behindDoc="0" locked="0" layoutInCell="1" allowOverlap="1" wp14:anchorId="4374295E" wp14:editId="2B9851B2">
            <wp:simplePos x="0" y="0"/>
            <wp:positionH relativeFrom="column">
              <wp:posOffset>492760</wp:posOffset>
            </wp:positionH>
            <wp:positionV relativeFrom="paragraph">
              <wp:posOffset>99060</wp:posOffset>
            </wp:positionV>
            <wp:extent cx="4250690" cy="333375"/>
            <wp:effectExtent l="0" t="0" r="0" b="9525"/>
            <wp:wrapSquare wrapText="bothSides"/>
            <wp:docPr id="486328796" name="Picture 1" descr="Row on the Summary Information page showing the assigned user and a Reassign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328796" name="Picture 1" descr="Row on the Summary Information page showing the assigned user and a Reassign link."/>
                    <pic:cNvPicPr/>
                  </pic:nvPicPr>
                  <pic:blipFill>
                    <a:blip r:embed="rId66"/>
                    <a:stretch>
                      <a:fillRect/>
                    </a:stretch>
                  </pic:blipFill>
                  <pic:spPr>
                    <a:xfrm>
                      <a:off x="0" y="0"/>
                      <a:ext cx="4250690" cy="333375"/>
                    </a:xfrm>
                    <a:prstGeom prst="rect">
                      <a:avLst/>
                    </a:prstGeom>
                  </pic:spPr>
                </pic:pic>
              </a:graphicData>
            </a:graphic>
            <wp14:sizeRelH relativeFrom="margin">
              <wp14:pctWidth>0</wp14:pctWidth>
            </wp14:sizeRelH>
            <wp14:sizeRelV relativeFrom="margin">
              <wp14:pctHeight>0</wp14:pctHeight>
            </wp14:sizeRelV>
          </wp:anchor>
        </w:drawing>
      </w:r>
    </w:p>
    <w:p w14:paraId="203D21C7" w14:textId="77777777" w:rsidR="00A55540" w:rsidRPr="00684C6D" w:rsidRDefault="00A55540" w:rsidP="00A55540">
      <w:pPr>
        <w:pStyle w:val="ListParagraph"/>
        <w:rPr>
          <w:rFonts w:ascii="Arial" w:hAnsi="Arial" w:cs="Arial"/>
          <w:lang w:val="en-GB"/>
        </w:rPr>
      </w:pPr>
    </w:p>
    <w:p w14:paraId="64458191" w14:textId="77777777" w:rsidR="00A55540" w:rsidRPr="00684C6D" w:rsidRDefault="00A55540" w:rsidP="00A55540">
      <w:pPr>
        <w:pStyle w:val="ListParagraph"/>
        <w:rPr>
          <w:rFonts w:ascii="Arial" w:hAnsi="Arial" w:cs="Arial"/>
          <w:lang w:val="en-GB"/>
        </w:rPr>
      </w:pPr>
    </w:p>
    <w:p w14:paraId="5988934E" w14:textId="77777777" w:rsidR="00A55540" w:rsidRPr="00684C6D" w:rsidRDefault="00A55540" w:rsidP="00A55540">
      <w:pPr>
        <w:pStyle w:val="ListParagraph"/>
        <w:rPr>
          <w:rFonts w:ascii="Arial" w:hAnsi="Arial" w:cs="Arial"/>
          <w:lang w:val="en-GB"/>
        </w:rPr>
      </w:pPr>
    </w:p>
    <w:p w14:paraId="67880C4C" w14:textId="77777777" w:rsidR="00A55540" w:rsidRPr="00684C6D" w:rsidRDefault="00A55540" w:rsidP="00A55540">
      <w:pPr>
        <w:pStyle w:val="ListParagraph"/>
        <w:rPr>
          <w:rFonts w:ascii="Arial" w:hAnsi="Arial" w:cs="Arial"/>
          <w:lang w:val="en-GB"/>
        </w:rPr>
      </w:pPr>
    </w:p>
    <w:p w14:paraId="694CAE34" w14:textId="77777777" w:rsidR="00A55540" w:rsidRPr="00684C6D" w:rsidRDefault="00A55540" w:rsidP="00A55540">
      <w:pPr>
        <w:pStyle w:val="ListParagraph"/>
        <w:rPr>
          <w:rFonts w:ascii="Arial" w:hAnsi="Arial" w:cs="Arial"/>
          <w:lang w:val="en-GB"/>
        </w:rPr>
      </w:pPr>
    </w:p>
    <w:p w14:paraId="3DC3DEA0" w14:textId="77777777" w:rsidR="00A55540" w:rsidRPr="00684C6D" w:rsidRDefault="00A55540" w:rsidP="00A55540">
      <w:pPr>
        <w:pStyle w:val="ListParagraph"/>
        <w:rPr>
          <w:rFonts w:ascii="Arial" w:hAnsi="Arial" w:cs="Arial"/>
          <w:lang w:val="en-GB"/>
        </w:rPr>
      </w:pPr>
    </w:p>
    <w:p w14:paraId="1E4082E2" w14:textId="77777777" w:rsidR="00A55540" w:rsidRPr="00684C6D" w:rsidRDefault="00A55540" w:rsidP="00A55540">
      <w:pPr>
        <w:pStyle w:val="ListParagraph"/>
        <w:rPr>
          <w:rFonts w:ascii="Arial" w:hAnsi="Arial" w:cs="Arial"/>
          <w:lang w:val="en-GB"/>
        </w:rPr>
      </w:pPr>
      <w:r w:rsidRPr="00684C6D">
        <w:rPr>
          <w:rFonts w:ascii="Arial" w:hAnsi="Arial" w:cs="Arial"/>
          <w:noProof/>
          <w:lang w:val="en-GB"/>
        </w:rPr>
        <w:drawing>
          <wp:anchor distT="0" distB="0" distL="114300" distR="114300" simplePos="0" relativeHeight="252022272" behindDoc="1" locked="0" layoutInCell="1" allowOverlap="1" wp14:anchorId="40A17A18" wp14:editId="3A92A22A">
            <wp:simplePos x="0" y="0"/>
            <wp:positionH relativeFrom="margin">
              <wp:posOffset>2131667</wp:posOffset>
            </wp:positionH>
            <wp:positionV relativeFrom="paragraph">
              <wp:posOffset>120456</wp:posOffset>
            </wp:positionV>
            <wp:extent cx="4068445" cy="2893060"/>
            <wp:effectExtent l="0" t="0" r="8255" b="2540"/>
            <wp:wrapSquare wrapText="bothSides"/>
            <wp:docPr id="2011525362" name="Picture 1" descr="Reassign page showing radio‑button options for selecting a user and a comments box, with Save and Continue and Cancel butt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1525362" name="Picture 1" descr="Reassign page showing radio‑button options for selecting a user and a comments box, with Save and Continue and Cancel buttons."/>
                    <pic:cNvPicPr/>
                  </pic:nvPicPr>
                  <pic:blipFill>
                    <a:blip r:embed="rId67"/>
                    <a:stretch>
                      <a:fillRect/>
                    </a:stretch>
                  </pic:blipFill>
                  <pic:spPr>
                    <a:xfrm>
                      <a:off x="0" y="0"/>
                      <a:ext cx="4068445" cy="2893060"/>
                    </a:xfrm>
                    <a:prstGeom prst="rect">
                      <a:avLst/>
                    </a:prstGeom>
                  </pic:spPr>
                </pic:pic>
              </a:graphicData>
            </a:graphic>
            <wp14:sizeRelH relativeFrom="margin">
              <wp14:pctWidth>0</wp14:pctWidth>
            </wp14:sizeRelH>
            <wp14:sizeRelV relativeFrom="margin">
              <wp14:pctHeight>0</wp14:pctHeight>
            </wp14:sizeRelV>
          </wp:anchor>
        </w:drawing>
      </w:r>
    </w:p>
    <w:p w14:paraId="2BE9DB04" w14:textId="77777777" w:rsidR="00A55540" w:rsidRPr="00684C6D" w:rsidRDefault="00A55540" w:rsidP="00A55540">
      <w:pPr>
        <w:pStyle w:val="ListParagraph"/>
        <w:rPr>
          <w:rFonts w:ascii="Arial" w:hAnsi="Arial" w:cs="Arial"/>
          <w:lang w:val="en-GB"/>
        </w:rPr>
      </w:pPr>
    </w:p>
    <w:p w14:paraId="4583E3CC" w14:textId="77777777" w:rsidR="00A55540" w:rsidRPr="00684C6D" w:rsidRDefault="00A55540" w:rsidP="00A55540">
      <w:pPr>
        <w:pStyle w:val="ListParagraph"/>
        <w:rPr>
          <w:rFonts w:ascii="Arial" w:hAnsi="Arial" w:cs="Arial"/>
          <w:lang w:val="en-GB"/>
        </w:rPr>
      </w:pPr>
    </w:p>
    <w:p w14:paraId="6FC6DD8D" w14:textId="6C91A6A4" w:rsidR="00A55540" w:rsidRPr="00FA2FA7" w:rsidRDefault="00A55540">
      <w:pPr>
        <w:pStyle w:val="ListParagraph"/>
        <w:numPr>
          <w:ilvl w:val="0"/>
          <w:numId w:val="11"/>
        </w:numPr>
        <w:rPr>
          <w:rFonts w:ascii="Arial" w:hAnsi="Arial" w:cs="Arial"/>
          <w:sz w:val="24"/>
          <w:szCs w:val="24"/>
          <w:lang w:val="en-GB"/>
        </w:rPr>
      </w:pPr>
      <w:r w:rsidRPr="00FA2FA7">
        <w:rPr>
          <w:rFonts w:ascii="Arial" w:hAnsi="Arial" w:cs="Arial"/>
          <w:noProof/>
          <w:sz w:val="24"/>
          <w:szCs w:val="24"/>
          <w:lang w:val="en-GB"/>
        </w:rPr>
        <mc:AlternateContent>
          <mc:Choice Requires="wps">
            <w:drawing>
              <wp:anchor distT="0" distB="0" distL="114300" distR="114300" simplePos="0" relativeHeight="252024320" behindDoc="0" locked="0" layoutInCell="1" allowOverlap="1" wp14:anchorId="5CF0D2F9" wp14:editId="4F9ECF80">
                <wp:simplePos x="0" y="0"/>
                <wp:positionH relativeFrom="column">
                  <wp:posOffset>1755582</wp:posOffset>
                </wp:positionH>
                <wp:positionV relativeFrom="paragraph">
                  <wp:posOffset>849216</wp:posOffset>
                </wp:positionV>
                <wp:extent cx="362612" cy="150550"/>
                <wp:effectExtent l="38100" t="38100" r="94615" b="97155"/>
                <wp:wrapNone/>
                <wp:docPr id="1791306782" name="Straight Arrow Connector 10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362612" cy="150550"/>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B4D5B2C" id="Straight Arrow Connector 100" o:spid="_x0000_s1026" type="#_x0000_t32" alt="&quot;&quot;" style="position:absolute;margin-left:138.25pt;margin-top:66.85pt;width:28.55pt;height:11.85pt;z-index:25202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3oIwQEAAM8DAAAOAAAAZHJzL2Uyb0RvYy54bWysU9uO0zAQfUfiHyy/01xQK1Q13Ycu8IJg&#10;BewHeJ1xYsmxLXtokr9n7LQpAgTSal8mvsyZc+Z4cribBsPOEKJ2tuHVpuQMrHSttl3DH79/ePOO&#10;s4jCtsI4Cw2fIfK74+tXh9HvoXa9My0ERkVs3I++4T2i3xdFlD0MIm6cB0uXyoVBIG1DV7RBjFR9&#10;MEVdlrtidKH1wUmIkU7vl0t+zPWVAolflIqAzDSctGGOIcenFIvjQey7IHyv5UWGeIaKQWhLpGup&#10;e4GC/Qj6j1KDlsFFp3Aj3VA4pbSE3AN1U5W/dfOtFx5yL2RO9KtN8eXKys/nk30IZMPo4z76h5C6&#10;mFQY0pf0sSmbNa9mwYRM0uHbXb2ras4kXVXbcrvNZhY3sA8RP4IbWFo0PGIQuuvx5KylZ3GhyoaJ&#10;86eIRE/AKyAxG5siCm3e25bh7Gl2MGhhOwPp0Sg9pRQ31XmFs4EF/hUU0y3prDNNHig4mcDOgkZB&#10;SAkWq7USZSeY0saswPL/wEt+gkIethW8NPdP1hWRmZ3FFTxo68Lf2HG6SlZL/tWBpe9kwZNr5/ye&#10;2RqamuzVZcLTWP66z/Dbf3j8CQAA//8DAFBLAwQUAAYACAAAACEAgbVhYdwAAAALAQAADwAAAGRy&#10;cy9kb3ducmV2LnhtbEyPy07DMBBF90j8gzVI7KhD3TooxKkQUvf0wX4aOw81tiPbSdO/Z1jBcuYe&#10;3TlT7hY7sNmE2Hun4HWVATOu9rp3rYLzaf/yBiwmdBoH74yCu4mwqx4fSiy0v7mDmY+pZVTiYoEK&#10;upTGgvNYd8ZiXPnROMoaHywmGkPLdcAblduBr7NMcou9owsdjuazM/X1OFkFX/t6lrGZDqdGhvv3&#10;tEG8LqjU89Py8Q4smSX9wfCrT+pQkdPFT05HNihY53JLKAVC5MCIEEJIYBfabPMN8Krk/3+ofgAA&#10;AP//AwBQSwECLQAUAAYACAAAACEAtoM4kv4AAADhAQAAEwAAAAAAAAAAAAAAAAAAAAAAW0NvbnRl&#10;bnRfVHlwZXNdLnhtbFBLAQItABQABgAIAAAAIQA4/SH/1gAAAJQBAAALAAAAAAAAAAAAAAAAAC8B&#10;AABfcmVscy8ucmVsc1BLAQItABQABgAIAAAAIQC+13oIwQEAAM8DAAAOAAAAAAAAAAAAAAAAAC4C&#10;AABkcnMvZTJvRG9jLnhtbFBLAQItABQABgAIAAAAIQCBtWFh3AAAAAsBAAAPAAAAAAAAAAAAAAAA&#10;ABsEAABkcnMvZG93bnJldi54bWxQSwUGAAAAAAQABADzAAAAJAUAAAAA&#10;" strokecolor="#4f81bd [3204]" strokeweight="2pt">
                <v:stroke endarrow="block"/>
                <v:shadow on="t" color="black" opacity="24903f" origin=",.5" offset="0,.55556mm"/>
              </v:shape>
            </w:pict>
          </mc:Fallback>
        </mc:AlternateContent>
      </w:r>
      <w:r w:rsidRPr="00FA2FA7">
        <w:rPr>
          <w:rFonts w:ascii="Arial" w:hAnsi="Arial" w:cs="Arial"/>
          <w:noProof/>
          <w:sz w:val="24"/>
          <w:szCs w:val="24"/>
          <w:lang w:val="en-GB"/>
        </w:rPr>
        <mc:AlternateContent>
          <mc:Choice Requires="wps">
            <w:drawing>
              <wp:anchor distT="0" distB="0" distL="114300" distR="114300" simplePos="0" relativeHeight="252023296" behindDoc="0" locked="0" layoutInCell="1" allowOverlap="1" wp14:anchorId="63445B68" wp14:editId="5DE259E0">
                <wp:simplePos x="0" y="0"/>
                <wp:positionH relativeFrom="column">
                  <wp:posOffset>1757238</wp:posOffset>
                </wp:positionH>
                <wp:positionV relativeFrom="paragraph">
                  <wp:posOffset>800982</wp:posOffset>
                </wp:positionV>
                <wp:extent cx="346627" cy="45719"/>
                <wp:effectExtent l="38100" t="57150" r="15875" b="107315"/>
                <wp:wrapNone/>
                <wp:docPr id="27173562" name="Straight Arrow Connector 10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346627" cy="45719"/>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3EAE7C9" id="Straight Arrow Connector 100" o:spid="_x0000_s1026" type="#_x0000_t32" alt="&quot;&quot;" style="position:absolute;margin-left:138.35pt;margin-top:63.05pt;width:27.3pt;height:3.6pt;flip:y;z-index:25202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72xgEAANgDAAAOAAAAZHJzL2Uyb0RvYy54bWysU02P0zAQvSPxHyzfadKydNmq6R66wAXB&#10;iq+71xknlvwle2iSf8/YabMIECshLiPHnvdm3pvJ/na0hp0gJu1dw9ermjNw0rfadQ3/+uXti9ec&#10;JRSuFcY7aPgEid8enj/bD2EHG99700JkROLSbggN7xHDrqqS7MGKtPIBHD0qH61A+oxd1UYxELs1&#10;1aaut9XgYxuil5AS3d7Nj/xQ+JUCiR+VSoDMNJx6wxJjiQ85Voe92HVRhF7LcxviH7qwQjsqulDd&#10;CRTse9S/UVkto09e4Up6W3mltISigdSs61/UfO5FgKKFzElhsSn9P1r54XR095FsGELapXAfs4pR&#10;RcuU0eEbzbTook7ZWGybFttgRCbp8uXVdru55kzS09Wr6/VNdrWaWTJbiAnfgbcsHxqeMArd9Xj0&#10;ztF8fJwriNP7hDPwAshg43JEoc0b1zKcAi0RRi1cZ+BcJ6dUj+2XE04GZvgnUEy31OamCCmbBUcT&#10;2UnQTggpweF6YaLsDFPamAVYPw0852colK1bwLO4v1ZdEKWyd7iArXY+/qk6jpeW1Zx/cWDWnS14&#10;8O1UBlusofUpMzmvet7Pn78L/PGHPPwAAAD//wMAUEsDBBQABgAIAAAAIQBxNQGm3wAAAAsBAAAP&#10;AAAAZHJzL2Rvd25yZXYueG1sTI9NT4QwEIbvJv6HZky8uYU2AYOUjdEY48WPXS/eujBSIp0SWnbx&#10;3zue9DjzPnnnmXq7+lEccY5DIAP5JgOB1IZuoN7A+/7h6hpETJY6OwZCA98YYducn9W26sKJ3vC4&#10;S73gEoqVNeBSmiopY+vQ27gJExJnn2H2NvE497Kb7YnL/ShVlhXS24H4grMT3jlsv3aLN/B6H7Jn&#10;9TI5l7dqWaJ6etyXH8ZcXqy3NyASrukPhl99VoeGnQ5hoS6K0YAqi5JRDlSRg2BC61yDOPBGaw2y&#10;qeX/H5ofAAAA//8DAFBLAQItABQABgAIAAAAIQC2gziS/gAAAOEBAAATAAAAAAAAAAAAAAAAAAAA&#10;AABbQ29udGVudF9UeXBlc10ueG1sUEsBAi0AFAAGAAgAAAAhADj9If/WAAAAlAEAAAsAAAAAAAAA&#10;AAAAAAAALwEAAF9yZWxzLy5yZWxzUEsBAi0AFAAGAAgAAAAhAH6iHvbGAQAA2AMAAA4AAAAAAAAA&#10;AAAAAAAALgIAAGRycy9lMm9Eb2MueG1sUEsBAi0AFAAGAAgAAAAhAHE1AabfAAAACwEAAA8AAAAA&#10;AAAAAAAAAAAAIAQAAGRycy9kb3ducmV2LnhtbFBLBQYAAAAABAAEAPMAAAAsBQAAAAA=&#10;" strokecolor="#4f81bd [3204]" strokeweight="2pt">
                <v:stroke endarrow="block"/>
                <v:shadow on="t" color="black" opacity="24903f" origin=",.5" offset="0,.55556mm"/>
              </v:shape>
            </w:pict>
          </mc:Fallback>
        </mc:AlternateContent>
      </w:r>
      <w:r w:rsidRPr="00FA2FA7">
        <w:rPr>
          <w:rFonts w:ascii="Arial" w:hAnsi="Arial" w:cs="Arial"/>
          <w:sz w:val="24"/>
          <w:szCs w:val="24"/>
          <w:lang w:val="en-GB"/>
        </w:rPr>
        <w:t>Choose the member of your Public Authority you wish to assign the summary to, then enter an optional comment.</w:t>
      </w:r>
    </w:p>
    <w:p w14:paraId="3B2E5F43" w14:textId="77777777" w:rsidR="00A55540" w:rsidRPr="00FA2FA7" w:rsidRDefault="00A55540" w:rsidP="00A55540">
      <w:pPr>
        <w:pStyle w:val="ListParagraph"/>
        <w:rPr>
          <w:rFonts w:ascii="Arial" w:hAnsi="Arial" w:cs="Arial"/>
          <w:sz w:val="24"/>
          <w:szCs w:val="24"/>
          <w:lang w:val="en-GB"/>
        </w:rPr>
      </w:pPr>
    </w:p>
    <w:p w14:paraId="7D095CAF" w14:textId="77777777" w:rsidR="00A55540" w:rsidRPr="00FA2FA7" w:rsidRDefault="00A55540" w:rsidP="00A55540">
      <w:pPr>
        <w:pStyle w:val="ListParagraph"/>
        <w:rPr>
          <w:rFonts w:ascii="Arial" w:hAnsi="Arial" w:cs="Arial"/>
          <w:sz w:val="24"/>
          <w:szCs w:val="24"/>
          <w:lang w:val="en-GB"/>
        </w:rPr>
      </w:pPr>
    </w:p>
    <w:p w14:paraId="6B35B37C" w14:textId="77777777" w:rsidR="00A55540" w:rsidRPr="00FA2FA7" w:rsidRDefault="00A55540" w:rsidP="00A55540">
      <w:pPr>
        <w:pStyle w:val="ListParagraph"/>
        <w:rPr>
          <w:rFonts w:ascii="Arial" w:hAnsi="Arial" w:cs="Arial"/>
          <w:sz w:val="24"/>
          <w:szCs w:val="24"/>
          <w:lang w:val="en-GB"/>
        </w:rPr>
      </w:pPr>
    </w:p>
    <w:p w14:paraId="06339D74" w14:textId="77777777" w:rsidR="00A55540" w:rsidRPr="00FA2FA7" w:rsidRDefault="00A55540" w:rsidP="00A55540">
      <w:pPr>
        <w:pStyle w:val="ListParagraph"/>
        <w:rPr>
          <w:rFonts w:ascii="Arial" w:hAnsi="Arial" w:cs="Arial"/>
          <w:sz w:val="24"/>
          <w:szCs w:val="24"/>
          <w:lang w:val="en-GB"/>
        </w:rPr>
      </w:pPr>
    </w:p>
    <w:p w14:paraId="052C12EE" w14:textId="77777777" w:rsidR="00A55540" w:rsidRPr="00FA2FA7" w:rsidRDefault="00A55540" w:rsidP="00A55540">
      <w:pPr>
        <w:pStyle w:val="ListParagraph"/>
        <w:rPr>
          <w:rFonts w:ascii="Arial" w:hAnsi="Arial" w:cs="Arial"/>
          <w:sz w:val="24"/>
          <w:szCs w:val="24"/>
          <w:lang w:val="en-GB"/>
        </w:rPr>
      </w:pPr>
      <w:r w:rsidRPr="00FA2FA7">
        <w:rPr>
          <w:rFonts w:ascii="Arial" w:hAnsi="Arial" w:cs="Arial"/>
          <w:sz w:val="24"/>
          <w:szCs w:val="24"/>
          <w:lang w:val="en-GB"/>
        </w:rPr>
        <w:br/>
        <w:t xml:space="preserve">Select </w:t>
      </w:r>
      <w:r w:rsidRPr="00D82BB0">
        <w:rPr>
          <w:rFonts w:ascii="Arial" w:hAnsi="Arial" w:cs="Arial"/>
          <w:b/>
          <w:bCs/>
          <w:sz w:val="24"/>
          <w:szCs w:val="24"/>
          <w:lang w:val="en-GB"/>
        </w:rPr>
        <w:t>Save and Continue</w:t>
      </w:r>
      <w:r w:rsidRPr="00FA2FA7">
        <w:rPr>
          <w:rFonts w:ascii="Arial" w:hAnsi="Arial" w:cs="Arial"/>
          <w:sz w:val="24"/>
          <w:szCs w:val="24"/>
          <w:lang w:val="en-GB"/>
        </w:rPr>
        <w:t xml:space="preserve"> to confirm.</w:t>
      </w:r>
    </w:p>
    <w:p w14:paraId="06DEF940" w14:textId="77777777" w:rsidR="00A55540" w:rsidRPr="00FA2FA7" w:rsidRDefault="00A55540" w:rsidP="00A55540">
      <w:pPr>
        <w:rPr>
          <w:rFonts w:ascii="Arial" w:hAnsi="Arial" w:cs="Arial"/>
          <w:sz w:val="24"/>
          <w:szCs w:val="24"/>
          <w:lang w:val="en-GB"/>
        </w:rPr>
      </w:pPr>
    </w:p>
    <w:p w14:paraId="330CB5FC" w14:textId="77777777" w:rsidR="00A55540" w:rsidRPr="00FA2FA7" w:rsidRDefault="00A55540" w:rsidP="00A55540">
      <w:pPr>
        <w:rPr>
          <w:rFonts w:ascii="Arial" w:hAnsi="Arial" w:cs="Arial"/>
          <w:sz w:val="24"/>
          <w:szCs w:val="24"/>
          <w:lang w:val="en-GB"/>
        </w:rPr>
      </w:pPr>
    </w:p>
    <w:p w14:paraId="09AE650F" w14:textId="77777777" w:rsidR="00A55540" w:rsidRPr="00FA2FA7" w:rsidRDefault="00A55540" w:rsidP="00A55540">
      <w:pPr>
        <w:rPr>
          <w:rFonts w:ascii="Arial" w:hAnsi="Arial" w:cs="Arial"/>
          <w:sz w:val="24"/>
          <w:szCs w:val="24"/>
          <w:lang w:val="en-GB"/>
        </w:rPr>
      </w:pPr>
    </w:p>
    <w:p w14:paraId="63A9203C" w14:textId="0267A221" w:rsidR="00A55540" w:rsidRPr="00FA2FA7" w:rsidRDefault="00A55540" w:rsidP="00A55540">
      <w:pPr>
        <w:rPr>
          <w:rFonts w:ascii="Arial" w:hAnsi="Arial" w:cs="Arial"/>
          <w:sz w:val="24"/>
          <w:szCs w:val="24"/>
          <w:lang w:val="en-GB"/>
        </w:rPr>
      </w:pPr>
      <w:r w:rsidRPr="00FA2FA7">
        <w:rPr>
          <w:rFonts w:ascii="Arial" w:hAnsi="Arial" w:cs="Arial"/>
          <w:noProof/>
          <w:sz w:val="24"/>
          <w:szCs w:val="24"/>
          <w:lang w:val="en-GB" w:eastAsia="en-GB"/>
        </w:rPr>
        <w:drawing>
          <wp:anchor distT="0" distB="0" distL="114300" distR="114300" simplePos="0" relativeHeight="252025344" behindDoc="0" locked="0" layoutInCell="1" allowOverlap="1" wp14:anchorId="7ACD3FEC" wp14:editId="4DA0199E">
            <wp:simplePos x="0" y="0"/>
            <wp:positionH relativeFrom="column">
              <wp:posOffset>2154474</wp:posOffset>
            </wp:positionH>
            <wp:positionV relativeFrom="paragraph">
              <wp:posOffset>67737</wp:posOffset>
            </wp:positionV>
            <wp:extent cx="4011930" cy="827405"/>
            <wp:effectExtent l="0" t="0" r="7620" b="0"/>
            <wp:wrapSquare wrapText="bothSides"/>
            <wp:docPr id="14194412" name="Picture 1" descr="Confirmation banner displaying a ‘Summary assigned’ mes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94412" name="Picture 1" descr="Confirmation banner displaying a ‘Summary assigned’ message."/>
                    <pic:cNvPicPr/>
                  </pic:nvPicPr>
                  <pic:blipFill>
                    <a:blip r:embed="rId68"/>
                    <a:stretch>
                      <a:fillRect/>
                    </a:stretch>
                  </pic:blipFill>
                  <pic:spPr>
                    <a:xfrm>
                      <a:off x="0" y="0"/>
                      <a:ext cx="4011930" cy="827405"/>
                    </a:xfrm>
                    <a:prstGeom prst="rect">
                      <a:avLst/>
                    </a:prstGeom>
                  </pic:spPr>
                </pic:pic>
              </a:graphicData>
            </a:graphic>
            <wp14:sizeRelH relativeFrom="margin">
              <wp14:pctWidth>0</wp14:pctWidth>
            </wp14:sizeRelH>
            <wp14:sizeRelV relativeFrom="margin">
              <wp14:pctHeight>0</wp14:pctHeight>
            </wp14:sizeRelV>
          </wp:anchor>
        </w:drawing>
      </w:r>
      <w:r w:rsidRPr="00FA2FA7">
        <w:rPr>
          <w:rFonts w:ascii="Arial" w:eastAsia="Times New Roman" w:hAnsi="Arial" w:cs="Arial"/>
          <w:sz w:val="24"/>
          <w:szCs w:val="24"/>
          <w:lang w:val="en-GB" w:eastAsia="en-GB"/>
        </w:rPr>
        <w:t>You will get a Summary assigned statement confirming the change</w:t>
      </w:r>
    </w:p>
    <w:p w14:paraId="2FEF1148" w14:textId="77777777" w:rsidR="00A55540" w:rsidRPr="00FA2FA7" w:rsidRDefault="00A55540" w:rsidP="002725C1">
      <w:pPr>
        <w:rPr>
          <w:rFonts w:ascii="Arial" w:hAnsi="Arial" w:cs="Arial"/>
          <w:sz w:val="24"/>
          <w:szCs w:val="24"/>
          <w:lang w:val="en-GB"/>
        </w:rPr>
      </w:pPr>
    </w:p>
    <w:p w14:paraId="41F84974" w14:textId="77777777" w:rsidR="00A55540" w:rsidRPr="00FA2FA7" w:rsidRDefault="00A55540" w:rsidP="002725C1">
      <w:pPr>
        <w:rPr>
          <w:rFonts w:ascii="Arial" w:hAnsi="Arial" w:cs="Arial"/>
          <w:sz w:val="24"/>
          <w:szCs w:val="24"/>
          <w:lang w:val="en-GB"/>
        </w:rPr>
      </w:pPr>
    </w:p>
    <w:p w14:paraId="01AC86FF" w14:textId="77777777" w:rsidR="00A55540" w:rsidRPr="00FA2FA7" w:rsidRDefault="00A55540" w:rsidP="002725C1">
      <w:pPr>
        <w:rPr>
          <w:rFonts w:ascii="Arial" w:hAnsi="Arial" w:cs="Arial"/>
          <w:sz w:val="24"/>
          <w:szCs w:val="24"/>
          <w:lang w:val="en-GB"/>
        </w:rPr>
      </w:pPr>
    </w:p>
    <w:p w14:paraId="36758DC7" w14:textId="77777777" w:rsidR="00A55540" w:rsidRPr="00FA2FA7" w:rsidRDefault="00A55540" w:rsidP="002725C1">
      <w:pPr>
        <w:rPr>
          <w:rFonts w:ascii="Arial" w:hAnsi="Arial" w:cs="Arial"/>
          <w:sz w:val="24"/>
          <w:szCs w:val="24"/>
          <w:lang w:val="en-GB"/>
        </w:rPr>
      </w:pPr>
    </w:p>
    <w:p w14:paraId="6876E6E6" w14:textId="77777777" w:rsidR="004F3E30" w:rsidRPr="00FA2FA7" w:rsidRDefault="004F3E30" w:rsidP="00A55540">
      <w:pPr>
        <w:rPr>
          <w:rFonts w:ascii="Arial" w:hAnsi="Arial" w:cs="Arial"/>
          <w:b/>
          <w:bCs/>
          <w:color w:val="002060"/>
          <w:sz w:val="24"/>
          <w:szCs w:val="24"/>
          <w:lang w:val="en-GB"/>
        </w:rPr>
      </w:pPr>
    </w:p>
    <w:p w14:paraId="78DDB6A5" w14:textId="467BF711" w:rsidR="00050F6E" w:rsidRPr="00BA66FB" w:rsidRDefault="00596329" w:rsidP="00BA66FB">
      <w:pPr>
        <w:rPr>
          <w:rFonts w:ascii="Arial" w:hAnsi="Arial" w:cs="Arial"/>
          <w:b/>
          <w:bCs/>
          <w:color w:val="002060"/>
          <w:sz w:val="24"/>
          <w:szCs w:val="24"/>
          <w:lang w:val="en-GB"/>
        </w:rPr>
      </w:pPr>
      <w:r w:rsidRPr="00FA2FA7">
        <w:rPr>
          <w:rFonts w:ascii="Arial" w:hAnsi="Arial" w:cs="Arial"/>
          <w:b/>
          <w:bCs/>
          <w:color w:val="002060"/>
          <w:sz w:val="24"/>
          <w:szCs w:val="24"/>
          <w:lang w:val="en-GB"/>
        </w:rPr>
        <w:br w:type="page"/>
      </w:r>
      <w:bookmarkStart w:id="16" w:name="SendingtoCoordinator"/>
      <w:r w:rsidR="00050F6E" w:rsidRPr="00BA66FB">
        <w:rPr>
          <w:rFonts w:ascii="Arial" w:hAnsi="Arial" w:cs="Arial"/>
          <w:b/>
          <w:bCs/>
          <w:color w:val="002060"/>
          <w:sz w:val="28"/>
          <w:szCs w:val="28"/>
          <w:lang w:val="en-GB"/>
        </w:rPr>
        <w:lastRenderedPageBreak/>
        <w:t>Sending</w:t>
      </w:r>
      <w:r w:rsidR="00E34E12" w:rsidRPr="00BA66FB">
        <w:rPr>
          <w:rFonts w:ascii="Arial" w:hAnsi="Arial" w:cs="Arial"/>
          <w:b/>
          <w:bCs/>
          <w:color w:val="002060"/>
          <w:sz w:val="28"/>
          <w:szCs w:val="28"/>
          <w:lang w:val="en-GB"/>
        </w:rPr>
        <w:t xml:space="preserve"> a Summary</w:t>
      </w:r>
      <w:r w:rsidR="00050F6E" w:rsidRPr="00BA66FB">
        <w:rPr>
          <w:rFonts w:ascii="Arial" w:hAnsi="Arial" w:cs="Arial"/>
          <w:b/>
          <w:bCs/>
          <w:color w:val="002060"/>
          <w:sz w:val="28"/>
          <w:szCs w:val="28"/>
          <w:lang w:val="en-GB"/>
        </w:rPr>
        <w:t xml:space="preserve"> to </w:t>
      </w:r>
      <w:r w:rsidR="00E34E12" w:rsidRPr="00BA66FB">
        <w:rPr>
          <w:rFonts w:ascii="Arial" w:hAnsi="Arial" w:cs="Arial"/>
          <w:b/>
          <w:bCs/>
          <w:color w:val="002060"/>
          <w:sz w:val="28"/>
          <w:szCs w:val="28"/>
          <w:lang w:val="en-GB"/>
        </w:rPr>
        <w:t xml:space="preserve">a </w:t>
      </w:r>
      <w:r w:rsidR="0011579F">
        <w:rPr>
          <w:rFonts w:ascii="Arial" w:hAnsi="Arial" w:cs="Arial"/>
          <w:b/>
          <w:bCs/>
          <w:color w:val="002060"/>
          <w:sz w:val="28"/>
          <w:szCs w:val="28"/>
          <w:lang w:val="en-GB"/>
        </w:rPr>
        <w:t>Rural Needs Coordinator</w:t>
      </w:r>
    </w:p>
    <w:bookmarkEnd w:id="16"/>
    <w:p w14:paraId="321139AC" w14:textId="0586FD37" w:rsidR="00BA66FB" w:rsidRPr="00FA2FA7" w:rsidRDefault="00050F6E" w:rsidP="00A55540">
      <w:pPr>
        <w:rPr>
          <w:rFonts w:ascii="Arial" w:hAnsi="Arial" w:cs="Arial"/>
          <w:b/>
          <w:bCs/>
          <w:i/>
          <w:iCs/>
          <w:sz w:val="24"/>
          <w:szCs w:val="24"/>
          <w:lang w:val="en-GB"/>
        </w:rPr>
      </w:pPr>
      <w:r w:rsidRPr="00FA2FA7">
        <w:rPr>
          <w:rFonts w:ascii="Arial" w:hAnsi="Arial" w:cs="Arial"/>
          <w:b/>
          <w:bCs/>
          <w:i/>
          <w:iCs/>
          <w:sz w:val="24"/>
          <w:szCs w:val="24"/>
          <w:lang w:val="en-GB"/>
        </w:rPr>
        <w:t xml:space="preserve">The </w:t>
      </w:r>
      <w:r w:rsidR="0011579F">
        <w:rPr>
          <w:rFonts w:ascii="Arial" w:hAnsi="Arial" w:cs="Arial"/>
          <w:b/>
          <w:bCs/>
          <w:i/>
          <w:iCs/>
          <w:sz w:val="24"/>
          <w:szCs w:val="24"/>
          <w:lang w:val="en-GB"/>
        </w:rPr>
        <w:t>Rural Needs Coordinator</w:t>
      </w:r>
      <w:r w:rsidRPr="00FA2FA7">
        <w:rPr>
          <w:rFonts w:ascii="Arial" w:hAnsi="Arial" w:cs="Arial"/>
          <w:b/>
          <w:bCs/>
          <w:i/>
          <w:iCs/>
          <w:sz w:val="24"/>
          <w:szCs w:val="24"/>
          <w:lang w:val="en-GB"/>
        </w:rPr>
        <w:t xml:space="preserve"> is the individual assigned to review and approve your Public Authority summaries.</w:t>
      </w:r>
    </w:p>
    <w:p w14:paraId="6AEBA5EB" w14:textId="56705A36" w:rsidR="00050F6E" w:rsidRPr="00FA2FA7" w:rsidRDefault="00050F6E" w:rsidP="003E5251">
      <w:pPr>
        <w:pStyle w:val="ListParagraph"/>
        <w:ind w:left="360"/>
        <w:rPr>
          <w:rFonts w:ascii="Arial" w:hAnsi="Arial" w:cs="Arial"/>
          <w:b/>
          <w:bCs/>
          <w:color w:val="1F497D" w:themeColor="text2"/>
          <w:sz w:val="24"/>
          <w:szCs w:val="24"/>
          <w:lang w:val="en-GB"/>
        </w:rPr>
      </w:pPr>
      <w:r w:rsidRPr="00FA2FA7">
        <w:rPr>
          <w:rFonts w:ascii="Arial" w:hAnsi="Arial" w:cs="Arial"/>
          <w:noProof/>
          <w:color w:val="1F497D" w:themeColor="text2"/>
          <w:sz w:val="24"/>
          <w:szCs w:val="24"/>
          <w:lang w:val="en-GB"/>
        </w:rPr>
        <w:drawing>
          <wp:anchor distT="0" distB="0" distL="114300" distR="114300" simplePos="0" relativeHeight="251638267" behindDoc="0" locked="0" layoutInCell="1" allowOverlap="1" wp14:anchorId="7399201D" wp14:editId="427B5279">
            <wp:simplePos x="0" y="0"/>
            <wp:positionH relativeFrom="column">
              <wp:posOffset>2673985</wp:posOffset>
            </wp:positionH>
            <wp:positionV relativeFrom="paragraph">
              <wp:posOffset>107950</wp:posOffset>
            </wp:positionV>
            <wp:extent cx="3408680" cy="1905000"/>
            <wp:effectExtent l="0" t="0" r="1270" b="0"/>
            <wp:wrapSquare wrapText="bothSides"/>
            <wp:docPr id="1157521474" name="Picture 1" descr="Page section showing response options followed by buttons to save a draft, send to coordinator, or can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7521474" name="Picture 1" descr="Page section showing response options followed by buttons to save a draft, send to coordinator, or cancel."/>
                    <pic:cNvPicPr/>
                  </pic:nvPicPr>
                  <pic:blipFill>
                    <a:blip r:embed="rId69"/>
                    <a:stretch>
                      <a:fillRect/>
                    </a:stretch>
                  </pic:blipFill>
                  <pic:spPr>
                    <a:xfrm>
                      <a:off x="0" y="0"/>
                      <a:ext cx="3408680" cy="1905000"/>
                    </a:xfrm>
                    <a:prstGeom prst="rect">
                      <a:avLst/>
                    </a:prstGeom>
                  </pic:spPr>
                </pic:pic>
              </a:graphicData>
            </a:graphic>
            <wp14:sizeRelH relativeFrom="margin">
              <wp14:pctWidth>0</wp14:pctWidth>
            </wp14:sizeRelH>
            <wp14:sizeRelV relativeFrom="margin">
              <wp14:pctHeight>0</wp14:pctHeight>
            </wp14:sizeRelV>
          </wp:anchor>
        </w:drawing>
      </w:r>
    </w:p>
    <w:p w14:paraId="75A6B491" w14:textId="2875D9A2" w:rsidR="003E329B" w:rsidRPr="00FA2FA7" w:rsidRDefault="000A2355">
      <w:pPr>
        <w:pStyle w:val="ListParagraph"/>
        <w:numPr>
          <w:ilvl w:val="0"/>
          <w:numId w:val="11"/>
        </w:numPr>
        <w:rPr>
          <w:rFonts w:ascii="Arial" w:hAnsi="Arial" w:cs="Arial"/>
          <w:sz w:val="24"/>
          <w:szCs w:val="24"/>
          <w:lang w:val="en-GB"/>
        </w:rPr>
      </w:pPr>
      <w:r w:rsidRPr="00FA2FA7">
        <w:rPr>
          <w:rFonts w:ascii="Arial" w:hAnsi="Arial" w:cs="Arial"/>
          <w:noProof/>
          <w:sz w:val="24"/>
          <w:szCs w:val="24"/>
          <w:lang w:val="en-GB"/>
        </w:rPr>
        <mc:AlternateContent>
          <mc:Choice Requires="wps">
            <w:drawing>
              <wp:anchor distT="0" distB="0" distL="114300" distR="114300" simplePos="0" relativeHeight="251794944" behindDoc="0" locked="0" layoutInCell="1" allowOverlap="1" wp14:anchorId="717F796C" wp14:editId="38CC9855">
                <wp:simplePos x="0" y="0"/>
                <wp:positionH relativeFrom="margin">
                  <wp:posOffset>2368550</wp:posOffset>
                </wp:positionH>
                <wp:positionV relativeFrom="paragraph">
                  <wp:posOffset>929640</wp:posOffset>
                </wp:positionV>
                <wp:extent cx="1028700" cy="228600"/>
                <wp:effectExtent l="38100" t="38100" r="76200" b="114300"/>
                <wp:wrapNone/>
                <wp:docPr id="1907959022" name="Straight Arrow Connector 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028700" cy="228600"/>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27D872A" id="Straight Arrow Connector 19" o:spid="_x0000_s1026" type="#_x0000_t32" alt="&quot;&quot;" style="position:absolute;margin-left:186.5pt;margin-top:73.2pt;width:81pt;height:18pt;z-index:251794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Y4/vgEAANADAAAOAAAAZHJzL2Uyb0RvYy54bWysU8mO1DAQvSPxD1budJbD0Io6PYeeGS4I&#10;Riwf4HHKiSVvsotO8veUne40AgQS4lLxUu9V1fPL4X42mp0hROVsV9S7qmBgheuVHbri65enN/uC&#10;ReS259pZ6IoFYnF/fP3qMPkWGjc63UNgRGJjO/muGBF9W5ZRjGB43DkPli6lC4YjbcNQ9oFPxG50&#10;2VTVXTm50PvgBMRIpw/rZXHM/FKCwI9SRkCmu4J6wxxDji8plscDb4fA/ajEpQ3+D10YriwV3age&#10;OHL2LahfqIwSwUUncSecKZ2USkCegaapq5+m+TxyD3kWEif6Tab4/2jFh/PJPgeSYfKxjf45pClm&#10;GUz6Un9szmItm1gwIxN0WFfN/m1Fmgq6a5r9Ha2JpryhfYj4DpxhadEVEQNXw4gnZy29iwt1Voyf&#10;30dcgVdAKq1tisiVfrQ9w8WTeTAobgcNlzoppby1nVe4aFjhn0Ay1VOjTS6THQUnHdiZkxe4EGCx&#10;3pgoO8Gk0noDVn8HXvITFLLbNvA63B+rbohc2VncwEZZF35XHedry3LNvyqwzp0keHH9kh80S0O2&#10;yW9ysXjy5Y/7DL/9iMfvAAAA//8DAFBLAwQUAAYACAAAACEAFrAKLdwAAAALAQAADwAAAGRycy9k&#10;b3ducmV2LnhtbEyPS0/DMBCE70j8B2uRuFGHJg1ViFMhpN7pg/s23jzU2I5sJ03/PcsJjjszmv2m&#10;3C1mEDP50Dur4HWVgCBbO93bVsH5tH/ZgggRrcbBWVJwpwC76vGhxEK7mz3QfIyt4BIbClTQxTgW&#10;Uoa6I4Nh5Uay7DXOG4x8+lZqjzcuN4NcJ0kuDfaWP3Q40mdH9fU4GQVf+3rOQzMdTk3u799Thnhd&#10;UKnnp+XjHUSkJf6F4Ref0aFipoubrA5iUJC+pbwlspHlGQhObNINKxdWtusMZFXK/xuqHwAAAP//&#10;AwBQSwECLQAUAAYACAAAACEAtoM4kv4AAADhAQAAEwAAAAAAAAAAAAAAAAAAAAAAW0NvbnRlbnRf&#10;VHlwZXNdLnhtbFBLAQItABQABgAIAAAAIQA4/SH/1gAAAJQBAAALAAAAAAAAAAAAAAAAAC8BAABf&#10;cmVscy8ucmVsc1BLAQItABQABgAIAAAAIQDI4Y4/vgEAANADAAAOAAAAAAAAAAAAAAAAAC4CAABk&#10;cnMvZTJvRG9jLnhtbFBLAQItABQABgAIAAAAIQAWsAot3AAAAAsBAAAPAAAAAAAAAAAAAAAAABgE&#10;AABkcnMvZG93bnJldi54bWxQSwUGAAAAAAQABADzAAAAIQUAAAAA&#10;" strokecolor="#4f81bd [3204]" strokeweight="2pt">
                <v:stroke endarrow="block"/>
                <v:shadow on="t" color="black" opacity="24903f" origin=",.5" offset="0,.55556mm"/>
                <w10:wrap anchorx="margin"/>
              </v:shape>
            </w:pict>
          </mc:Fallback>
        </mc:AlternateContent>
      </w:r>
      <w:r w:rsidR="003E329B" w:rsidRPr="00FA2FA7">
        <w:rPr>
          <w:rFonts w:ascii="Arial" w:hAnsi="Arial" w:cs="Arial"/>
          <w:sz w:val="24"/>
          <w:szCs w:val="24"/>
          <w:lang w:val="en-GB"/>
        </w:rPr>
        <w:t>Onc</w:t>
      </w:r>
      <w:r w:rsidR="00050F6E" w:rsidRPr="00FA2FA7">
        <w:rPr>
          <w:rFonts w:ascii="Arial" w:hAnsi="Arial" w:cs="Arial"/>
          <w:sz w:val="24"/>
          <w:szCs w:val="24"/>
          <w:lang w:val="en-GB"/>
        </w:rPr>
        <w:t>e</w:t>
      </w:r>
      <w:r w:rsidR="003E329B" w:rsidRPr="00FA2FA7">
        <w:rPr>
          <w:rFonts w:ascii="Arial" w:hAnsi="Arial" w:cs="Arial"/>
          <w:sz w:val="24"/>
          <w:szCs w:val="24"/>
          <w:lang w:val="en-GB"/>
        </w:rPr>
        <w:t xml:space="preserve"> you are satisfied that your summary is complete, you can </w:t>
      </w:r>
      <w:r w:rsidR="003E329B" w:rsidRPr="00D82BB0">
        <w:rPr>
          <w:rFonts w:ascii="Arial" w:hAnsi="Arial" w:cs="Arial"/>
          <w:b/>
          <w:bCs/>
          <w:sz w:val="24"/>
          <w:szCs w:val="24"/>
          <w:lang w:val="en-GB"/>
        </w:rPr>
        <w:t xml:space="preserve">Send to </w:t>
      </w:r>
      <w:r w:rsidR="0011579F" w:rsidRPr="00D82BB0">
        <w:rPr>
          <w:rFonts w:ascii="Arial" w:hAnsi="Arial" w:cs="Arial"/>
          <w:b/>
          <w:bCs/>
          <w:sz w:val="24"/>
          <w:szCs w:val="24"/>
          <w:lang w:val="en-GB"/>
        </w:rPr>
        <w:t>Rural Needs Coordinator</w:t>
      </w:r>
      <w:r w:rsidR="009C3D90" w:rsidRPr="00FA2FA7">
        <w:rPr>
          <w:rFonts w:ascii="Arial" w:hAnsi="Arial" w:cs="Arial"/>
          <w:b/>
          <w:bCs/>
          <w:i/>
          <w:iCs/>
          <w:sz w:val="24"/>
          <w:szCs w:val="24"/>
          <w:lang w:val="en-GB"/>
        </w:rPr>
        <w:t xml:space="preserve"> </w:t>
      </w:r>
      <w:r w:rsidR="003E329B" w:rsidRPr="00FA2FA7">
        <w:rPr>
          <w:rFonts w:ascii="Arial" w:hAnsi="Arial" w:cs="Arial"/>
          <w:sz w:val="24"/>
          <w:szCs w:val="24"/>
          <w:lang w:val="en-GB"/>
        </w:rPr>
        <w:t xml:space="preserve"> for review. A cancel option is also available if do not wish to proceed.</w:t>
      </w:r>
      <w:r w:rsidR="002A13C2" w:rsidRPr="00FA2FA7">
        <w:rPr>
          <w:rFonts w:ascii="Arial" w:hAnsi="Arial" w:cs="Arial"/>
          <w:sz w:val="24"/>
          <w:szCs w:val="24"/>
          <w:lang w:val="en-GB"/>
        </w:rPr>
        <w:t xml:space="preserve"> The </w:t>
      </w:r>
      <w:r w:rsidR="0011579F">
        <w:rPr>
          <w:rFonts w:ascii="Arial" w:hAnsi="Arial" w:cs="Arial"/>
          <w:sz w:val="24"/>
          <w:szCs w:val="24"/>
          <w:lang w:val="en-GB"/>
        </w:rPr>
        <w:t>Rural Needs Coordinator</w:t>
      </w:r>
      <w:r w:rsidR="002A13C2" w:rsidRPr="00FA2FA7">
        <w:rPr>
          <w:rFonts w:ascii="Arial" w:hAnsi="Arial" w:cs="Arial"/>
          <w:sz w:val="24"/>
          <w:szCs w:val="24"/>
          <w:lang w:val="en-GB"/>
        </w:rPr>
        <w:t xml:space="preserve"> will review your summary. </w:t>
      </w:r>
    </w:p>
    <w:p w14:paraId="3AEDAA55" w14:textId="2515B13B" w:rsidR="007F7614" w:rsidRPr="00FA2FA7" w:rsidRDefault="007F7614" w:rsidP="00DB1E4E">
      <w:pPr>
        <w:pStyle w:val="ListParagraph"/>
        <w:rPr>
          <w:rFonts w:ascii="Arial" w:hAnsi="Arial" w:cs="Arial"/>
          <w:sz w:val="24"/>
          <w:szCs w:val="24"/>
        </w:rPr>
      </w:pPr>
    </w:p>
    <w:p w14:paraId="6863F1D3" w14:textId="500005C0" w:rsidR="007F7614" w:rsidRPr="00FA2FA7" w:rsidRDefault="007F7614" w:rsidP="00DB1E4E">
      <w:pPr>
        <w:pStyle w:val="ListParagraph"/>
        <w:rPr>
          <w:rFonts w:ascii="Arial" w:hAnsi="Arial" w:cs="Arial"/>
          <w:sz w:val="24"/>
          <w:szCs w:val="24"/>
        </w:rPr>
      </w:pPr>
    </w:p>
    <w:p w14:paraId="6B0A59E0" w14:textId="77777777" w:rsidR="004F3E30" w:rsidRPr="00FA2FA7" w:rsidRDefault="004F3E30" w:rsidP="00DB1E4E">
      <w:pPr>
        <w:pStyle w:val="ListParagraph"/>
        <w:rPr>
          <w:rFonts w:ascii="Arial" w:hAnsi="Arial" w:cs="Arial"/>
          <w:sz w:val="24"/>
          <w:szCs w:val="24"/>
        </w:rPr>
      </w:pPr>
    </w:p>
    <w:p w14:paraId="3182DC5F" w14:textId="77777777" w:rsidR="002A13C2" w:rsidRPr="00FA2FA7" w:rsidRDefault="002A13C2" w:rsidP="00DB1E4E">
      <w:pPr>
        <w:pStyle w:val="ListParagraph"/>
        <w:rPr>
          <w:rFonts w:ascii="Arial" w:hAnsi="Arial" w:cs="Arial"/>
          <w:sz w:val="24"/>
          <w:szCs w:val="24"/>
        </w:rPr>
      </w:pPr>
    </w:p>
    <w:p w14:paraId="2B2AD052" w14:textId="231E2725" w:rsidR="002A13C2" w:rsidRPr="00FA2FA7" w:rsidRDefault="002A13C2">
      <w:pPr>
        <w:pStyle w:val="ListParagraph"/>
        <w:numPr>
          <w:ilvl w:val="0"/>
          <w:numId w:val="11"/>
        </w:numPr>
        <w:rPr>
          <w:rFonts w:ascii="Arial" w:hAnsi="Arial" w:cs="Arial"/>
          <w:sz w:val="24"/>
          <w:szCs w:val="24"/>
          <w:lang w:val="en-GB"/>
        </w:rPr>
      </w:pPr>
      <w:r w:rsidRPr="00FA2FA7">
        <w:rPr>
          <w:rFonts w:ascii="Arial" w:hAnsi="Arial" w:cs="Arial"/>
          <w:noProof/>
          <w:sz w:val="24"/>
          <w:szCs w:val="24"/>
          <w:lang w:val="en-GB"/>
        </w:rPr>
        <mc:AlternateContent>
          <mc:Choice Requires="wps">
            <w:drawing>
              <wp:anchor distT="0" distB="0" distL="114300" distR="114300" simplePos="0" relativeHeight="251996672" behindDoc="0" locked="0" layoutInCell="1" allowOverlap="1" wp14:anchorId="62A80ED6" wp14:editId="1BFCCDD2">
                <wp:simplePos x="0" y="0"/>
                <wp:positionH relativeFrom="margin">
                  <wp:posOffset>2358149</wp:posOffset>
                </wp:positionH>
                <wp:positionV relativeFrom="paragraph">
                  <wp:posOffset>386376</wp:posOffset>
                </wp:positionV>
                <wp:extent cx="383210" cy="356549"/>
                <wp:effectExtent l="38100" t="19050" r="55245" b="100965"/>
                <wp:wrapNone/>
                <wp:docPr id="520372769" name="Straight Arrow Connector 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383210" cy="356549"/>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3CCCC3A" id="Straight Arrow Connector 33" o:spid="_x0000_s1026" type="#_x0000_t32" alt="&quot;&quot;" style="position:absolute;margin-left:185.7pt;margin-top:30.4pt;width:30.15pt;height:28.05pt;z-index:25199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NPEwAEAAM8DAAAOAAAAZHJzL2Uyb0RvYy54bWysU9uO0zAQfUfiH6y80yQtu1qipvvQBV4Q&#10;rFj4AK8zTiz5Jntokr9n7LQpAgQS4mXiy5wzM8cn+/vJaHaCEJWzbVFvqoKBFa5Ttm+Lr1/evbor&#10;WERuO66dhbaYIRb3h5cv9qNvYOsGpzsIjEhsbEbfFgOib8oyigEMjxvnwdKldMFwpG3oyy7wkdiN&#10;LrdVdVuOLnQ+OAEx0unDclkcMr+UIPCTlBGQ6bag3jDHkONziuVhz5s+cD8ocW6D/0MXhitLRVeq&#10;B46cfQvqFyqjRHDRSdwIZ0onpRKQZ6Bp6uqnaZ4G7iHPQuJEv8oU/x+t+Hg62sdAMow+NtE/hjTF&#10;JINJX+qPTVmseRULJmSCDnd3u21Nkgq62t3c3rx+k8Qsr2AfIr4HZ1hatEXEwFU/4NFZS8/iQp0F&#10;46cPERfgBZAqa5sicqXf2o7h7Mk7GBS3vYZznZRSXrvOK5w1LPDPIJnqqM9tLpMNBUcd2ImTFbgQ&#10;YLFemSg7waTSegVWfwee8xMUstlW8DLcH6uuiFzZWVzBRlkXflcdp0vLcsm/KLDMnSR4dt2c3zNL&#10;Q67Jb3J2eLLlj/sMv/6Hh+8AAAD//wMAUEsDBBQABgAIAAAAIQAnFb3M3AAAAAoBAAAPAAAAZHJz&#10;L2Rvd25yZXYueG1sTI/LTsMwEEX3SPyDNZXYUSc0ciGNUyGk7mkL+2k8eaixHcVOmv49wwqWozm6&#10;99xiv9hezDSGzjsN6ToBQa7ypnONhq/z4fkVRIjoDPbekYY7BdiXjw8F5sbf3JHmU2wEh7iQo4Y2&#10;xiGXMlQtWQxrP5DjX+1Hi5HPsZFmxBuH216+JImSFjvHDS0O9NFSdT1NVsPnoZpVqKfjuVbj/XvK&#10;EK8Lav20Wt53ICIt8Q+GX31Wh5KdLn5yJohew2abZoxqUAlPYCDbpFsQFyZT9QayLOT/CeUPAAAA&#10;//8DAFBLAQItABQABgAIAAAAIQC2gziS/gAAAOEBAAATAAAAAAAAAAAAAAAAAAAAAABbQ29udGVu&#10;dF9UeXBlc10ueG1sUEsBAi0AFAAGAAgAAAAhADj9If/WAAAAlAEAAAsAAAAAAAAAAAAAAAAALwEA&#10;AF9yZWxzLy5yZWxzUEsBAi0AFAAGAAgAAAAhACrc08TAAQAAzwMAAA4AAAAAAAAAAAAAAAAALgIA&#10;AGRycy9lMm9Eb2MueG1sUEsBAi0AFAAGAAgAAAAhACcVvczcAAAACgEAAA8AAAAAAAAAAAAAAAAA&#10;GgQAAGRycy9kb3ducmV2LnhtbFBLBQYAAAAABAAEAPMAAAAjBQAAAAA=&#10;" strokecolor="#4f81bd [3204]" strokeweight="2pt">
                <v:stroke endarrow="block"/>
                <v:shadow on="t" color="black" opacity="24903f" origin=",.5" offset="0,.55556mm"/>
                <w10:wrap anchorx="margin"/>
              </v:shape>
            </w:pict>
          </mc:Fallback>
        </mc:AlternateContent>
      </w:r>
      <w:r w:rsidRPr="00FA2FA7">
        <w:rPr>
          <w:rFonts w:ascii="Arial" w:hAnsi="Arial" w:cs="Arial"/>
          <w:noProof/>
          <w:sz w:val="24"/>
          <w:szCs w:val="24"/>
          <w:lang w:val="en-GB"/>
        </w:rPr>
        <w:drawing>
          <wp:anchor distT="0" distB="0" distL="114300" distR="114300" simplePos="0" relativeHeight="251995648" behindDoc="0" locked="0" layoutInCell="1" allowOverlap="1" wp14:anchorId="24486D22" wp14:editId="3AD8D6BA">
            <wp:simplePos x="0" y="0"/>
            <wp:positionH relativeFrom="column">
              <wp:posOffset>2695813</wp:posOffset>
            </wp:positionH>
            <wp:positionV relativeFrom="paragraph">
              <wp:posOffset>318389</wp:posOffset>
            </wp:positionV>
            <wp:extent cx="3144520" cy="2576830"/>
            <wp:effectExtent l="0" t="0" r="0" b="0"/>
            <wp:wrapSquare wrapText="bothSides"/>
            <wp:docPr id="1909060517" name="Picture 1" descr="Review Summary page showing a ‘Pending approval’ banner and sections for submission information, status, assigned user and version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060517" name="Picture 1" descr="Review Summary page showing a ‘Pending approval’ banner and sections for submission information, status, assigned user and version details."/>
                    <pic:cNvPicPr/>
                  </pic:nvPicPr>
                  <pic:blipFill>
                    <a:blip r:embed="rId70"/>
                    <a:stretch>
                      <a:fillRect/>
                    </a:stretch>
                  </pic:blipFill>
                  <pic:spPr>
                    <a:xfrm>
                      <a:off x="0" y="0"/>
                      <a:ext cx="3144520" cy="2576830"/>
                    </a:xfrm>
                    <a:prstGeom prst="rect">
                      <a:avLst/>
                    </a:prstGeom>
                  </pic:spPr>
                </pic:pic>
              </a:graphicData>
            </a:graphic>
            <wp14:sizeRelH relativeFrom="margin">
              <wp14:pctWidth>0</wp14:pctWidth>
            </wp14:sizeRelH>
            <wp14:sizeRelV relativeFrom="margin">
              <wp14:pctHeight>0</wp14:pctHeight>
            </wp14:sizeRelV>
          </wp:anchor>
        </w:drawing>
      </w:r>
      <w:r w:rsidRPr="00FA2FA7">
        <w:rPr>
          <w:rFonts w:ascii="Arial" w:hAnsi="Arial" w:cs="Arial"/>
          <w:sz w:val="24"/>
          <w:szCs w:val="24"/>
          <w:lang w:val="en-GB"/>
        </w:rPr>
        <w:t xml:space="preserve">Once you send your summary to the </w:t>
      </w:r>
      <w:r w:rsidR="0011579F">
        <w:rPr>
          <w:rFonts w:ascii="Arial" w:hAnsi="Arial" w:cs="Arial"/>
          <w:sz w:val="24"/>
          <w:szCs w:val="24"/>
          <w:lang w:val="en-GB"/>
        </w:rPr>
        <w:t>Rural Needs Coordinator</w:t>
      </w:r>
      <w:r w:rsidRPr="00FA2FA7">
        <w:rPr>
          <w:rFonts w:ascii="Arial" w:hAnsi="Arial" w:cs="Arial"/>
          <w:sz w:val="24"/>
          <w:szCs w:val="24"/>
          <w:lang w:val="en-GB"/>
        </w:rPr>
        <w:t xml:space="preserve">, your review summary will update to show that it is </w:t>
      </w:r>
      <w:r w:rsidRPr="00D82BB0">
        <w:rPr>
          <w:rFonts w:ascii="Arial" w:hAnsi="Arial" w:cs="Arial"/>
          <w:b/>
          <w:bCs/>
          <w:sz w:val="24"/>
          <w:szCs w:val="24"/>
          <w:lang w:val="en-GB"/>
        </w:rPr>
        <w:t>pending approval</w:t>
      </w:r>
      <w:r w:rsidRPr="00FA2FA7">
        <w:rPr>
          <w:rFonts w:ascii="Arial" w:hAnsi="Arial" w:cs="Arial"/>
          <w:sz w:val="24"/>
          <w:szCs w:val="24"/>
          <w:lang w:val="en-GB"/>
        </w:rPr>
        <w:t xml:space="preserve">.  </w:t>
      </w:r>
    </w:p>
    <w:p w14:paraId="2486B0D2" w14:textId="77777777" w:rsidR="002A13C2" w:rsidRPr="00FA2FA7" w:rsidRDefault="002A13C2" w:rsidP="002A13C2">
      <w:pPr>
        <w:pStyle w:val="ListParagraph"/>
        <w:rPr>
          <w:rFonts w:ascii="Arial" w:hAnsi="Arial" w:cs="Arial"/>
          <w:sz w:val="24"/>
          <w:szCs w:val="24"/>
          <w:lang w:val="en-GB"/>
        </w:rPr>
      </w:pPr>
    </w:p>
    <w:p w14:paraId="5E3A2E02" w14:textId="77777777" w:rsidR="002A13C2" w:rsidRPr="00FA2FA7" w:rsidRDefault="002A13C2" w:rsidP="002A13C2">
      <w:pPr>
        <w:pStyle w:val="ListParagraph"/>
        <w:rPr>
          <w:rFonts w:ascii="Arial" w:hAnsi="Arial" w:cs="Arial"/>
          <w:sz w:val="24"/>
          <w:szCs w:val="24"/>
          <w:lang w:val="en-GB"/>
        </w:rPr>
      </w:pPr>
    </w:p>
    <w:p w14:paraId="7903F062" w14:textId="77777777" w:rsidR="002A13C2" w:rsidRPr="00FA2FA7" w:rsidRDefault="002A13C2" w:rsidP="002A13C2">
      <w:pPr>
        <w:pStyle w:val="ListParagraph"/>
        <w:rPr>
          <w:rFonts w:ascii="Arial" w:hAnsi="Arial" w:cs="Arial"/>
          <w:sz w:val="24"/>
          <w:szCs w:val="24"/>
          <w:lang w:val="en-GB"/>
        </w:rPr>
      </w:pPr>
    </w:p>
    <w:p w14:paraId="2729C61B" w14:textId="77777777" w:rsidR="002A13C2" w:rsidRPr="00FA2FA7" w:rsidRDefault="002A13C2" w:rsidP="002A13C2">
      <w:pPr>
        <w:pStyle w:val="ListParagraph"/>
        <w:rPr>
          <w:rFonts w:ascii="Arial" w:hAnsi="Arial" w:cs="Arial"/>
          <w:sz w:val="24"/>
          <w:szCs w:val="24"/>
          <w:lang w:val="en-GB"/>
        </w:rPr>
      </w:pPr>
    </w:p>
    <w:p w14:paraId="08A1BFDF" w14:textId="77777777" w:rsidR="002A13C2" w:rsidRPr="00FA2FA7" w:rsidRDefault="002A13C2" w:rsidP="002A13C2">
      <w:pPr>
        <w:pStyle w:val="ListParagraph"/>
        <w:rPr>
          <w:rFonts w:ascii="Arial" w:hAnsi="Arial" w:cs="Arial"/>
          <w:sz w:val="24"/>
          <w:szCs w:val="24"/>
          <w:lang w:val="en-GB"/>
        </w:rPr>
      </w:pPr>
    </w:p>
    <w:p w14:paraId="404A7B1E" w14:textId="77777777" w:rsidR="002A13C2" w:rsidRPr="00FA2FA7" w:rsidRDefault="002A13C2" w:rsidP="002A13C2">
      <w:pPr>
        <w:pStyle w:val="ListParagraph"/>
        <w:rPr>
          <w:rFonts w:ascii="Arial" w:hAnsi="Arial" w:cs="Arial"/>
          <w:sz w:val="24"/>
          <w:szCs w:val="24"/>
          <w:lang w:val="en-GB"/>
        </w:rPr>
      </w:pPr>
    </w:p>
    <w:p w14:paraId="04621514" w14:textId="5AF0BEBC" w:rsidR="002A13C2" w:rsidRPr="00FA2FA7" w:rsidRDefault="002A13C2" w:rsidP="002A13C2">
      <w:pPr>
        <w:pStyle w:val="ListParagraph"/>
        <w:rPr>
          <w:rFonts w:ascii="Arial" w:hAnsi="Arial" w:cs="Arial"/>
          <w:noProof/>
          <w:sz w:val="24"/>
          <w:szCs w:val="24"/>
        </w:rPr>
      </w:pPr>
      <w:r w:rsidRPr="00FA2FA7">
        <w:rPr>
          <w:rFonts w:ascii="Arial" w:hAnsi="Arial" w:cs="Arial"/>
          <w:noProof/>
          <w:sz w:val="24"/>
          <w:szCs w:val="24"/>
          <w:lang w:val="en-GB"/>
        </w:rPr>
        <mc:AlternateContent>
          <mc:Choice Requires="wps">
            <w:drawing>
              <wp:anchor distT="0" distB="0" distL="114300" distR="114300" simplePos="0" relativeHeight="251999744" behindDoc="0" locked="0" layoutInCell="1" allowOverlap="1" wp14:anchorId="5F74AFA8" wp14:editId="4C70BC11">
                <wp:simplePos x="0" y="0"/>
                <wp:positionH relativeFrom="column">
                  <wp:posOffset>2330450</wp:posOffset>
                </wp:positionH>
                <wp:positionV relativeFrom="paragraph">
                  <wp:posOffset>191135</wp:posOffset>
                </wp:positionV>
                <wp:extent cx="419100" cy="45719"/>
                <wp:effectExtent l="38100" t="57150" r="19050" b="107315"/>
                <wp:wrapNone/>
                <wp:docPr id="645020982" name="Straight Arrow Connector 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419100" cy="45719"/>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1B52E90" id="Straight Arrow Connector 33" o:spid="_x0000_s1026" type="#_x0000_t32" alt="&quot;&quot;" style="position:absolute;margin-left:183.5pt;margin-top:15.05pt;width:33pt;height:3.6pt;flip:y;z-index:25199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To9xQEAANgDAAAOAAAAZHJzL2Uyb0RvYy54bWysU8uO1DAQvCPxD5bvTJLR8thoMnuYBS4I&#10;Vjz27nXaiSW/ZDeTzN/TdmayCBArIS4tx+6q7qru7G5ma9gRYtLedbzZ1JyBk77Xbuj4t6/vXrzh&#10;LKFwvTDeQcdPkPjN/vmz3RRa2PrRmx4iIxKX2il0fEQMbVUlOYIVaeMDOHpUPlqB9BmHqo9iInZr&#10;qm1dv6omH/sQvYSU6PZ2eeT7wq8USPykVAJkpuPUG5YYS3zIsdrvRDtEEUYtz22If+jCCu2o6Ep1&#10;K1Cw71H/RmW1jD55hRvpbeWV0hKKBlLT1L+o+TKKAEULmZPCalP6f7Ty4/Hg7iLZMIXUpnAXs4pZ&#10;RcuU0eGeZlp0UadsLradVttgRibp8qq5bmoyV9LT1cvXzXV2tVpYMluICd+DtywfOp4wCj2MePDO&#10;0Xx8XCqI44eEC/ACyGDjckShzVvXMzwFWiKMWrjBwLlOTqke2y8nPBlY4J9BMd1Tm9sipGwWHExk&#10;R0E7IaQEh83KRNkZprQxK7B+GnjOz1AoW7eCF3F/rboiSmXvcAVb7Xz8U3WcLy2rJf/iwKI7W/Dg&#10;+1MZbLGG1qfM5LzqeT9//i7wxx9y/wMAAP//AwBQSwMEFAAGAAgAAAAhAEJnKDPeAAAACQEAAA8A&#10;AABkcnMvZG93bnJldi54bWxMj0FPwzAMhe9I/IfISNxY0hatqDSdEAghLjA2LtyyxjQVjVM16Vb+&#10;PeYEN/v56fl79WbxgzjiFPtAGrKVAoHUBttTp+F9/3h1AyImQ9YMgVDDN0bYNOdntalsONEbHnep&#10;ExxCsTIaXEpjJWVsHXoTV2FE4ttnmLxJvE6dtJM5cbgfZK7UWnrTE39wZsR7h+3XbvYatg9BveSv&#10;o3NZm89zzJ+f9uWH1pcXy90tiIRL+jPDLz6jQ8NMhzCTjWLQUKxL7pJ4UBkINlwXBQsHFsoCZFPL&#10;/w2aHwAAAP//AwBQSwECLQAUAAYACAAAACEAtoM4kv4AAADhAQAAEwAAAAAAAAAAAAAAAAAAAAAA&#10;W0NvbnRlbnRfVHlwZXNdLnhtbFBLAQItABQABgAIAAAAIQA4/SH/1gAAAJQBAAALAAAAAAAAAAAA&#10;AAAAAC8BAABfcmVscy8ucmVsc1BLAQItABQABgAIAAAAIQCkzTo9xQEAANgDAAAOAAAAAAAAAAAA&#10;AAAAAC4CAABkcnMvZTJvRG9jLnhtbFBLAQItABQABgAIAAAAIQBCZygz3gAAAAkBAAAPAAAAAAAA&#10;AAAAAAAAAB8EAABkcnMvZG93bnJldi54bWxQSwUGAAAAAAQABADzAAAAKgUAAAAA&#10;" strokecolor="#4f81bd [3204]" strokeweight="2pt">
                <v:stroke endarrow="block"/>
                <v:shadow on="t" color="black" opacity="24903f" origin=",.5" offset="0,.55556mm"/>
              </v:shape>
            </w:pict>
          </mc:Fallback>
        </mc:AlternateContent>
      </w:r>
      <w:r w:rsidRPr="00FA2FA7">
        <w:rPr>
          <w:rFonts w:ascii="Arial" w:hAnsi="Arial" w:cs="Arial"/>
          <w:sz w:val="24"/>
          <w:szCs w:val="24"/>
          <w:lang w:val="en-GB"/>
        </w:rPr>
        <w:t>The</w:t>
      </w:r>
      <w:r w:rsidR="00F731FC" w:rsidRPr="00FA2FA7">
        <w:rPr>
          <w:rFonts w:ascii="Arial" w:hAnsi="Arial" w:cs="Arial"/>
          <w:sz w:val="24"/>
          <w:szCs w:val="24"/>
          <w:lang w:val="en-GB"/>
        </w:rPr>
        <w:t xml:space="preserve"> ‘Cu</w:t>
      </w:r>
      <w:r w:rsidRPr="00FA2FA7">
        <w:rPr>
          <w:rFonts w:ascii="Arial" w:hAnsi="Arial" w:cs="Arial"/>
          <w:sz w:val="24"/>
          <w:szCs w:val="24"/>
          <w:lang w:val="en-GB"/>
        </w:rPr>
        <w:t xml:space="preserve">rrent </w:t>
      </w:r>
      <w:r w:rsidR="00F731FC" w:rsidRPr="00FA2FA7">
        <w:rPr>
          <w:rFonts w:ascii="Arial" w:hAnsi="Arial" w:cs="Arial"/>
          <w:sz w:val="24"/>
          <w:szCs w:val="24"/>
          <w:lang w:val="en-GB"/>
        </w:rPr>
        <w:t>S</w:t>
      </w:r>
      <w:r w:rsidRPr="00FA2FA7">
        <w:rPr>
          <w:rFonts w:ascii="Arial" w:hAnsi="Arial" w:cs="Arial"/>
          <w:sz w:val="24"/>
          <w:szCs w:val="24"/>
          <w:lang w:val="en-GB"/>
        </w:rPr>
        <w:t>tatus</w:t>
      </w:r>
      <w:r w:rsidR="00F731FC" w:rsidRPr="00FA2FA7">
        <w:rPr>
          <w:rFonts w:ascii="Arial" w:hAnsi="Arial" w:cs="Arial"/>
          <w:sz w:val="24"/>
          <w:szCs w:val="24"/>
          <w:lang w:val="en-GB"/>
        </w:rPr>
        <w:t>’</w:t>
      </w:r>
      <w:r w:rsidRPr="00FA2FA7">
        <w:rPr>
          <w:rFonts w:ascii="Arial" w:hAnsi="Arial" w:cs="Arial"/>
          <w:sz w:val="24"/>
          <w:szCs w:val="24"/>
          <w:lang w:val="en-GB"/>
        </w:rPr>
        <w:t xml:space="preserve"> line will display </w:t>
      </w:r>
      <w:r w:rsidRPr="00D82BB0">
        <w:rPr>
          <w:rFonts w:ascii="Arial" w:hAnsi="Arial" w:cs="Arial"/>
          <w:b/>
          <w:bCs/>
          <w:sz w:val="24"/>
          <w:szCs w:val="24"/>
          <w:lang w:val="en-GB"/>
        </w:rPr>
        <w:t>Pending</w:t>
      </w:r>
      <w:r w:rsidRPr="00FA2FA7">
        <w:rPr>
          <w:rFonts w:ascii="Arial" w:hAnsi="Arial" w:cs="Arial"/>
          <w:b/>
          <w:bCs/>
          <w:sz w:val="24"/>
          <w:szCs w:val="24"/>
          <w:lang w:val="en-GB"/>
        </w:rPr>
        <w:t xml:space="preserve">, </w:t>
      </w:r>
      <w:r w:rsidRPr="00FA2FA7">
        <w:rPr>
          <w:rFonts w:ascii="Arial" w:hAnsi="Arial" w:cs="Arial"/>
          <w:sz w:val="24"/>
          <w:szCs w:val="24"/>
          <w:lang w:val="en-GB"/>
        </w:rPr>
        <w:t>and</w:t>
      </w:r>
      <w:r w:rsidRPr="00FA2FA7">
        <w:rPr>
          <w:rFonts w:ascii="Arial" w:hAnsi="Arial" w:cs="Arial"/>
          <w:noProof/>
          <w:sz w:val="24"/>
          <w:szCs w:val="24"/>
          <w:lang w:val="en-GB"/>
        </w:rPr>
        <w:t xml:space="preserve"> your Summaries homepage will also show the submission as </w:t>
      </w:r>
      <w:r w:rsidRPr="00FA2FA7">
        <w:rPr>
          <w:rFonts w:ascii="Arial" w:hAnsi="Arial" w:cs="Arial"/>
          <w:b/>
          <w:bCs/>
          <w:i/>
          <w:iCs/>
          <w:noProof/>
          <w:sz w:val="24"/>
          <w:szCs w:val="24"/>
          <w:lang w:val="en-GB"/>
        </w:rPr>
        <w:t>Pending</w:t>
      </w:r>
      <w:r w:rsidRPr="00FA2FA7">
        <w:rPr>
          <w:rFonts w:ascii="Arial" w:hAnsi="Arial" w:cs="Arial"/>
          <w:noProof/>
          <w:sz w:val="24"/>
          <w:szCs w:val="24"/>
          <w:lang w:val="en-GB"/>
        </w:rPr>
        <w:t>.</w:t>
      </w:r>
      <w:r w:rsidRPr="00FA2FA7">
        <w:rPr>
          <w:rFonts w:ascii="Arial" w:hAnsi="Arial" w:cs="Arial"/>
          <w:noProof/>
          <w:sz w:val="24"/>
          <w:szCs w:val="24"/>
        </w:rPr>
        <w:t xml:space="preserve"> </w:t>
      </w:r>
    </w:p>
    <w:p w14:paraId="41CF5850" w14:textId="77777777" w:rsidR="002A13C2" w:rsidRPr="00FA2FA7" w:rsidRDefault="002A13C2" w:rsidP="002A13C2">
      <w:pPr>
        <w:pStyle w:val="ListParagraph"/>
        <w:rPr>
          <w:rFonts w:ascii="Arial" w:hAnsi="Arial" w:cs="Arial"/>
          <w:sz w:val="24"/>
          <w:szCs w:val="24"/>
          <w:lang w:val="en-GB"/>
        </w:rPr>
      </w:pPr>
      <w:r w:rsidRPr="00FA2FA7">
        <w:rPr>
          <w:rFonts w:ascii="Arial" w:hAnsi="Arial" w:cs="Arial"/>
          <w:noProof/>
          <w:sz w:val="24"/>
          <w:szCs w:val="24"/>
          <w:lang w:val="en-GB"/>
        </w:rPr>
        <mc:AlternateContent>
          <mc:Choice Requires="wps">
            <w:drawing>
              <wp:anchor distT="0" distB="0" distL="114300" distR="114300" simplePos="0" relativeHeight="251997696" behindDoc="0" locked="0" layoutInCell="1" allowOverlap="1" wp14:anchorId="48C94E1E" wp14:editId="1BEBBCA8">
                <wp:simplePos x="0" y="0"/>
                <wp:positionH relativeFrom="column">
                  <wp:posOffset>1308904</wp:posOffset>
                </wp:positionH>
                <wp:positionV relativeFrom="paragraph">
                  <wp:posOffset>23912</wp:posOffset>
                </wp:positionV>
                <wp:extent cx="132144" cy="1371005"/>
                <wp:effectExtent l="76200" t="19050" r="58420" b="95885"/>
                <wp:wrapNone/>
                <wp:docPr id="893896627" name="Straight Arrow Connector 3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132144" cy="1371005"/>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7BFFE24" id="Straight Arrow Connector 34" o:spid="_x0000_s1026" type="#_x0000_t32" alt="&quot;&quot;" style="position:absolute;margin-left:103.05pt;margin-top:1.9pt;width:10.4pt;height:107.95pt;flip:x;z-index:25199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JKtyAEAANoDAAAOAAAAZHJzL2Uyb0RvYy54bWysU8uO1DAQvCPxD5bvTJLZ5aFoMnuY5XFA&#10;sAL2A7xOO7Hkl9rNJPP32M5MFgFiJcSl5dhd1V3Vnd3NbA07AkbtXcebTc0ZOOl77YaO33979+IN&#10;Z5GE64XxDjp+gshv9s+f7abQwtaP3vSALJG42E6h4yNRaKsqyhGsiBsfwKVH5dEKSp84VD2KKbFb&#10;U23r+lU1eewDegkxptvb5ZHvC79SIOmzUhGImY6n3qhELPEhx2q/E+2AIoxantsQ/9CFFdqloivV&#10;rSDBvqP+jcpqiT56RRvpbeWV0hKKhqSmqX9R83UUAYqWZE4Mq03x/9HKT8eDu8NkwxRiG8MdZhWz&#10;QsuU0eFDmmnRlTplc7HttNoGMzGZLpurbXN9zZlMT83V66auX2Zfq4Un8wWM9B68ZfnQ8Ugo9DDS&#10;wTuXJuRxqSGOHyMtwAsgg43LkYQ2b13P6BTSGhFq4QYD5zo5pXoUUE50MrDAv4Biuk+NbouUsltw&#10;MMiOIm2FkBIcNStTys4wpY1ZgfXTwHN+hkLZuxW8iPtr1RVRKntHK9hq5/FP1Wm+tKyW/IsDi+5s&#10;wYPvT2W0xZq0QGUm52XPG/rzd4E//pL7HwAAAP//AwBQSwMEFAAGAAgAAAAhACmBqgTeAAAACQEA&#10;AA8AAABkcnMvZG93bnJldi54bWxMj8FOwzAQRO9I/IO1SNyoHSOlNI1TIRBCXKC0XLi5yTaOiNdR&#10;7LTh71lOcNvRjGbflJvZ9+KEY+wCGcgWCgRSHZqOWgMf+6ebOxAxWWpsHwgNfGOETXV5UdqiCWd6&#10;x9MutYJLKBbWgEtpKKSMtUNv4yIMSOwdw+htYjm2shntmct9L7VSufS2I/7g7IAPDuuv3eQNbB+D&#10;etVvg3NZracp6pfn/fLTmOur+X4NIuGc/sLwi8/oUDHTIUzURNEb0CrPOGrglhewr3W+AnHgI1st&#10;QVal/L+g+gEAAP//AwBQSwECLQAUAAYACAAAACEAtoM4kv4AAADhAQAAEwAAAAAAAAAAAAAAAAAA&#10;AAAAW0NvbnRlbnRfVHlwZXNdLnhtbFBLAQItABQABgAIAAAAIQA4/SH/1gAAAJQBAAALAAAAAAAA&#10;AAAAAAAAAC8BAABfcmVscy8ucmVsc1BLAQItABQABgAIAAAAIQDnSJKtyAEAANoDAAAOAAAAAAAA&#10;AAAAAAAAAC4CAABkcnMvZTJvRG9jLnhtbFBLAQItABQABgAIAAAAIQApgaoE3gAAAAkBAAAPAAAA&#10;AAAAAAAAAAAAACIEAABkcnMvZG93bnJldi54bWxQSwUGAAAAAAQABADzAAAALQUAAAAA&#10;" strokecolor="#4f81bd [3204]" strokeweight="2pt">
                <v:stroke endarrow="block"/>
                <v:shadow on="t" color="black" opacity="24903f" origin=",.5" offset="0,.55556mm"/>
              </v:shape>
            </w:pict>
          </mc:Fallback>
        </mc:AlternateContent>
      </w:r>
      <w:r w:rsidRPr="00FA2FA7">
        <w:rPr>
          <w:rFonts w:ascii="Arial" w:hAnsi="Arial" w:cs="Arial"/>
          <w:noProof/>
          <w:sz w:val="24"/>
          <w:szCs w:val="24"/>
          <w:lang w:val="en-GB"/>
        </w:rPr>
        <w:drawing>
          <wp:anchor distT="0" distB="0" distL="114300" distR="114300" simplePos="0" relativeHeight="251994624" behindDoc="0" locked="0" layoutInCell="1" allowOverlap="1" wp14:anchorId="7CBC9CB7" wp14:editId="182A6DF1">
            <wp:simplePos x="0" y="0"/>
            <wp:positionH relativeFrom="column">
              <wp:posOffset>315451</wp:posOffset>
            </wp:positionH>
            <wp:positionV relativeFrom="paragraph">
              <wp:posOffset>202003</wp:posOffset>
            </wp:positionV>
            <wp:extent cx="2617470" cy="1789430"/>
            <wp:effectExtent l="0" t="0" r="0" b="1270"/>
            <wp:wrapSquare wrapText="bothSides"/>
            <wp:docPr id="567452256" name="Picture 1" descr="Summaries page with filter options and a results table showing one summary with status set to Pe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452256" name="Picture 1" descr="Summaries page with filter options and a results table showing one summary with status set to Pending."/>
                    <pic:cNvPicPr/>
                  </pic:nvPicPr>
                  <pic:blipFill>
                    <a:blip r:embed="rId71"/>
                    <a:stretch>
                      <a:fillRect/>
                    </a:stretch>
                  </pic:blipFill>
                  <pic:spPr>
                    <a:xfrm>
                      <a:off x="0" y="0"/>
                      <a:ext cx="2617470" cy="1789430"/>
                    </a:xfrm>
                    <a:prstGeom prst="rect">
                      <a:avLst/>
                    </a:prstGeom>
                  </pic:spPr>
                </pic:pic>
              </a:graphicData>
            </a:graphic>
            <wp14:sizeRelH relativeFrom="margin">
              <wp14:pctWidth>0</wp14:pctWidth>
            </wp14:sizeRelH>
            <wp14:sizeRelV relativeFrom="margin">
              <wp14:pctHeight>0</wp14:pctHeight>
            </wp14:sizeRelV>
          </wp:anchor>
        </w:drawing>
      </w:r>
    </w:p>
    <w:p w14:paraId="4A7BC9CE" w14:textId="77777777" w:rsidR="002A13C2" w:rsidRPr="00684C6D" w:rsidRDefault="002A13C2" w:rsidP="002A13C2">
      <w:pPr>
        <w:rPr>
          <w:rFonts w:ascii="Arial" w:hAnsi="Arial" w:cs="Arial"/>
          <w:lang w:val="en-GB"/>
        </w:rPr>
      </w:pPr>
      <w:r w:rsidRPr="00684C6D">
        <w:rPr>
          <w:rFonts w:ascii="Arial" w:hAnsi="Arial" w:cs="Arial"/>
          <w:lang w:val="en-GB"/>
        </w:rPr>
        <w:t xml:space="preserve">   </w:t>
      </w:r>
    </w:p>
    <w:p w14:paraId="09F9CE63" w14:textId="77777777" w:rsidR="002A13C2" w:rsidRPr="00684C6D" w:rsidRDefault="002A13C2" w:rsidP="002A13C2">
      <w:pPr>
        <w:rPr>
          <w:rFonts w:ascii="Arial" w:hAnsi="Arial" w:cs="Arial"/>
          <w:lang w:val="en-GB"/>
        </w:rPr>
      </w:pPr>
    </w:p>
    <w:p w14:paraId="4F6F6AAE" w14:textId="77777777" w:rsidR="002A13C2" w:rsidRPr="00684C6D" w:rsidRDefault="002A13C2" w:rsidP="002A13C2">
      <w:pPr>
        <w:rPr>
          <w:rFonts w:ascii="Arial" w:hAnsi="Arial" w:cs="Arial"/>
          <w:lang w:val="en-GB"/>
        </w:rPr>
      </w:pPr>
    </w:p>
    <w:p w14:paraId="005C7054" w14:textId="77777777" w:rsidR="002A13C2" w:rsidRPr="00684C6D" w:rsidRDefault="002A13C2" w:rsidP="002A13C2">
      <w:pPr>
        <w:rPr>
          <w:rFonts w:ascii="Arial" w:hAnsi="Arial" w:cs="Arial"/>
          <w:lang w:val="en-GB"/>
        </w:rPr>
      </w:pPr>
    </w:p>
    <w:p w14:paraId="754DF531" w14:textId="77777777" w:rsidR="002A13C2" w:rsidRPr="00684C6D" w:rsidRDefault="002A13C2" w:rsidP="002A13C2">
      <w:pPr>
        <w:rPr>
          <w:rFonts w:ascii="Arial" w:hAnsi="Arial" w:cs="Arial"/>
          <w:lang w:val="en-GB"/>
        </w:rPr>
      </w:pPr>
    </w:p>
    <w:p w14:paraId="3E965E1F" w14:textId="166D77AC" w:rsidR="004F3E30" w:rsidRPr="00FA2FA7" w:rsidRDefault="00CC0CFE" w:rsidP="00FA2FA7">
      <w:pPr>
        <w:rPr>
          <w:rFonts w:ascii="Arial" w:eastAsia="Times New Roman" w:hAnsi="Arial" w:cs="Arial"/>
          <w:b/>
          <w:bCs/>
          <w:color w:val="002060"/>
          <w:sz w:val="28"/>
          <w:szCs w:val="28"/>
          <w:lang w:val="en-GB" w:eastAsia="en-GB"/>
        </w:rPr>
      </w:pPr>
      <w:bookmarkStart w:id="17" w:name="ReturnSummarytodraftafterSubtocoord"/>
      <w:r w:rsidRPr="00FA2FA7">
        <w:rPr>
          <w:rFonts w:ascii="Arial" w:hAnsi="Arial" w:cs="Arial"/>
          <w:b/>
          <w:bCs/>
          <w:color w:val="002060"/>
          <w:sz w:val="28"/>
          <w:szCs w:val="28"/>
          <w:lang w:val="en-GB" w:eastAsia="en-GB"/>
        </w:rPr>
        <w:lastRenderedPageBreak/>
        <w:t xml:space="preserve">Return Summary to Draft After Submission to </w:t>
      </w:r>
      <w:r w:rsidR="0011579F">
        <w:rPr>
          <w:rFonts w:ascii="Arial" w:hAnsi="Arial" w:cs="Arial"/>
          <w:b/>
          <w:bCs/>
          <w:color w:val="002060"/>
          <w:sz w:val="28"/>
          <w:szCs w:val="28"/>
          <w:lang w:val="en-GB" w:eastAsia="en-GB"/>
        </w:rPr>
        <w:t>Rural Needs Coordinator</w:t>
      </w:r>
    </w:p>
    <w:bookmarkEnd w:id="17"/>
    <w:p w14:paraId="53AA3D62" w14:textId="77777777" w:rsidR="004F3E30" w:rsidRPr="00684C6D" w:rsidRDefault="004F3E30" w:rsidP="002A13C2">
      <w:pPr>
        <w:spacing w:after="0" w:line="300" w:lineRule="atLeast"/>
        <w:rPr>
          <w:rFonts w:ascii="Arial" w:eastAsia="Times New Roman" w:hAnsi="Arial" w:cs="Arial"/>
          <w:lang w:val="en-GB" w:eastAsia="en-GB"/>
        </w:rPr>
      </w:pPr>
    </w:p>
    <w:p w14:paraId="6D91C5EF" w14:textId="77777777" w:rsidR="004F3E30" w:rsidRPr="00684C6D" w:rsidRDefault="004F3E30" w:rsidP="002A13C2">
      <w:pPr>
        <w:spacing w:after="0" w:line="300" w:lineRule="atLeast"/>
        <w:rPr>
          <w:rFonts w:ascii="Arial" w:eastAsia="Times New Roman" w:hAnsi="Arial" w:cs="Arial"/>
          <w:lang w:val="en-GB" w:eastAsia="en-GB"/>
        </w:rPr>
      </w:pPr>
    </w:p>
    <w:p w14:paraId="02AB982F" w14:textId="4501B537" w:rsidR="00CC0CFE" w:rsidRPr="00684C6D" w:rsidRDefault="00235E20" w:rsidP="002A13C2">
      <w:pPr>
        <w:spacing w:after="0" w:line="300" w:lineRule="atLeast"/>
        <w:rPr>
          <w:rFonts w:ascii="Arial" w:eastAsia="Times New Roman" w:hAnsi="Arial" w:cs="Arial"/>
          <w:lang w:val="en-GB" w:eastAsia="en-GB"/>
        </w:rPr>
      </w:pPr>
      <w:r w:rsidRPr="00684C6D">
        <w:rPr>
          <w:rFonts w:ascii="Arial" w:hAnsi="Arial" w:cs="Arial"/>
          <w:noProof/>
          <w:lang w:val="en-GB"/>
        </w:rPr>
        <w:drawing>
          <wp:anchor distT="0" distB="0" distL="114300" distR="114300" simplePos="0" relativeHeight="252031488" behindDoc="0" locked="0" layoutInCell="1" allowOverlap="1" wp14:anchorId="6B9E7B4F" wp14:editId="6AEBFE1E">
            <wp:simplePos x="0" y="0"/>
            <wp:positionH relativeFrom="column">
              <wp:posOffset>2622550</wp:posOffset>
            </wp:positionH>
            <wp:positionV relativeFrom="paragraph">
              <wp:posOffset>25400</wp:posOffset>
            </wp:positionV>
            <wp:extent cx="3606800" cy="2578100"/>
            <wp:effectExtent l="0" t="0" r="0" b="0"/>
            <wp:wrapSquare wrapText="bothSides"/>
            <wp:docPr id="1597217239" name="Picture 1" descr="Review Summary page showing a ‘Pending approval’ banner and sections for submission information, current status with a Back to draft link, assigned user and version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217239" name="Picture 1" descr="Review Summary page showing a ‘Pending approval’ banner and sections for submission information, current status with a Back to draft link, assigned user and version details."/>
                    <pic:cNvPicPr/>
                  </pic:nvPicPr>
                  <pic:blipFill>
                    <a:blip r:embed="rId72"/>
                    <a:stretch>
                      <a:fillRect/>
                    </a:stretch>
                  </pic:blipFill>
                  <pic:spPr>
                    <a:xfrm>
                      <a:off x="0" y="0"/>
                      <a:ext cx="3606800" cy="2578100"/>
                    </a:xfrm>
                    <a:prstGeom prst="rect">
                      <a:avLst/>
                    </a:prstGeom>
                  </pic:spPr>
                </pic:pic>
              </a:graphicData>
            </a:graphic>
          </wp:anchor>
        </w:drawing>
      </w:r>
    </w:p>
    <w:p w14:paraId="0E93249C" w14:textId="77777777" w:rsidR="00CC0CFE" w:rsidRPr="00684C6D" w:rsidRDefault="00CC0CFE" w:rsidP="002A13C2">
      <w:pPr>
        <w:spacing w:after="0" w:line="300" w:lineRule="atLeast"/>
        <w:rPr>
          <w:rFonts w:ascii="Arial" w:eastAsia="Times New Roman" w:hAnsi="Arial" w:cs="Arial"/>
          <w:lang w:val="en-GB" w:eastAsia="en-GB"/>
        </w:rPr>
      </w:pPr>
    </w:p>
    <w:p w14:paraId="66DDD876" w14:textId="5808B5F3" w:rsidR="00A45E58" w:rsidRPr="00684C6D" w:rsidRDefault="00A45E58" w:rsidP="002A13C2">
      <w:pPr>
        <w:spacing w:after="0" w:line="300" w:lineRule="atLeast"/>
        <w:rPr>
          <w:rFonts w:ascii="Arial" w:eastAsia="Times New Roman" w:hAnsi="Arial" w:cs="Arial"/>
          <w:lang w:val="en-GB" w:eastAsia="en-GB"/>
        </w:rPr>
      </w:pPr>
    </w:p>
    <w:p w14:paraId="4D010D22" w14:textId="1BF88F3E" w:rsidR="00C57BFD" w:rsidRPr="00C57BFD" w:rsidRDefault="00C57BFD">
      <w:pPr>
        <w:pStyle w:val="ListParagraph"/>
        <w:numPr>
          <w:ilvl w:val="0"/>
          <w:numId w:val="11"/>
        </w:numPr>
        <w:rPr>
          <w:rFonts w:ascii="Arial" w:hAnsi="Arial" w:cs="Arial"/>
          <w:sz w:val="24"/>
          <w:szCs w:val="24"/>
          <w:lang w:val="en-GB"/>
        </w:rPr>
      </w:pPr>
      <w:r w:rsidRPr="00C57BFD">
        <w:rPr>
          <w:rFonts w:ascii="Arial" w:hAnsi="Arial" w:cs="Arial"/>
          <w:sz w:val="24"/>
          <w:szCs w:val="24"/>
          <w:lang w:val="en-GB"/>
        </w:rPr>
        <w:t xml:space="preserve">If you realise you have made a mistake after sending your summary to the </w:t>
      </w:r>
      <w:r w:rsidR="0011579F">
        <w:rPr>
          <w:rFonts w:ascii="Arial" w:hAnsi="Arial" w:cs="Arial"/>
          <w:sz w:val="24"/>
          <w:szCs w:val="24"/>
          <w:lang w:val="en-GB"/>
        </w:rPr>
        <w:t>Rural Needs Coordinator</w:t>
      </w:r>
      <w:r w:rsidRPr="00C57BFD">
        <w:rPr>
          <w:rFonts w:ascii="Arial" w:hAnsi="Arial" w:cs="Arial"/>
          <w:sz w:val="24"/>
          <w:szCs w:val="24"/>
          <w:lang w:val="en-GB"/>
        </w:rPr>
        <w:t xml:space="preserve"> for review, you can select </w:t>
      </w:r>
      <w:r w:rsidRPr="00D82BB0">
        <w:rPr>
          <w:rFonts w:ascii="Arial" w:hAnsi="Arial" w:cs="Arial"/>
          <w:b/>
          <w:bCs/>
          <w:sz w:val="24"/>
          <w:szCs w:val="24"/>
          <w:lang w:val="en-GB"/>
        </w:rPr>
        <w:t>Back to Draft</w:t>
      </w:r>
      <w:r w:rsidRPr="00C57BFD">
        <w:rPr>
          <w:rFonts w:ascii="Arial" w:hAnsi="Arial" w:cs="Arial"/>
          <w:i/>
          <w:iCs/>
          <w:sz w:val="24"/>
          <w:szCs w:val="24"/>
          <w:lang w:val="en-GB"/>
        </w:rPr>
        <w:t>,</w:t>
      </w:r>
      <w:r w:rsidRPr="00C57BFD">
        <w:rPr>
          <w:rFonts w:ascii="Arial" w:hAnsi="Arial" w:cs="Arial"/>
          <w:sz w:val="24"/>
          <w:szCs w:val="24"/>
          <w:lang w:val="en-GB"/>
        </w:rPr>
        <w:t xml:space="preserve"> provided the </w:t>
      </w:r>
      <w:r w:rsidR="0011579F">
        <w:rPr>
          <w:rFonts w:ascii="Arial" w:hAnsi="Arial" w:cs="Arial"/>
          <w:sz w:val="24"/>
          <w:szCs w:val="24"/>
          <w:lang w:val="en-GB"/>
        </w:rPr>
        <w:t>Rural Needs Coordinator</w:t>
      </w:r>
      <w:r w:rsidRPr="00C57BFD">
        <w:rPr>
          <w:rFonts w:ascii="Arial" w:hAnsi="Arial" w:cs="Arial"/>
          <w:sz w:val="24"/>
          <w:szCs w:val="24"/>
          <w:lang w:val="en-GB"/>
        </w:rPr>
        <w:t xml:space="preserve"> has not yet submitted the overall submission. If the submission has already been submitted, you will need to contact DAERA to request that it be reopened.</w:t>
      </w:r>
    </w:p>
    <w:p w14:paraId="2775BFA7" w14:textId="77777777" w:rsidR="00A55540" w:rsidRPr="00FA2FA7" w:rsidRDefault="00A55540" w:rsidP="00DB1E4E">
      <w:pPr>
        <w:pStyle w:val="ListParagraph"/>
        <w:rPr>
          <w:rFonts w:ascii="Arial" w:hAnsi="Arial" w:cs="Arial"/>
          <w:sz w:val="24"/>
          <w:szCs w:val="24"/>
        </w:rPr>
      </w:pPr>
    </w:p>
    <w:p w14:paraId="7FAA3A24" w14:textId="77777777" w:rsidR="00A55540" w:rsidRPr="00FA2FA7" w:rsidRDefault="00A55540" w:rsidP="00DB1E4E">
      <w:pPr>
        <w:pStyle w:val="ListParagraph"/>
        <w:rPr>
          <w:rFonts w:ascii="Arial" w:hAnsi="Arial" w:cs="Arial"/>
          <w:sz w:val="24"/>
          <w:szCs w:val="24"/>
        </w:rPr>
      </w:pPr>
    </w:p>
    <w:p w14:paraId="76E29EBD" w14:textId="39025AF9" w:rsidR="00247B4F" w:rsidRPr="00FA2FA7" w:rsidRDefault="00247B4F" w:rsidP="00247B4F">
      <w:pPr>
        <w:pStyle w:val="ListParagraph"/>
        <w:ind w:left="1221"/>
        <w:rPr>
          <w:rFonts w:ascii="Arial" w:hAnsi="Arial" w:cs="Arial"/>
          <w:color w:val="002060"/>
          <w:sz w:val="24"/>
          <w:szCs w:val="24"/>
          <w:lang w:val="en-GB"/>
        </w:rPr>
      </w:pPr>
    </w:p>
    <w:p w14:paraId="3CA96846" w14:textId="77777777" w:rsidR="00CC0CFE" w:rsidRPr="00FA2FA7" w:rsidRDefault="00CC0CFE" w:rsidP="00247B4F">
      <w:pPr>
        <w:pStyle w:val="ListParagraph"/>
        <w:ind w:left="1221"/>
        <w:rPr>
          <w:rFonts w:ascii="Arial" w:hAnsi="Arial" w:cs="Arial"/>
          <w:color w:val="002060"/>
          <w:sz w:val="24"/>
          <w:szCs w:val="24"/>
          <w:lang w:val="en-GB"/>
        </w:rPr>
      </w:pPr>
    </w:p>
    <w:p w14:paraId="37A70A78" w14:textId="77777777" w:rsidR="00CC0CFE" w:rsidRPr="00FA2FA7" w:rsidRDefault="00CC0CFE" w:rsidP="00247B4F">
      <w:pPr>
        <w:pStyle w:val="ListParagraph"/>
        <w:ind w:left="1221"/>
        <w:rPr>
          <w:rFonts w:ascii="Arial" w:hAnsi="Arial" w:cs="Arial"/>
          <w:color w:val="002060"/>
          <w:sz w:val="24"/>
          <w:szCs w:val="24"/>
          <w:lang w:val="en-GB"/>
        </w:rPr>
      </w:pPr>
    </w:p>
    <w:p w14:paraId="30B3433B" w14:textId="0391DBB1" w:rsidR="00CC0CFE" w:rsidRPr="00FA2FA7" w:rsidRDefault="00CC0CFE" w:rsidP="00247B4F">
      <w:pPr>
        <w:pStyle w:val="ListParagraph"/>
        <w:ind w:left="1221"/>
        <w:rPr>
          <w:rFonts w:ascii="Arial" w:hAnsi="Arial" w:cs="Arial"/>
          <w:color w:val="002060"/>
          <w:sz w:val="24"/>
          <w:szCs w:val="24"/>
          <w:lang w:val="en-GB"/>
        </w:rPr>
      </w:pPr>
    </w:p>
    <w:p w14:paraId="5BC89775" w14:textId="77777777" w:rsidR="004F3E30" w:rsidRPr="00FA2FA7" w:rsidRDefault="004F3E30" w:rsidP="00247B4F">
      <w:pPr>
        <w:pStyle w:val="ListParagraph"/>
        <w:ind w:left="1221"/>
        <w:rPr>
          <w:rFonts w:ascii="Arial" w:hAnsi="Arial" w:cs="Arial"/>
          <w:color w:val="002060"/>
          <w:sz w:val="24"/>
          <w:szCs w:val="24"/>
          <w:lang w:val="en-GB"/>
        </w:rPr>
      </w:pPr>
    </w:p>
    <w:p w14:paraId="4C1BA2F0" w14:textId="77777777" w:rsidR="004F3E30" w:rsidRPr="00FA2FA7" w:rsidRDefault="004F3E30" w:rsidP="00247B4F">
      <w:pPr>
        <w:pStyle w:val="ListParagraph"/>
        <w:ind w:left="1221"/>
        <w:rPr>
          <w:rFonts w:ascii="Arial" w:hAnsi="Arial" w:cs="Arial"/>
          <w:color w:val="002060"/>
          <w:sz w:val="24"/>
          <w:szCs w:val="24"/>
          <w:lang w:val="en-GB"/>
        </w:rPr>
      </w:pPr>
    </w:p>
    <w:p w14:paraId="1C2BE1A7" w14:textId="0DA5B7D9" w:rsidR="00A45E58" w:rsidRPr="00FA2FA7" w:rsidRDefault="004F3E30" w:rsidP="00247B4F">
      <w:pPr>
        <w:pStyle w:val="ListParagraph"/>
        <w:ind w:left="1221"/>
        <w:rPr>
          <w:rFonts w:ascii="Arial" w:hAnsi="Arial" w:cs="Arial"/>
          <w:color w:val="002060"/>
          <w:sz w:val="24"/>
          <w:szCs w:val="24"/>
          <w:lang w:val="en-GB"/>
        </w:rPr>
      </w:pPr>
      <w:r w:rsidRPr="00FA2FA7">
        <w:rPr>
          <w:rFonts w:ascii="Arial" w:hAnsi="Arial" w:cs="Arial"/>
          <w:noProof/>
          <w:color w:val="002060"/>
          <w:sz w:val="24"/>
          <w:szCs w:val="24"/>
          <w:lang w:val="en-GB"/>
        </w:rPr>
        <w:drawing>
          <wp:anchor distT="0" distB="0" distL="114300" distR="114300" simplePos="0" relativeHeight="252030464" behindDoc="0" locked="0" layoutInCell="1" allowOverlap="1" wp14:anchorId="12A84D95" wp14:editId="2052E471">
            <wp:simplePos x="0" y="0"/>
            <wp:positionH relativeFrom="margin">
              <wp:align>right</wp:align>
            </wp:positionH>
            <wp:positionV relativeFrom="paragraph">
              <wp:posOffset>5715</wp:posOffset>
            </wp:positionV>
            <wp:extent cx="2997200" cy="1129059"/>
            <wp:effectExtent l="0" t="0" r="0" b="0"/>
            <wp:wrapSquare wrapText="bothSides"/>
            <wp:docPr id="1206992426" name="Picture 1" descr="Confirmation page asking whether you want to return the summary to draft, with ‘Return summary to draft’ and ‘Cancel’ butt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6992426" name="Picture 1" descr="Confirmation page asking whether you want to return the summary to draft, with ‘Return summary to draft’ and ‘Cancel’ buttons."/>
                    <pic:cNvPicPr/>
                  </pic:nvPicPr>
                  <pic:blipFill>
                    <a:blip r:embed="rId73"/>
                    <a:stretch>
                      <a:fillRect/>
                    </a:stretch>
                  </pic:blipFill>
                  <pic:spPr>
                    <a:xfrm>
                      <a:off x="0" y="0"/>
                      <a:ext cx="2997200" cy="1129059"/>
                    </a:xfrm>
                    <a:prstGeom prst="rect">
                      <a:avLst/>
                    </a:prstGeom>
                  </pic:spPr>
                </pic:pic>
              </a:graphicData>
            </a:graphic>
            <wp14:sizeRelH relativeFrom="margin">
              <wp14:pctWidth>0</wp14:pctWidth>
            </wp14:sizeRelH>
            <wp14:sizeRelV relativeFrom="margin">
              <wp14:pctHeight>0</wp14:pctHeight>
            </wp14:sizeRelV>
          </wp:anchor>
        </w:drawing>
      </w:r>
    </w:p>
    <w:p w14:paraId="67DC2F84" w14:textId="56D25EF0" w:rsidR="00A45E58" w:rsidRPr="00D82BB0" w:rsidRDefault="00A45E58">
      <w:pPr>
        <w:pStyle w:val="ListParagraph"/>
        <w:numPr>
          <w:ilvl w:val="0"/>
          <w:numId w:val="11"/>
        </w:numPr>
        <w:rPr>
          <w:rFonts w:ascii="Arial" w:hAnsi="Arial" w:cs="Arial"/>
          <w:color w:val="002060"/>
          <w:sz w:val="24"/>
          <w:szCs w:val="24"/>
          <w:lang w:val="en-GB"/>
        </w:rPr>
      </w:pPr>
      <w:r w:rsidRPr="00FA2FA7">
        <w:rPr>
          <w:rFonts w:ascii="Arial" w:hAnsi="Arial" w:cs="Arial"/>
          <w:sz w:val="24"/>
          <w:szCs w:val="24"/>
          <w:lang w:val="en-GB"/>
        </w:rPr>
        <w:t xml:space="preserve">Confirm by selecting </w:t>
      </w:r>
      <w:r w:rsidRPr="00D82BB0">
        <w:rPr>
          <w:rFonts w:ascii="Arial" w:hAnsi="Arial" w:cs="Arial"/>
          <w:b/>
          <w:bCs/>
          <w:sz w:val="24"/>
          <w:szCs w:val="24"/>
          <w:lang w:val="en-GB"/>
        </w:rPr>
        <w:t>Return Summary to Draft</w:t>
      </w:r>
      <w:r w:rsidRPr="00D82BB0">
        <w:rPr>
          <w:rFonts w:ascii="Arial" w:hAnsi="Arial" w:cs="Arial"/>
          <w:sz w:val="24"/>
          <w:szCs w:val="24"/>
          <w:lang w:val="en-GB"/>
        </w:rPr>
        <w:t xml:space="preserve">. </w:t>
      </w:r>
    </w:p>
    <w:p w14:paraId="7EB84547" w14:textId="238AD0C1" w:rsidR="00A45E58" w:rsidRPr="00FA2FA7" w:rsidRDefault="00A45E58" w:rsidP="00247B4F">
      <w:pPr>
        <w:pStyle w:val="ListParagraph"/>
        <w:ind w:left="1221"/>
        <w:rPr>
          <w:rFonts w:ascii="Arial" w:hAnsi="Arial" w:cs="Arial"/>
          <w:color w:val="002060"/>
          <w:sz w:val="24"/>
          <w:szCs w:val="24"/>
          <w:lang w:val="en-GB"/>
        </w:rPr>
      </w:pPr>
    </w:p>
    <w:p w14:paraId="79D109FF" w14:textId="2BA3C5E5" w:rsidR="00A45E58" w:rsidRPr="00FA2FA7" w:rsidRDefault="00A45E58" w:rsidP="00247B4F">
      <w:pPr>
        <w:pStyle w:val="ListParagraph"/>
        <w:ind w:left="1221"/>
        <w:rPr>
          <w:rFonts w:ascii="Arial" w:hAnsi="Arial" w:cs="Arial"/>
          <w:color w:val="002060"/>
          <w:sz w:val="24"/>
          <w:szCs w:val="24"/>
          <w:lang w:val="en-GB"/>
        </w:rPr>
      </w:pPr>
    </w:p>
    <w:p w14:paraId="2E6CB664" w14:textId="12682BB0" w:rsidR="00C7087C" w:rsidRPr="00684C6D" w:rsidRDefault="00C7087C" w:rsidP="00247B4F">
      <w:pPr>
        <w:pStyle w:val="ListParagraph"/>
        <w:ind w:left="1221"/>
        <w:rPr>
          <w:rFonts w:ascii="Arial" w:hAnsi="Arial" w:cs="Arial"/>
          <w:color w:val="002060"/>
          <w:lang w:val="en-GB"/>
        </w:rPr>
      </w:pPr>
    </w:p>
    <w:p w14:paraId="1EC5B1CA" w14:textId="0A493AF2" w:rsidR="00A45E58" w:rsidRPr="00684C6D" w:rsidRDefault="00A45E58" w:rsidP="00247B4F">
      <w:pPr>
        <w:pStyle w:val="ListParagraph"/>
        <w:ind w:left="1221"/>
        <w:rPr>
          <w:rFonts w:ascii="Arial" w:hAnsi="Arial" w:cs="Arial"/>
          <w:color w:val="002060"/>
          <w:lang w:val="en-GB"/>
        </w:rPr>
      </w:pPr>
    </w:p>
    <w:p w14:paraId="412A5C92" w14:textId="5FD157FD" w:rsidR="004F3E30" w:rsidRPr="00684C6D" w:rsidRDefault="004F3E30" w:rsidP="00247B4F">
      <w:pPr>
        <w:pStyle w:val="ListParagraph"/>
        <w:ind w:left="1221"/>
        <w:rPr>
          <w:rFonts w:ascii="Arial" w:hAnsi="Arial" w:cs="Arial"/>
          <w:color w:val="002060"/>
          <w:lang w:val="en-GB"/>
        </w:rPr>
      </w:pPr>
    </w:p>
    <w:p w14:paraId="05EBD1AA" w14:textId="4160C598" w:rsidR="004F3E30" w:rsidRPr="00684C6D" w:rsidRDefault="004F3E30" w:rsidP="00247B4F">
      <w:pPr>
        <w:pStyle w:val="ListParagraph"/>
        <w:ind w:left="1221"/>
        <w:rPr>
          <w:rFonts w:ascii="Arial" w:hAnsi="Arial" w:cs="Arial"/>
          <w:color w:val="002060"/>
          <w:lang w:val="en-GB"/>
        </w:rPr>
      </w:pPr>
      <w:r w:rsidRPr="00684C6D">
        <w:rPr>
          <w:rFonts w:ascii="Arial" w:hAnsi="Arial" w:cs="Arial"/>
          <w:noProof/>
          <w:color w:val="002060"/>
          <w:lang w:val="en-GB"/>
        </w:rPr>
        <w:lastRenderedPageBreak/>
        <w:drawing>
          <wp:anchor distT="0" distB="0" distL="114300" distR="114300" simplePos="0" relativeHeight="252032512" behindDoc="0" locked="0" layoutInCell="1" allowOverlap="1" wp14:anchorId="21F49891" wp14:editId="2342DE69">
            <wp:simplePos x="0" y="0"/>
            <wp:positionH relativeFrom="margin">
              <wp:posOffset>2801620</wp:posOffset>
            </wp:positionH>
            <wp:positionV relativeFrom="paragraph">
              <wp:posOffset>48895</wp:posOffset>
            </wp:positionV>
            <wp:extent cx="3094990" cy="2419350"/>
            <wp:effectExtent l="0" t="0" r="0" b="0"/>
            <wp:wrapSquare wrapText="bothSides"/>
            <wp:docPr id="1605340517" name="Picture 1" descr="Review Summary page showing a Success banner and the current status set to Draft, with sections for submission information, assigned user and version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5340517" name="Picture 1" descr="Review Summary page showing a Success banner and the current status set to Draft, with sections for submission information, assigned user and version details."/>
                    <pic:cNvPicPr/>
                  </pic:nvPicPr>
                  <pic:blipFill>
                    <a:blip r:embed="rId74"/>
                    <a:stretch>
                      <a:fillRect/>
                    </a:stretch>
                  </pic:blipFill>
                  <pic:spPr>
                    <a:xfrm>
                      <a:off x="0" y="0"/>
                      <a:ext cx="3094990" cy="2419350"/>
                    </a:xfrm>
                    <a:prstGeom prst="rect">
                      <a:avLst/>
                    </a:prstGeom>
                  </pic:spPr>
                </pic:pic>
              </a:graphicData>
            </a:graphic>
            <wp14:sizeRelH relativeFrom="margin">
              <wp14:pctWidth>0</wp14:pctWidth>
            </wp14:sizeRelH>
            <wp14:sizeRelV relativeFrom="margin">
              <wp14:pctHeight>0</wp14:pctHeight>
            </wp14:sizeRelV>
          </wp:anchor>
        </w:drawing>
      </w:r>
    </w:p>
    <w:p w14:paraId="5343E861" w14:textId="77777777" w:rsidR="004F3E30" w:rsidRPr="00684C6D" w:rsidRDefault="004F3E30" w:rsidP="00247B4F">
      <w:pPr>
        <w:pStyle w:val="ListParagraph"/>
        <w:ind w:left="1221"/>
        <w:rPr>
          <w:rFonts w:ascii="Arial" w:hAnsi="Arial" w:cs="Arial"/>
          <w:color w:val="002060"/>
          <w:lang w:val="en-GB"/>
        </w:rPr>
      </w:pPr>
    </w:p>
    <w:p w14:paraId="2028661C" w14:textId="77777777" w:rsidR="004F3E30" w:rsidRPr="00684C6D" w:rsidRDefault="004F3E30" w:rsidP="00247B4F">
      <w:pPr>
        <w:pStyle w:val="ListParagraph"/>
        <w:ind w:left="1221"/>
        <w:rPr>
          <w:rFonts w:ascii="Arial" w:hAnsi="Arial" w:cs="Arial"/>
          <w:color w:val="002060"/>
          <w:lang w:val="en-GB"/>
        </w:rPr>
      </w:pPr>
    </w:p>
    <w:p w14:paraId="240FC225" w14:textId="77777777" w:rsidR="004F3E30" w:rsidRPr="00684C6D" w:rsidRDefault="004F3E30" w:rsidP="00247B4F">
      <w:pPr>
        <w:pStyle w:val="ListParagraph"/>
        <w:ind w:left="1221"/>
        <w:rPr>
          <w:rFonts w:ascii="Arial" w:hAnsi="Arial" w:cs="Arial"/>
          <w:color w:val="002060"/>
          <w:lang w:val="en-GB"/>
        </w:rPr>
      </w:pPr>
    </w:p>
    <w:p w14:paraId="59394034" w14:textId="6AD018E7" w:rsidR="00C7087C" w:rsidRPr="00D82BB0" w:rsidRDefault="00C7087C">
      <w:pPr>
        <w:pStyle w:val="ListParagraph"/>
        <w:numPr>
          <w:ilvl w:val="0"/>
          <w:numId w:val="11"/>
        </w:numPr>
        <w:rPr>
          <w:rFonts w:ascii="Arial" w:hAnsi="Arial" w:cs="Arial"/>
          <w:sz w:val="24"/>
          <w:szCs w:val="24"/>
          <w:lang w:val="en-GB"/>
        </w:rPr>
      </w:pPr>
      <w:r w:rsidRPr="00FA2FA7">
        <w:rPr>
          <w:rFonts w:ascii="Arial" w:hAnsi="Arial" w:cs="Arial"/>
          <w:sz w:val="24"/>
          <w:szCs w:val="24"/>
          <w:lang w:val="en-GB"/>
        </w:rPr>
        <w:t xml:space="preserve">A </w:t>
      </w:r>
      <w:r w:rsidRPr="00FA2FA7">
        <w:rPr>
          <w:rFonts w:ascii="Arial" w:hAnsi="Arial" w:cs="Arial"/>
          <w:b/>
          <w:bCs/>
          <w:sz w:val="24"/>
          <w:szCs w:val="24"/>
          <w:lang w:val="en-GB"/>
        </w:rPr>
        <w:t xml:space="preserve">success </w:t>
      </w:r>
      <w:r w:rsidRPr="00FA2FA7">
        <w:rPr>
          <w:rFonts w:ascii="Arial" w:hAnsi="Arial" w:cs="Arial"/>
          <w:sz w:val="24"/>
          <w:szCs w:val="24"/>
          <w:lang w:val="en-GB"/>
        </w:rPr>
        <w:t xml:space="preserve">message will appear at the top of the Review Summary, and the </w:t>
      </w:r>
      <w:r w:rsidR="00F731FC" w:rsidRPr="00FA2FA7">
        <w:rPr>
          <w:rFonts w:ascii="Arial" w:hAnsi="Arial" w:cs="Arial"/>
          <w:sz w:val="24"/>
          <w:szCs w:val="24"/>
          <w:lang w:val="en-GB"/>
        </w:rPr>
        <w:t xml:space="preserve">‘Current Status’ </w:t>
      </w:r>
      <w:r w:rsidRPr="00FA2FA7">
        <w:rPr>
          <w:rFonts w:ascii="Arial" w:hAnsi="Arial" w:cs="Arial"/>
          <w:sz w:val="24"/>
          <w:szCs w:val="24"/>
          <w:lang w:val="en-GB"/>
        </w:rPr>
        <w:t xml:space="preserve">will change back to </w:t>
      </w:r>
      <w:r w:rsidRPr="00D82BB0">
        <w:rPr>
          <w:rFonts w:ascii="Arial" w:hAnsi="Arial" w:cs="Arial"/>
          <w:b/>
          <w:bCs/>
          <w:sz w:val="24"/>
          <w:szCs w:val="24"/>
          <w:lang w:val="en-GB"/>
        </w:rPr>
        <w:t>Draft</w:t>
      </w:r>
      <w:r w:rsidRPr="00D82BB0">
        <w:rPr>
          <w:rFonts w:ascii="Arial" w:hAnsi="Arial" w:cs="Arial"/>
          <w:sz w:val="24"/>
          <w:szCs w:val="24"/>
          <w:lang w:val="en-GB"/>
        </w:rPr>
        <w:t>.</w:t>
      </w:r>
    </w:p>
    <w:p w14:paraId="2373F0CA" w14:textId="3CE37412" w:rsidR="00A45E58" w:rsidRPr="00FA2FA7" w:rsidRDefault="00A45E58" w:rsidP="00247B4F">
      <w:pPr>
        <w:pStyle w:val="ListParagraph"/>
        <w:ind w:left="1221"/>
        <w:rPr>
          <w:rFonts w:ascii="Arial" w:hAnsi="Arial" w:cs="Arial"/>
          <w:color w:val="002060"/>
          <w:sz w:val="24"/>
          <w:szCs w:val="24"/>
          <w:lang w:val="en-GB"/>
        </w:rPr>
      </w:pPr>
    </w:p>
    <w:p w14:paraId="5A91BD6B" w14:textId="26B0B5B6" w:rsidR="00A45E58" w:rsidRPr="00684C6D" w:rsidRDefault="00A45E58" w:rsidP="00247B4F">
      <w:pPr>
        <w:pStyle w:val="ListParagraph"/>
        <w:ind w:left="1221"/>
        <w:rPr>
          <w:rFonts w:ascii="Arial" w:hAnsi="Arial" w:cs="Arial"/>
          <w:color w:val="002060"/>
          <w:lang w:val="en-GB"/>
        </w:rPr>
      </w:pPr>
    </w:p>
    <w:p w14:paraId="777BC787" w14:textId="5B60E851" w:rsidR="00A45E58" w:rsidRPr="00684C6D" w:rsidRDefault="00A45E58" w:rsidP="00247B4F">
      <w:pPr>
        <w:pStyle w:val="ListParagraph"/>
        <w:ind w:left="1221"/>
        <w:rPr>
          <w:rFonts w:ascii="Arial" w:hAnsi="Arial" w:cs="Arial"/>
          <w:color w:val="002060"/>
          <w:lang w:val="en-GB"/>
        </w:rPr>
      </w:pPr>
    </w:p>
    <w:p w14:paraId="3136C140" w14:textId="77777777" w:rsidR="00A45E58" w:rsidRPr="00684C6D" w:rsidRDefault="00A45E58" w:rsidP="00247B4F">
      <w:pPr>
        <w:pStyle w:val="ListParagraph"/>
        <w:ind w:left="1221"/>
        <w:rPr>
          <w:rFonts w:ascii="Arial" w:hAnsi="Arial" w:cs="Arial"/>
          <w:color w:val="002060"/>
          <w:lang w:val="en-GB"/>
        </w:rPr>
      </w:pPr>
    </w:p>
    <w:p w14:paraId="03F8C81D" w14:textId="77777777" w:rsidR="004F3E30" w:rsidRPr="00684C6D" w:rsidRDefault="004F3E30" w:rsidP="00247B4F">
      <w:pPr>
        <w:pStyle w:val="ListParagraph"/>
        <w:ind w:left="1221"/>
        <w:rPr>
          <w:rFonts w:ascii="Arial" w:hAnsi="Arial" w:cs="Arial"/>
          <w:color w:val="002060"/>
          <w:lang w:val="en-GB"/>
        </w:rPr>
      </w:pPr>
    </w:p>
    <w:p w14:paraId="7B25FBB2" w14:textId="77777777" w:rsidR="004F3E30" w:rsidRPr="00684C6D" w:rsidRDefault="004F3E30" w:rsidP="00247B4F">
      <w:pPr>
        <w:pStyle w:val="ListParagraph"/>
        <w:ind w:left="1221"/>
        <w:rPr>
          <w:rFonts w:ascii="Arial" w:hAnsi="Arial" w:cs="Arial"/>
          <w:color w:val="002060"/>
          <w:lang w:val="en-GB"/>
        </w:rPr>
      </w:pPr>
    </w:p>
    <w:p w14:paraId="5D0F9C15" w14:textId="77777777" w:rsidR="004F3E30" w:rsidRPr="00684C6D" w:rsidRDefault="004F3E30" w:rsidP="00247B4F">
      <w:pPr>
        <w:pStyle w:val="ListParagraph"/>
        <w:ind w:left="1221"/>
        <w:rPr>
          <w:rFonts w:ascii="Arial" w:hAnsi="Arial" w:cs="Arial"/>
          <w:color w:val="002060"/>
          <w:lang w:val="en-GB"/>
        </w:rPr>
      </w:pPr>
    </w:p>
    <w:p w14:paraId="71185E23" w14:textId="438034C4" w:rsidR="004F3E30" w:rsidRPr="00684C6D" w:rsidRDefault="004F3E30" w:rsidP="00247B4F">
      <w:pPr>
        <w:pStyle w:val="ListParagraph"/>
        <w:ind w:left="1221"/>
        <w:rPr>
          <w:rFonts w:ascii="Arial" w:hAnsi="Arial" w:cs="Arial"/>
          <w:color w:val="002060"/>
          <w:lang w:val="en-GB"/>
        </w:rPr>
      </w:pPr>
    </w:p>
    <w:p w14:paraId="1CFD6361" w14:textId="33532C92" w:rsidR="00A45E58" w:rsidRPr="00684C6D" w:rsidRDefault="00C7087C" w:rsidP="00247B4F">
      <w:pPr>
        <w:pStyle w:val="ListParagraph"/>
        <w:ind w:left="1221"/>
        <w:rPr>
          <w:rFonts w:ascii="Arial" w:hAnsi="Arial" w:cs="Arial"/>
          <w:color w:val="002060"/>
          <w:lang w:val="en-GB"/>
        </w:rPr>
      </w:pPr>
      <w:r w:rsidRPr="00684C6D">
        <w:rPr>
          <w:rFonts w:ascii="Arial" w:hAnsi="Arial" w:cs="Arial"/>
          <w:noProof/>
          <w:lang w:val="en-GB"/>
        </w:rPr>
        <w:drawing>
          <wp:anchor distT="0" distB="0" distL="114300" distR="114300" simplePos="0" relativeHeight="252033536" behindDoc="0" locked="0" layoutInCell="1" allowOverlap="1" wp14:anchorId="4A886DE5" wp14:editId="6D3E1B0A">
            <wp:simplePos x="0" y="0"/>
            <wp:positionH relativeFrom="column">
              <wp:posOffset>2711450</wp:posOffset>
            </wp:positionH>
            <wp:positionV relativeFrom="paragraph">
              <wp:posOffset>156845</wp:posOffset>
            </wp:positionV>
            <wp:extent cx="3265805" cy="666750"/>
            <wp:effectExtent l="0" t="0" r="0" b="0"/>
            <wp:wrapSquare wrapText="bothSides"/>
            <wp:docPr id="757658541" name="Picture 1" descr="Summary Details page showing the Reporting Period and Public Authority fields, with an Edit Summary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7658541" name="Picture 1" descr="Summary Details page showing the Reporting Period and Public Authority fields, with an Edit Summary link."/>
                    <pic:cNvPicPr/>
                  </pic:nvPicPr>
                  <pic:blipFill>
                    <a:blip r:embed="rId75"/>
                    <a:stretch>
                      <a:fillRect/>
                    </a:stretch>
                  </pic:blipFill>
                  <pic:spPr>
                    <a:xfrm>
                      <a:off x="0" y="0"/>
                      <a:ext cx="3265805" cy="666750"/>
                    </a:xfrm>
                    <a:prstGeom prst="rect">
                      <a:avLst/>
                    </a:prstGeom>
                  </pic:spPr>
                </pic:pic>
              </a:graphicData>
            </a:graphic>
            <wp14:sizeRelH relativeFrom="margin">
              <wp14:pctWidth>0</wp14:pctWidth>
            </wp14:sizeRelH>
            <wp14:sizeRelV relativeFrom="margin">
              <wp14:pctHeight>0</wp14:pctHeight>
            </wp14:sizeRelV>
          </wp:anchor>
        </w:drawing>
      </w:r>
    </w:p>
    <w:p w14:paraId="335A69FF" w14:textId="70EF9C7C" w:rsidR="00A45E58" w:rsidRPr="00FA2FA7" w:rsidRDefault="00C7087C">
      <w:pPr>
        <w:pStyle w:val="ListParagraph"/>
        <w:numPr>
          <w:ilvl w:val="0"/>
          <w:numId w:val="11"/>
        </w:numPr>
        <w:rPr>
          <w:rFonts w:ascii="Arial" w:hAnsi="Arial" w:cs="Arial"/>
          <w:sz w:val="24"/>
          <w:szCs w:val="24"/>
          <w:lang w:val="en-GB"/>
        </w:rPr>
      </w:pPr>
      <w:r w:rsidRPr="00FA2FA7">
        <w:rPr>
          <w:rFonts w:ascii="Arial" w:hAnsi="Arial" w:cs="Arial"/>
          <w:sz w:val="24"/>
          <w:szCs w:val="24"/>
          <w:lang w:val="en-GB"/>
        </w:rPr>
        <w:t xml:space="preserve">Select </w:t>
      </w:r>
      <w:r w:rsidRPr="00D82BB0">
        <w:rPr>
          <w:rFonts w:ascii="Arial" w:hAnsi="Arial" w:cs="Arial"/>
          <w:b/>
          <w:bCs/>
          <w:sz w:val="24"/>
          <w:szCs w:val="24"/>
          <w:lang w:val="en-GB"/>
        </w:rPr>
        <w:t>Edit Summary</w:t>
      </w:r>
      <w:r w:rsidRPr="00FA2FA7">
        <w:rPr>
          <w:rFonts w:ascii="Arial" w:hAnsi="Arial" w:cs="Arial"/>
          <w:sz w:val="24"/>
          <w:szCs w:val="24"/>
          <w:lang w:val="en-GB"/>
        </w:rPr>
        <w:t xml:space="preserve"> to make your changes</w:t>
      </w:r>
    </w:p>
    <w:p w14:paraId="3B803559" w14:textId="6BB1B69E" w:rsidR="00A45E58" w:rsidRPr="00FA2FA7" w:rsidRDefault="00A45E58" w:rsidP="00247B4F">
      <w:pPr>
        <w:pStyle w:val="ListParagraph"/>
        <w:ind w:left="1221"/>
        <w:rPr>
          <w:rFonts w:ascii="Arial" w:hAnsi="Arial" w:cs="Arial"/>
          <w:color w:val="002060"/>
          <w:sz w:val="24"/>
          <w:szCs w:val="24"/>
          <w:lang w:val="en-GB"/>
        </w:rPr>
      </w:pPr>
    </w:p>
    <w:p w14:paraId="75D60DF8" w14:textId="77777777" w:rsidR="00235E20" w:rsidRPr="00FA2FA7" w:rsidRDefault="00235E20" w:rsidP="00247B4F">
      <w:pPr>
        <w:pStyle w:val="ListParagraph"/>
        <w:ind w:left="1221"/>
        <w:rPr>
          <w:rFonts w:ascii="Arial" w:hAnsi="Arial" w:cs="Arial"/>
          <w:color w:val="002060"/>
          <w:sz w:val="24"/>
          <w:szCs w:val="24"/>
          <w:lang w:val="en-GB"/>
        </w:rPr>
      </w:pPr>
    </w:p>
    <w:p w14:paraId="403F59A2" w14:textId="5DE8E853" w:rsidR="00A45E58" w:rsidRDefault="00A45E58" w:rsidP="00247B4F">
      <w:pPr>
        <w:pStyle w:val="ListParagraph"/>
        <w:ind w:left="1221"/>
        <w:rPr>
          <w:rFonts w:ascii="Arial" w:hAnsi="Arial" w:cs="Arial"/>
          <w:color w:val="002060"/>
          <w:sz w:val="24"/>
          <w:szCs w:val="24"/>
          <w:lang w:val="en-GB"/>
        </w:rPr>
      </w:pPr>
    </w:p>
    <w:p w14:paraId="18699518" w14:textId="77777777" w:rsidR="00BA66FB" w:rsidRDefault="00BA66FB" w:rsidP="00247B4F">
      <w:pPr>
        <w:pStyle w:val="ListParagraph"/>
        <w:ind w:left="1221"/>
        <w:rPr>
          <w:rFonts w:ascii="Arial" w:hAnsi="Arial" w:cs="Arial"/>
          <w:color w:val="002060"/>
          <w:sz w:val="24"/>
          <w:szCs w:val="24"/>
          <w:lang w:val="en-GB"/>
        </w:rPr>
      </w:pPr>
    </w:p>
    <w:p w14:paraId="258F08FF" w14:textId="77777777" w:rsidR="00BA66FB" w:rsidRPr="00FA2FA7" w:rsidRDefault="00BA66FB" w:rsidP="00247B4F">
      <w:pPr>
        <w:pStyle w:val="ListParagraph"/>
        <w:ind w:left="1221"/>
        <w:rPr>
          <w:rFonts w:ascii="Arial" w:hAnsi="Arial" w:cs="Arial"/>
          <w:color w:val="002060"/>
          <w:sz w:val="24"/>
          <w:szCs w:val="24"/>
          <w:lang w:val="en-GB"/>
        </w:rPr>
      </w:pPr>
    </w:p>
    <w:p w14:paraId="734B8DC3" w14:textId="77777777" w:rsidR="004F3E30" w:rsidRPr="00FA2FA7" w:rsidRDefault="004F3E30" w:rsidP="00247B4F">
      <w:pPr>
        <w:pStyle w:val="ListParagraph"/>
        <w:ind w:left="1221"/>
        <w:rPr>
          <w:rFonts w:ascii="Arial" w:hAnsi="Arial" w:cs="Arial"/>
          <w:color w:val="002060"/>
          <w:sz w:val="24"/>
          <w:szCs w:val="24"/>
          <w:lang w:val="en-GB"/>
        </w:rPr>
      </w:pPr>
    </w:p>
    <w:p w14:paraId="786780BE" w14:textId="619E3A75" w:rsidR="00C7087C" w:rsidRPr="00FA2FA7" w:rsidRDefault="00C7087C">
      <w:pPr>
        <w:pStyle w:val="ListParagraph"/>
        <w:numPr>
          <w:ilvl w:val="0"/>
          <w:numId w:val="11"/>
        </w:numPr>
        <w:rPr>
          <w:rFonts w:ascii="Arial" w:hAnsi="Arial" w:cs="Arial"/>
          <w:sz w:val="24"/>
          <w:szCs w:val="24"/>
          <w:lang w:val="en-GB"/>
        </w:rPr>
      </w:pPr>
      <w:r w:rsidRPr="00FA2FA7">
        <w:rPr>
          <w:rFonts w:ascii="Arial" w:hAnsi="Arial" w:cs="Arial"/>
          <w:noProof/>
          <w:sz w:val="24"/>
          <w:szCs w:val="24"/>
          <w:lang w:val="en-GB"/>
        </w:rPr>
        <w:drawing>
          <wp:anchor distT="0" distB="0" distL="114300" distR="114300" simplePos="0" relativeHeight="252034560" behindDoc="0" locked="0" layoutInCell="1" allowOverlap="1" wp14:anchorId="5945F00D" wp14:editId="6A357C2F">
            <wp:simplePos x="0" y="0"/>
            <wp:positionH relativeFrom="column">
              <wp:posOffset>2484120</wp:posOffset>
            </wp:positionH>
            <wp:positionV relativeFrom="paragraph">
              <wp:posOffset>3810</wp:posOffset>
            </wp:positionV>
            <wp:extent cx="3416476" cy="825542"/>
            <wp:effectExtent l="0" t="0" r="0" b="0"/>
            <wp:wrapSquare wrapText="bothSides"/>
            <wp:docPr id="852987176" name="Picture 1" descr="Form section showing response options with buttons to save a draft, send to coordinator, or can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2987176" name="Picture 1" descr="Form section showing response options with buttons to save a draft, send to coordinator, or cancel."/>
                    <pic:cNvPicPr/>
                  </pic:nvPicPr>
                  <pic:blipFill>
                    <a:blip r:embed="rId76"/>
                    <a:stretch>
                      <a:fillRect/>
                    </a:stretch>
                  </pic:blipFill>
                  <pic:spPr>
                    <a:xfrm>
                      <a:off x="0" y="0"/>
                      <a:ext cx="3416476" cy="825542"/>
                    </a:xfrm>
                    <a:prstGeom prst="rect">
                      <a:avLst/>
                    </a:prstGeom>
                  </pic:spPr>
                </pic:pic>
              </a:graphicData>
            </a:graphic>
          </wp:anchor>
        </w:drawing>
      </w:r>
      <w:r w:rsidRPr="00FA2FA7">
        <w:rPr>
          <w:rFonts w:ascii="Arial" w:hAnsi="Arial" w:cs="Arial"/>
          <w:sz w:val="24"/>
          <w:szCs w:val="24"/>
          <w:lang w:val="en-GB"/>
        </w:rPr>
        <w:t xml:space="preserve">When you have made your changes, </w:t>
      </w:r>
      <w:r w:rsidRPr="00D82BB0">
        <w:rPr>
          <w:rFonts w:ascii="Arial" w:hAnsi="Arial" w:cs="Arial"/>
          <w:b/>
          <w:bCs/>
          <w:sz w:val="24"/>
          <w:szCs w:val="24"/>
          <w:lang w:val="en-GB"/>
        </w:rPr>
        <w:t xml:space="preserve">resend it to the </w:t>
      </w:r>
      <w:r w:rsidR="0011579F" w:rsidRPr="00D82BB0">
        <w:rPr>
          <w:rFonts w:ascii="Arial" w:hAnsi="Arial" w:cs="Arial"/>
          <w:b/>
          <w:bCs/>
          <w:sz w:val="24"/>
          <w:szCs w:val="24"/>
          <w:lang w:val="en-GB"/>
        </w:rPr>
        <w:t>Rural Needs Coordinator</w:t>
      </w:r>
      <w:r w:rsidRPr="00FA2FA7">
        <w:rPr>
          <w:rFonts w:ascii="Arial" w:hAnsi="Arial" w:cs="Arial"/>
          <w:i/>
          <w:iCs/>
          <w:sz w:val="24"/>
          <w:szCs w:val="24"/>
          <w:lang w:val="en-GB"/>
        </w:rPr>
        <w:t xml:space="preserve"> </w:t>
      </w:r>
      <w:r w:rsidRPr="00FA2FA7">
        <w:rPr>
          <w:rFonts w:ascii="Arial" w:hAnsi="Arial" w:cs="Arial"/>
          <w:sz w:val="24"/>
          <w:szCs w:val="24"/>
          <w:lang w:val="en-GB"/>
        </w:rPr>
        <w:t>for review</w:t>
      </w:r>
    </w:p>
    <w:p w14:paraId="1EDD082F" w14:textId="35C2FEFF" w:rsidR="00C7087C" w:rsidRPr="00FA2FA7" w:rsidRDefault="00C7087C" w:rsidP="00C7087C">
      <w:pPr>
        <w:pStyle w:val="ListParagraph"/>
        <w:ind w:left="643"/>
        <w:rPr>
          <w:rFonts w:ascii="Arial" w:hAnsi="Arial" w:cs="Arial"/>
          <w:color w:val="002060"/>
          <w:sz w:val="24"/>
          <w:szCs w:val="24"/>
          <w:lang w:val="en-GB"/>
        </w:rPr>
      </w:pPr>
    </w:p>
    <w:p w14:paraId="123E951A" w14:textId="77777777" w:rsidR="004F3E30" w:rsidRPr="00FA2FA7" w:rsidRDefault="004F3E30" w:rsidP="00C7087C">
      <w:pPr>
        <w:pStyle w:val="ListParagraph"/>
        <w:ind w:left="643"/>
        <w:rPr>
          <w:rFonts w:ascii="Arial" w:hAnsi="Arial" w:cs="Arial"/>
          <w:color w:val="002060"/>
          <w:sz w:val="24"/>
          <w:szCs w:val="24"/>
          <w:lang w:val="en-GB"/>
        </w:rPr>
      </w:pPr>
    </w:p>
    <w:p w14:paraId="1BD9A2A8" w14:textId="77777777" w:rsidR="004F3E30" w:rsidRPr="00684C6D" w:rsidRDefault="004F3E30" w:rsidP="00C7087C">
      <w:pPr>
        <w:pStyle w:val="ListParagraph"/>
        <w:ind w:left="643"/>
        <w:rPr>
          <w:rFonts w:ascii="Arial" w:hAnsi="Arial" w:cs="Arial"/>
          <w:color w:val="002060"/>
          <w:lang w:val="en-GB"/>
        </w:rPr>
      </w:pPr>
    </w:p>
    <w:p w14:paraId="7F550221" w14:textId="77777777" w:rsidR="004F3E30" w:rsidRPr="00684C6D" w:rsidRDefault="004F3E30" w:rsidP="00C7087C">
      <w:pPr>
        <w:pStyle w:val="ListParagraph"/>
        <w:ind w:left="643"/>
        <w:rPr>
          <w:rFonts w:ascii="Arial" w:hAnsi="Arial" w:cs="Arial"/>
          <w:color w:val="002060"/>
          <w:lang w:val="en-GB"/>
        </w:rPr>
      </w:pPr>
    </w:p>
    <w:p w14:paraId="52DD9B12" w14:textId="77777777" w:rsidR="004F3E30" w:rsidRPr="00684C6D" w:rsidRDefault="004F3E30" w:rsidP="00C7087C">
      <w:pPr>
        <w:pStyle w:val="ListParagraph"/>
        <w:ind w:left="643"/>
        <w:rPr>
          <w:rFonts w:ascii="Arial" w:hAnsi="Arial" w:cs="Arial"/>
          <w:color w:val="002060"/>
          <w:lang w:val="en-GB"/>
        </w:rPr>
      </w:pPr>
    </w:p>
    <w:p w14:paraId="0E8F6E92" w14:textId="77777777" w:rsidR="004F3E30" w:rsidRPr="00684C6D" w:rsidRDefault="004F3E30" w:rsidP="00C7087C">
      <w:pPr>
        <w:pStyle w:val="ListParagraph"/>
        <w:ind w:left="643"/>
        <w:rPr>
          <w:rFonts w:ascii="Arial" w:hAnsi="Arial" w:cs="Arial"/>
          <w:color w:val="002060"/>
          <w:lang w:val="en-GB"/>
        </w:rPr>
      </w:pPr>
    </w:p>
    <w:p w14:paraId="7CA70531" w14:textId="77777777" w:rsidR="004F3E30" w:rsidRPr="00684C6D" w:rsidRDefault="004F3E30" w:rsidP="00C7087C">
      <w:pPr>
        <w:pStyle w:val="ListParagraph"/>
        <w:ind w:left="643"/>
        <w:rPr>
          <w:rFonts w:ascii="Arial" w:hAnsi="Arial" w:cs="Arial"/>
          <w:color w:val="002060"/>
          <w:lang w:val="en-GB"/>
        </w:rPr>
      </w:pPr>
    </w:p>
    <w:p w14:paraId="5EF8E13F" w14:textId="77777777" w:rsidR="004F3E30" w:rsidRPr="00684C6D" w:rsidRDefault="004F3E30" w:rsidP="00C7087C">
      <w:pPr>
        <w:pStyle w:val="ListParagraph"/>
        <w:ind w:left="643"/>
        <w:rPr>
          <w:rFonts w:ascii="Arial" w:hAnsi="Arial" w:cs="Arial"/>
          <w:color w:val="002060"/>
          <w:lang w:val="en-GB"/>
        </w:rPr>
      </w:pPr>
    </w:p>
    <w:p w14:paraId="73413405" w14:textId="77777777" w:rsidR="004F3E30" w:rsidRPr="00684C6D" w:rsidRDefault="004F3E30" w:rsidP="00C7087C">
      <w:pPr>
        <w:pStyle w:val="ListParagraph"/>
        <w:ind w:left="643"/>
        <w:rPr>
          <w:rFonts w:ascii="Arial" w:hAnsi="Arial" w:cs="Arial"/>
          <w:color w:val="002060"/>
          <w:lang w:val="en-GB"/>
        </w:rPr>
      </w:pPr>
    </w:p>
    <w:p w14:paraId="64B8214B" w14:textId="77777777" w:rsidR="004F3E30" w:rsidRPr="00684C6D" w:rsidRDefault="004F3E30" w:rsidP="00C7087C">
      <w:pPr>
        <w:pStyle w:val="ListParagraph"/>
        <w:ind w:left="643"/>
        <w:rPr>
          <w:rFonts w:ascii="Arial" w:hAnsi="Arial" w:cs="Arial"/>
          <w:color w:val="002060"/>
          <w:lang w:val="en-GB"/>
        </w:rPr>
      </w:pPr>
    </w:p>
    <w:p w14:paraId="2AA4FC1B" w14:textId="77777777" w:rsidR="004F3E30" w:rsidRPr="00684C6D" w:rsidRDefault="004F3E30" w:rsidP="00C7087C">
      <w:pPr>
        <w:pStyle w:val="ListParagraph"/>
        <w:ind w:left="643"/>
        <w:rPr>
          <w:rFonts w:ascii="Arial" w:hAnsi="Arial" w:cs="Arial"/>
          <w:color w:val="002060"/>
          <w:lang w:val="en-GB"/>
        </w:rPr>
      </w:pPr>
    </w:p>
    <w:p w14:paraId="3C3C48C0" w14:textId="77777777" w:rsidR="004F3E30" w:rsidRDefault="004F3E30" w:rsidP="00C7087C">
      <w:pPr>
        <w:pStyle w:val="ListParagraph"/>
        <w:ind w:left="643"/>
        <w:rPr>
          <w:rFonts w:ascii="Arial" w:hAnsi="Arial" w:cs="Arial"/>
          <w:color w:val="002060"/>
          <w:lang w:val="en-GB"/>
        </w:rPr>
      </w:pPr>
    </w:p>
    <w:p w14:paraId="4D9FF475" w14:textId="77777777" w:rsidR="00CE0025" w:rsidRPr="00684C6D" w:rsidRDefault="00CE0025" w:rsidP="00C7087C">
      <w:pPr>
        <w:pStyle w:val="ListParagraph"/>
        <w:ind w:left="643"/>
        <w:rPr>
          <w:rFonts w:ascii="Arial" w:hAnsi="Arial" w:cs="Arial"/>
          <w:color w:val="002060"/>
          <w:lang w:val="en-GB"/>
        </w:rPr>
      </w:pPr>
    </w:p>
    <w:p w14:paraId="2989F25A" w14:textId="77777777" w:rsidR="004F3E30" w:rsidRPr="00684C6D" w:rsidRDefault="004F3E30" w:rsidP="00C7087C">
      <w:pPr>
        <w:pStyle w:val="ListParagraph"/>
        <w:ind w:left="643"/>
        <w:rPr>
          <w:rFonts w:ascii="Arial" w:hAnsi="Arial" w:cs="Arial"/>
          <w:color w:val="002060"/>
          <w:lang w:val="en-GB"/>
        </w:rPr>
      </w:pPr>
    </w:p>
    <w:p w14:paraId="410A79FF" w14:textId="38F8A960" w:rsidR="00447EC0" w:rsidRPr="00BA66FB" w:rsidRDefault="0011579F" w:rsidP="00BA66FB">
      <w:pPr>
        <w:rPr>
          <w:rFonts w:ascii="Arial" w:hAnsi="Arial" w:cs="Arial"/>
          <w:b/>
          <w:bCs/>
          <w:color w:val="002060"/>
          <w:sz w:val="32"/>
          <w:szCs w:val="32"/>
          <w:lang w:val="en-GB"/>
        </w:rPr>
      </w:pPr>
      <w:bookmarkStart w:id="18" w:name="CoordinatorOnlyFunction"/>
      <w:r w:rsidRPr="0088302B">
        <w:rPr>
          <w:rFonts w:ascii="Arial" w:hAnsi="Arial" w:cs="Arial"/>
          <w:b/>
          <w:bCs/>
          <w:color w:val="005E00"/>
          <w:sz w:val="32"/>
          <w:szCs w:val="32"/>
          <w:lang w:val="en-GB"/>
        </w:rPr>
        <w:lastRenderedPageBreak/>
        <w:t>Rural Needs Coordinator</w:t>
      </w:r>
      <w:r w:rsidR="002C15A1" w:rsidRPr="0088302B">
        <w:rPr>
          <w:rFonts w:ascii="Arial" w:hAnsi="Arial" w:cs="Arial"/>
          <w:b/>
          <w:bCs/>
          <w:color w:val="005E00"/>
          <w:sz w:val="32"/>
          <w:szCs w:val="32"/>
          <w:lang w:val="en-GB"/>
        </w:rPr>
        <w:t xml:space="preserve"> Only Function</w:t>
      </w:r>
      <w:r w:rsidR="00AC2A22" w:rsidRPr="0088302B">
        <w:rPr>
          <w:rFonts w:ascii="Arial" w:hAnsi="Arial" w:cs="Arial"/>
          <w:b/>
          <w:bCs/>
          <w:color w:val="005E00"/>
          <w:sz w:val="32"/>
          <w:szCs w:val="32"/>
          <w:lang w:val="en-GB"/>
        </w:rPr>
        <w:t>s</w:t>
      </w:r>
    </w:p>
    <w:p w14:paraId="31221D63" w14:textId="77777777" w:rsidR="00AC2A22" w:rsidRDefault="00AC2A22" w:rsidP="00AC2A22">
      <w:pPr>
        <w:spacing w:line="0" w:lineRule="atLeast"/>
        <w:rPr>
          <w:rFonts w:ascii="Arial" w:hAnsi="Arial" w:cs="Arial"/>
          <w:b/>
          <w:bCs/>
          <w:color w:val="002060"/>
          <w:sz w:val="24"/>
          <w:szCs w:val="24"/>
        </w:rPr>
      </w:pPr>
    </w:p>
    <w:p w14:paraId="2286DCCF" w14:textId="658F3FCE" w:rsidR="00AC2A22" w:rsidRPr="00FA2FA7" w:rsidRDefault="0011579F" w:rsidP="00AC2A22">
      <w:pPr>
        <w:spacing w:line="0" w:lineRule="atLeast"/>
        <w:rPr>
          <w:rFonts w:ascii="Arial" w:hAnsi="Arial" w:cs="Arial"/>
          <w:b/>
          <w:bCs/>
          <w:color w:val="002060"/>
          <w:sz w:val="28"/>
          <w:szCs w:val="28"/>
        </w:rPr>
      </w:pPr>
      <w:r>
        <w:rPr>
          <w:rFonts w:ascii="Arial" w:hAnsi="Arial" w:cs="Arial"/>
          <w:b/>
          <w:bCs/>
          <w:color w:val="002060"/>
          <w:sz w:val="28"/>
          <w:szCs w:val="28"/>
        </w:rPr>
        <w:t>Rural Needs Coordinator</w:t>
      </w:r>
      <w:r w:rsidR="00AC2A22" w:rsidRPr="00FA2FA7">
        <w:rPr>
          <w:rFonts w:ascii="Arial" w:hAnsi="Arial" w:cs="Arial"/>
          <w:b/>
          <w:bCs/>
          <w:color w:val="002060"/>
          <w:sz w:val="28"/>
          <w:szCs w:val="28"/>
        </w:rPr>
        <w:t xml:space="preserve"> Summary Page</w:t>
      </w:r>
    </w:p>
    <w:p w14:paraId="0D47B769" w14:textId="77777777" w:rsidR="00AC2A22" w:rsidRPr="00AC2A22" w:rsidRDefault="00AC2A22" w:rsidP="00684C6D">
      <w:pPr>
        <w:pStyle w:val="DAERAHeading"/>
        <w:jc w:val="left"/>
        <w:rPr>
          <w:color w:val="00B050"/>
          <w:lang w:val="en-GB"/>
        </w:rPr>
      </w:pPr>
    </w:p>
    <w:bookmarkEnd w:id="18"/>
    <w:p w14:paraId="2302BD9F" w14:textId="34B7E928" w:rsidR="006110EC" w:rsidRDefault="0011579F">
      <w:pPr>
        <w:pStyle w:val="ListParagraph"/>
        <w:numPr>
          <w:ilvl w:val="0"/>
          <w:numId w:val="14"/>
        </w:numPr>
        <w:rPr>
          <w:rFonts w:ascii="Arial" w:hAnsi="Arial" w:cs="Arial"/>
          <w:sz w:val="24"/>
          <w:szCs w:val="24"/>
          <w:lang w:val="en-GB"/>
        </w:rPr>
      </w:pPr>
      <w:r>
        <w:rPr>
          <w:rFonts w:ascii="Arial" w:hAnsi="Arial" w:cs="Arial"/>
          <w:sz w:val="24"/>
          <w:szCs w:val="24"/>
          <w:lang w:val="en-GB"/>
        </w:rPr>
        <w:t>Rural Needs Coordinator</w:t>
      </w:r>
      <w:r w:rsidR="001A5003" w:rsidRPr="006110EC">
        <w:rPr>
          <w:rFonts w:ascii="Arial" w:hAnsi="Arial" w:cs="Arial"/>
          <w:sz w:val="24"/>
          <w:szCs w:val="24"/>
          <w:lang w:val="en-GB"/>
        </w:rPr>
        <w:t xml:space="preserve">s can carry out all administrative functions, including reassigning colleagues’ submissions to themselves. The </w:t>
      </w:r>
      <w:r w:rsidR="00C57BFD">
        <w:rPr>
          <w:rFonts w:ascii="Arial" w:hAnsi="Arial" w:cs="Arial"/>
          <w:sz w:val="24"/>
          <w:szCs w:val="24"/>
          <w:lang w:val="en-GB"/>
        </w:rPr>
        <w:t xml:space="preserve">only </w:t>
      </w:r>
      <w:r w:rsidR="001A5003" w:rsidRPr="006110EC">
        <w:rPr>
          <w:rFonts w:ascii="Arial" w:hAnsi="Arial" w:cs="Arial"/>
          <w:sz w:val="24"/>
          <w:szCs w:val="24"/>
          <w:lang w:val="en-GB"/>
        </w:rPr>
        <w:t>difference is that they can approve submissions and send the overall submission to the DAERA Rural Needs Team.</w:t>
      </w:r>
    </w:p>
    <w:p w14:paraId="6831D774" w14:textId="77777777" w:rsidR="006110EC" w:rsidRDefault="00384967" w:rsidP="006110EC">
      <w:pPr>
        <w:pStyle w:val="ListParagraph"/>
        <w:ind w:left="360"/>
        <w:rPr>
          <w:rFonts w:ascii="Arial" w:eastAsia="Times New Roman" w:hAnsi="Arial" w:cs="Arial"/>
          <w:sz w:val="24"/>
          <w:szCs w:val="24"/>
          <w:lang w:val="en-GB" w:eastAsia="en-GB"/>
        </w:rPr>
      </w:pPr>
      <w:r w:rsidRPr="00FA2FA7">
        <w:rPr>
          <w:noProof/>
          <w:lang w:val="en-GB"/>
        </w:rPr>
        <w:drawing>
          <wp:anchor distT="0" distB="0" distL="114300" distR="114300" simplePos="0" relativeHeight="251956736" behindDoc="0" locked="0" layoutInCell="1" allowOverlap="1" wp14:anchorId="4FBF8545" wp14:editId="14DBF885">
            <wp:simplePos x="0" y="0"/>
            <wp:positionH relativeFrom="column">
              <wp:posOffset>3564175</wp:posOffset>
            </wp:positionH>
            <wp:positionV relativeFrom="paragraph">
              <wp:posOffset>61345</wp:posOffset>
            </wp:positionV>
            <wp:extent cx="2406650" cy="1854200"/>
            <wp:effectExtent l="0" t="0" r="0" b="0"/>
            <wp:wrapSquare wrapText="bothSides"/>
            <wp:docPr id="838290769" name="Picture 1" descr="Submission panel showing a summary count with links to view all summaries and add a new summ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8290769" name="Picture 1" descr="Submission panel showing a summary count with links to view all summaries and add a new summary."/>
                    <pic:cNvPicPr/>
                  </pic:nvPicPr>
                  <pic:blipFill>
                    <a:blip r:embed="rId77"/>
                    <a:stretch>
                      <a:fillRect/>
                    </a:stretch>
                  </pic:blipFill>
                  <pic:spPr>
                    <a:xfrm>
                      <a:off x="0" y="0"/>
                      <a:ext cx="2406650" cy="1854200"/>
                    </a:xfrm>
                    <a:prstGeom prst="rect">
                      <a:avLst/>
                    </a:prstGeom>
                  </pic:spPr>
                </pic:pic>
              </a:graphicData>
            </a:graphic>
          </wp:anchor>
        </w:drawing>
      </w:r>
    </w:p>
    <w:p w14:paraId="76737C5B" w14:textId="77777777" w:rsidR="006110EC" w:rsidRDefault="006110EC" w:rsidP="006110EC">
      <w:pPr>
        <w:pStyle w:val="ListParagraph"/>
        <w:ind w:left="360"/>
        <w:rPr>
          <w:rFonts w:ascii="Arial" w:eastAsia="Times New Roman" w:hAnsi="Arial" w:cs="Arial"/>
          <w:sz w:val="24"/>
          <w:szCs w:val="24"/>
          <w:lang w:val="en-GB" w:eastAsia="en-GB"/>
        </w:rPr>
      </w:pPr>
    </w:p>
    <w:p w14:paraId="2C6E2ED9" w14:textId="77777777" w:rsidR="006110EC" w:rsidRDefault="006110EC" w:rsidP="006110EC">
      <w:pPr>
        <w:pStyle w:val="ListParagraph"/>
        <w:ind w:left="360"/>
        <w:rPr>
          <w:rFonts w:ascii="Arial" w:eastAsia="Times New Roman" w:hAnsi="Arial" w:cs="Arial"/>
          <w:sz w:val="24"/>
          <w:szCs w:val="24"/>
          <w:lang w:val="en-GB" w:eastAsia="en-GB"/>
        </w:rPr>
      </w:pPr>
    </w:p>
    <w:p w14:paraId="29F45FDA" w14:textId="3F4BF8BC" w:rsidR="00041480" w:rsidRPr="006110EC" w:rsidRDefault="006110EC">
      <w:pPr>
        <w:pStyle w:val="ListParagraph"/>
        <w:numPr>
          <w:ilvl w:val="0"/>
          <w:numId w:val="14"/>
        </w:numPr>
        <w:rPr>
          <w:rFonts w:ascii="Arial" w:hAnsi="Arial" w:cs="Arial"/>
          <w:sz w:val="24"/>
          <w:szCs w:val="24"/>
          <w:lang w:val="en-GB"/>
        </w:rPr>
      </w:pPr>
      <w:r w:rsidRPr="00FA2FA7">
        <w:rPr>
          <w:rFonts w:ascii="Arial" w:hAnsi="Arial" w:cs="Arial"/>
          <w:noProof/>
          <w:sz w:val="24"/>
          <w:szCs w:val="24"/>
        </w:rPr>
        <mc:AlternateContent>
          <mc:Choice Requires="wps">
            <w:drawing>
              <wp:anchor distT="0" distB="0" distL="114300" distR="114300" simplePos="0" relativeHeight="251959808" behindDoc="0" locked="0" layoutInCell="1" allowOverlap="1" wp14:anchorId="0A28CE26" wp14:editId="271279AD">
                <wp:simplePos x="0" y="0"/>
                <wp:positionH relativeFrom="column">
                  <wp:posOffset>2717800</wp:posOffset>
                </wp:positionH>
                <wp:positionV relativeFrom="paragraph">
                  <wp:posOffset>527051</wp:posOffset>
                </wp:positionV>
                <wp:extent cx="825500" cy="520700"/>
                <wp:effectExtent l="38100" t="19050" r="88900" b="88900"/>
                <wp:wrapNone/>
                <wp:docPr id="1883046698" name="Straight Arrow Connector 1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825500" cy="520700"/>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C8A4C41" id="Straight Arrow Connector 113" o:spid="_x0000_s1026" type="#_x0000_t32" alt="&quot;&quot;" style="position:absolute;margin-left:214pt;margin-top:41.5pt;width:65pt;height:41pt;z-index:25195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VgxvQEAAM8DAAAOAAAAZHJzL2Uyb0RvYy54bWysU9uO0zAQfUfiHyy/06SRCquq6T50gRcE&#10;K2A/wOuME0u+yR6a5O8ZO22KAIGEeJn4MufMzPHJ4X6yhp0hJu1dy7ebmjNw0nfa9S1/+vru1R1n&#10;CYXrhPEOWj5D4vfHly8OY9hD4wdvOoiMSFzaj6HlA2LYV1WSA1iRNj6Ao0vloxVI29hXXRQjsVtT&#10;NXX9uhp97EL0ElKi04flkh8Lv1Ig8ZNSCZCZllNvWGIs8TnH6ngQ+z6KMGh5aUP8QxdWaEdFV6oH&#10;gYJ9i/oXKqtl9Mkr3EhvK6+UllBmoGm29U/TfBlEgDILiZPCKlP6f7Ty4/nkHiPJMIa0T+Ex5ikm&#10;FW3+Un9sKmLNq1gwIZN0eNfsdjVJKulq19RvaE0s1Q0cYsL34C3Li5YnjEL3A568c/QsPm6LYOL8&#10;IeECvAJyZeNyRKHNW9cxnAN5B6MWrjdwqZNTqlvXZYWzgQX+GRTTHfXZlDLFUHAykZ0FWUFICQ63&#10;KxNlZ5jSxqzA+u/AS36GQjHbCl6G+2PVFVEqe4cr2Grn4++q43RtWS35VwWWubMEz76by3sWacg1&#10;5U0uDs+2/HFf4Lf/8PgdAAD//wMAUEsDBBQABgAIAAAAIQCnjUAd2wAAAAoBAAAPAAAAZHJzL2Rv&#10;d25yZXYueG1sTI/NbsIwEITvlfoO1iL1VhwoiaI0DqoqcS/Q3pfY+RHxOrKdEN6+y6k9rXZnNPtN&#10;uV/sIGbjQ+9IwWadgDBUO91Tq+D7fHjNQYSIpHFwZBTcTYB99fxUYqHdjY5mPsVWcAiFAhV0MY6F&#10;lKHujMWwdqMh1hrnLUZefSu1xxuH20FukySTFnviDx2O5rMz9fU0WQVfh3rOQjMdz03m7z/TDvG6&#10;oFIvq+XjHUQ0S/wzwwOf0aFipoubSAcxKNhtc+4SFeRvPNmQpo/DhZ1ZmoCsSvm/QvULAAD//wMA&#10;UEsBAi0AFAAGAAgAAAAhALaDOJL+AAAA4QEAABMAAAAAAAAAAAAAAAAAAAAAAFtDb250ZW50X1R5&#10;cGVzXS54bWxQSwECLQAUAAYACAAAACEAOP0h/9YAAACUAQAACwAAAAAAAAAAAAAAAAAvAQAAX3Jl&#10;bHMvLnJlbHNQSwECLQAUAAYACAAAACEAo6lYMb0BAADPAwAADgAAAAAAAAAAAAAAAAAuAgAAZHJz&#10;L2Uyb0RvYy54bWxQSwECLQAUAAYACAAAACEAp41AHdsAAAAKAQAADwAAAAAAAAAAAAAAAAAXBAAA&#10;ZHJzL2Rvd25yZXYueG1sUEsFBgAAAAAEAAQA8wAAAB8FAAAAAA==&#10;" strokecolor="#4f81bd [3204]" strokeweight="2pt">
                <v:stroke endarrow="block"/>
                <v:shadow on="t" color="black" opacity="24903f" origin=",.5" offset="0,.55556mm"/>
              </v:shape>
            </w:pict>
          </mc:Fallback>
        </mc:AlternateContent>
      </w:r>
      <w:r w:rsidR="001A5003" w:rsidRPr="006110EC">
        <w:rPr>
          <w:rFonts w:ascii="Arial" w:eastAsia="Times New Roman" w:hAnsi="Arial" w:cs="Arial"/>
          <w:sz w:val="24"/>
          <w:szCs w:val="24"/>
          <w:lang w:val="en-GB" w:eastAsia="en-GB"/>
        </w:rPr>
        <w:t xml:space="preserve">As </w:t>
      </w:r>
      <w:r w:rsidR="0011579F">
        <w:rPr>
          <w:rFonts w:ascii="Arial" w:eastAsia="Times New Roman" w:hAnsi="Arial" w:cs="Arial"/>
          <w:sz w:val="24"/>
          <w:szCs w:val="24"/>
          <w:lang w:val="en-GB" w:eastAsia="en-GB"/>
        </w:rPr>
        <w:t>Rural Needs Coordinator</w:t>
      </w:r>
      <w:r w:rsidR="001A5003" w:rsidRPr="006110EC">
        <w:rPr>
          <w:rFonts w:ascii="Arial" w:eastAsia="Times New Roman" w:hAnsi="Arial" w:cs="Arial"/>
          <w:sz w:val="24"/>
          <w:szCs w:val="24"/>
          <w:lang w:val="en-GB" w:eastAsia="en-GB"/>
        </w:rPr>
        <w:t xml:space="preserve">, select </w:t>
      </w:r>
      <w:r w:rsidR="001A5003" w:rsidRPr="00D82BB0">
        <w:rPr>
          <w:rFonts w:ascii="Arial" w:eastAsia="Times New Roman" w:hAnsi="Arial" w:cs="Arial"/>
          <w:b/>
          <w:bCs/>
          <w:sz w:val="24"/>
          <w:szCs w:val="24"/>
          <w:lang w:val="en-GB" w:eastAsia="en-GB"/>
        </w:rPr>
        <w:t>View all Summaries</w:t>
      </w:r>
      <w:r w:rsidR="001A5003" w:rsidRPr="006110EC">
        <w:rPr>
          <w:rFonts w:ascii="Arial" w:eastAsia="Times New Roman" w:hAnsi="Arial" w:cs="Arial"/>
          <w:sz w:val="24"/>
          <w:szCs w:val="24"/>
          <w:lang w:val="en-GB" w:eastAsia="en-GB"/>
        </w:rPr>
        <w:t xml:space="preserve"> to open a full list of submissions for your Public Authority. </w:t>
      </w:r>
    </w:p>
    <w:p w14:paraId="1F0DFCCC" w14:textId="350CDB70" w:rsidR="00041480" w:rsidRPr="00FA2FA7" w:rsidRDefault="00041480" w:rsidP="00041480">
      <w:pPr>
        <w:pStyle w:val="ListParagraph"/>
        <w:rPr>
          <w:rFonts w:ascii="Arial" w:eastAsia="Times New Roman" w:hAnsi="Arial" w:cs="Arial"/>
          <w:sz w:val="24"/>
          <w:szCs w:val="24"/>
          <w:lang w:val="en-GB" w:eastAsia="en-GB"/>
        </w:rPr>
      </w:pPr>
    </w:p>
    <w:p w14:paraId="0165D7DD" w14:textId="77777777" w:rsidR="00041480" w:rsidRPr="00FA2FA7" w:rsidRDefault="00041480" w:rsidP="00041480">
      <w:pPr>
        <w:pStyle w:val="ListParagraph"/>
        <w:spacing w:after="0" w:line="300" w:lineRule="atLeast"/>
        <w:ind w:left="643"/>
        <w:rPr>
          <w:rFonts w:ascii="Arial" w:eastAsia="Times New Roman" w:hAnsi="Arial" w:cs="Arial"/>
          <w:sz w:val="24"/>
          <w:szCs w:val="24"/>
          <w:lang w:val="en-GB" w:eastAsia="en-GB"/>
        </w:rPr>
      </w:pPr>
    </w:p>
    <w:p w14:paraId="3B16E977" w14:textId="50C3B09B" w:rsidR="00041480" w:rsidRPr="00FA2FA7" w:rsidRDefault="00041480" w:rsidP="00041480">
      <w:pPr>
        <w:pStyle w:val="ListParagraph"/>
        <w:rPr>
          <w:rFonts w:ascii="Arial" w:eastAsia="Times New Roman" w:hAnsi="Arial" w:cs="Arial"/>
          <w:sz w:val="24"/>
          <w:szCs w:val="24"/>
          <w:lang w:val="en-GB" w:eastAsia="en-GB"/>
        </w:rPr>
      </w:pPr>
    </w:p>
    <w:p w14:paraId="49295AE8" w14:textId="59122E17" w:rsidR="00041480" w:rsidRPr="00FA2FA7" w:rsidRDefault="00041480" w:rsidP="00041480">
      <w:pPr>
        <w:pStyle w:val="ListParagraph"/>
        <w:spacing w:after="0" w:line="300" w:lineRule="atLeast"/>
        <w:ind w:left="643"/>
        <w:rPr>
          <w:rFonts w:ascii="Arial" w:eastAsia="Times New Roman" w:hAnsi="Arial" w:cs="Arial"/>
          <w:sz w:val="24"/>
          <w:szCs w:val="24"/>
          <w:lang w:val="en-GB" w:eastAsia="en-GB"/>
        </w:rPr>
      </w:pPr>
    </w:p>
    <w:p w14:paraId="0D602F89" w14:textId="77777777" w:rsidR="00041480" w:rsidRPr="00FA2FA7" w:rsidRDefault="00041480" w:rsidP="00041480">
      <w:pPr>
        <w:pStyle w:val="ListParagraph"/>
        <w:spacing w:after="0" w:line="300" w:lineRule="atLeast"/>
        <w:ind w:left="643"/>
        <w:rPr>
          <w:rFonts w:ascii="Arial" w:eastAsia="Times New Roman" w:hAnsi="Arial" w:cs="Arial"/>
          <w:sz w:val="24"/>
          <w:szCs w:val="24"/>
          <w:lang w:val="en-GB" w:eastAsia="en-GB"/>
        </w:rPr>
      </w:pPr>
    </w:p>
    <w:p w14:paraId="33ECD706" w14:textId="77777777" w:rsidR="00041480" w:rsidRPr="00FA2FA7" w:rsidRDefault="00041480" w:rsidP="00041480">
      <w:pPr>
        <w:pStyle w:val="ListParagraph"/>
        <w:spacing w:after="0" w:line="300" w:lineRule="atLeast"/>
        <w:ind w:left="643"/>
        <w:rPr>
          <w:rFonts w:ascii="Arial" w:eastAsia="Times New Roman" w:hAnsi="Arial" w:cs="Arial"/>
          <w:sz w:val="24"/>
          <w:szCs w:val="24"/>
          <w:lang w:val="en-GB" w:eastAsia="en-GB"/>
        </w:rPr>
      </w:pPr>
    </w:p>
    <w:p w14:paraId="7EAA099C" w14:textId="77777777" w:rsidR="00041480" w:rsidRPr="00FA2FA7" w:rsidRDefault="00041480" w:rsidP="00041480">
      <w:pPr>
        <w:pStyle w:val="ListParagraph"/>
        <w:spacing w:after="0" w:line="300" w:lineRule="atLeast"/>
        <w:ind w:left="643"/>
        <w:rPr>
          <w:rFonts w:ascii="Arial" w:eastAsia="Times New Roman" w:hAnsi="Arial" w:cs="Arial"/>
          <w:sz w:val="24"/>
          <w:szCs w:val="24"/>
          <w:lang w:val="en-GB" w:eastAsia="en-GB"/>
        </w:rPr>
      </w:pPr>
    </w:p>
    <w:p w14:paraId="11A5CA4C" w14:textId="2D88EB83" w:rsidR="00041480" w:rsidRPr="00684C6D" w:rsidRDefault="00041480" w:rsidP="00041480">
      <w:pPr>
        <w:pStyle w:val="ListParagraph"/>
        <w:spacing w:after="0" w:line="300" w:lineRule="atLeast"/>
        <w:ind w:left="643"/>
        <w:rPr>
          <w:rFonts w:ascii="Arial" w:eastAsia="Times New Roman" w:hAnsi="Arial" w:cs="Arial"/>
          <w:lang w:val="en-GB" w:eastAsia="en-GB"/>
        </w:rPr>
      </w:pPr>
    </w:p>
    <w:p w14:paraId="50D33779" w14:textId="77777777" w:rsidR="00DC6015" w:rsidRPr="00684C6D" w:rsidRDefault="00DC6015" w:rsidP="00041480">
      <w:pPr>
        <w:pStyle w:val="ListParagraph"/>
        <w:spacing w:after="0" w:line="300" w:lineRule="atLeast"/>
        <w:ind w:left="643"/>
        <w:rPr>
          <w:rFonts w:ascii="Arial" w:eastAsia="Times New Roman" w:hAnsi="Arial" w:cs="Arial"/>
          <w:lang w:val="en-GB" w:eastAsia="en-GB"/>
        </w:rPr>
      </w:pPr>
    </w:p>
    <w:p w14:paraId="7F269A66" w14:textId="77777777" w:rsidR="00DC6015" w:rsidRPr="00684C6D" w:rsidRDefault="00DC6015" w:rsidP="00041480">
      <w:pPr>
        <w:pStyle w:val="ListParagraph"/>
        <w:spacing w:after="0" w:line="300" w:lineRule="atLeast"/>
        <w:ind w:left="643"/>
        <w:rPr>
          <w:rFonts w:ascii="Arial" w:eastAsia="Times New Roman" w:hAnsi="Arial" w:cs="Arial"/>
          <w:lang w:val="en-GB" w:eastAsia="en-GB"/>
        </w:rPr>
      </w:pPr>
    </w:p>
    <w:p w14:paraId="5F5FC550" w14:textId="77777777" w:rsidR="00DC6015" w:rsidRPr="00684C6D" w:rsidRDefault="00DC6015" w:rsidP="00041480">
      <w:pPr>
        <w:pStyle w:val="ListParagraph"/>
        <w:spacing w:after="0" w:line="300" w:lineRule="atLeast"/>
        <w:ind w:left="643"/>
        <w:rPr>
          <w:rFonts w:ascii="Arial" w:eastAsia="Times New Roman" w:hAnsi="Arial" w:cs="Arial"/>
          <w:lang w:val="en-GB" w:eastAsia="en-GB"/>
        </w:rPr>
      </w:pPr>
    </w:p>
    <w:p w14:paraId="2E310A9D" w14:textId="3F7C9EF5" w:rsidR="00041480" w:rsidRPr="00684C6D" w:rsidRDefault="00041480" w:rsidP="00041480">
      <w:pPr>
        <w:pStyle w:val="ListParagraph"/>
        <w:spacing w:after="0" w:line="300" w:lineRule="atLeast"/>
        <w:ind w:left="643"/>
        <w:rPr>
          <w:rFonts w:ascii="Arial" w:eastAsia="Times New Roman" w:hAnsi="Arial" w:cs="Arial"/>
          <w:lang w:val="en-GB" w:eastAsia="en-GB"/>
        </w:rPr>
      </w:pPr>
      <w:r w:rsidRPr="00684C6D">
        <w:rPr>
          <w:rFonts w:ascii="Arial" w:hAnsi="Arial" w:cs="Arial"/>
          <w:noProof/>
          <w:lang w:val="en-GB"/>
        </w:rPr>
        <w:drawing>
          <wp:anchor distT="0" distB="0" distL="114300" distR="114300" simplePos="0" relativeHeight="251958784" behindDoc="0" locked="0" layoutInCell="1" allowOverlap="1" wp14:anchorId="5B99E3A9" wp14:editId="3AB4B03C">
            <wp:simplePos x="0" y="0"/>
            <wp:positionH relativeFrom="column">
              <wp:posOffset>2867660</wp:posOffset>
            </wp:positionH>
            <wp:positionV relativeFrom="paragraph">
              <wp:posOffset>28575</wp:posOffset>
            </wp:positionV>
            <wp:extent cx="2906395" cy="1987550"/>
            <wp:effectExtent l="0" t="0" r="8255" b="0"/>
            <wp:wrapSquare wrapText="bothSides"/>
            <wp:docPr id="2042485951" name="Picture 1" descr="Summaries page with filter options and a results table listing summaries, including a title link, status, assigned user and ver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2485951" name="Picture 1" descr="Summaries page with filter options and a results table listing summaries, including a title link, status, assigned user and version."/>
                    <pic:cNvPicPr/>
                  </pic:nvPicPr>
                  <pic:blipFill>
                    <a:blip r:embed="rId71"/>
                    <a:stretch>
                      <a:fillRect/>
                    </a:stretch>
                  </pic:blipFill>
                  <pic:spPr>
                    <a:xfrm>
                      <a:off x="0" y="0"/>
                      <a:ext cx="2906395" cy="1987550"/>
                    </a:xfrm>
                    <a:prstGeom prst="rect">
                      <a:avLst/>
                    </a:prstGeom>
                  </pic:spPr>
                </pic:pic>
              </a:graphicData>
            </a:graphic>
            <wp14:sizeRelH relativeFrom="margin">
              <wp14:pctWidth>0</wp14:pctWidth>
            </wp14:sizeRelH>
            <wp14:sizeRelV relativeFrom="margin">
              <wp14:pctHeight>0</wp14:pctHeight>
            </wp14:sizeRelV>
          </wp:anchor>
        </w:drawing>
      </w:r>
    </w:p>
    <w:p w14:paraId="79052B0C" w14:textId="32E3FED6" w:rsidR="001A5003" w:rsidRPr="006110EC" w:rsidRDefault="00041480">
      <w:pPr>
        <w:pStyle w:val="ListParagraph"/>
        <w:numPr>
          <w:ilvl w:val="0"/>
          <w:numId w:val="14"/>
        </w:numPr>
        <w:spacing w:after="0" w:line="300" w:lineRule="atLeast"/>
        <w:rPr>
          <w:rFonts w:ascii="Arial" w:eastAsia="Times New Roman" w:hAnsi="Arial" w:cs="Arial"/>
          <w:sz w:val="24"/>
          <w:szCs w:val="24"/>
          <w:lang w:val="en-GB" w:eastAsia="en-GB"/>
        </w:rPr>
      </w:pPr>
      <w:r w:rsidRPr="00FA2FA7">
        <w:rPr>
          <w:noProof/>
        </w:rPr>
        <mc:AlternateContent>
          <mc:Choice Requires="wps">
            <w:drawing>
              <wp:anchor distT="0" distB="0" distL="114300" distR="114300" simplePos="0" relativeHeight="251968000" behindDoc="0" locked="0" layoutInCell="1" allowOverlap="1" wp14:anchorId="77DF5173" wp14:editId="0AD2A549">
                <wp:simplePos x="0" y="0"/>
                <wp:positionH relativeFrom="column">
                  <wp:posOffset>2311400</wp:posOffset>
                </wp:positionH>
                <wp:positionV relativeFrom="paragraph">
                  <wp:posOffset>390525</wp:posOffset>
                </wp:positionV>
                <wp:extent cx="736600" cy="857250"/>
                <wp:effectExtent l="38100" t="19050" r="82550" b="95250"/>
                <wp:wrapNone/>
                <wp:docPr id="2093806075" name="Straight Arrow Connector 1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736600" cy="857250"/>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B7EB861" id="Straight Arrow Connector 113" o:spid="_x0000_s1026" type="#_x0000_t32" alt="&quot;&quot;" style="position:absolute;margin-left:182pt;margin-top:30.75pt;width:58pt;height:67.5pt;z-index:25196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OFFwgEAAM8DAAAOAAAAZHJzL2Uyb0RvYy54bWysU9uO0zAQfUfiHyy/06RF211FTfehu/CC&#10;YMXlA7zOOLHkm+yhSf6esdumCBBIaF8mvsyZc+Z4srufrGFHiEl71/L1quYMnPSddn3Lv3199+aO&#10;s4TCdcJ4By2fIfH7/etXuzE0sPGDNx1ERkVcasbQ8gExNFWV5ABWpJUP4OhS+WgF0jb2VRfFSNWt&#10;qTZ1va1GH7sQvYSU6PThdMn3pb5SIPGTUgmQmZaTNiwxlvicY7XfiaaPIgxanmWI/1BhhXZEupR6&#10;ECjY96h/K2W1jD55hSvpbeWV0hJKD9TNuv6lmy+DCFB6IXNSWGxKL1dWfjwe3FMkG8aQmhSeYu5i&#10;UtHmL+ljUzFrXsyCCZmkw9u3221Nlkq6uru53dwUM6srOMSE78FblhctTxiF7gc8eOfoWXxcF8PE&#10;8UNCoifgBZCZjcsRhTaPrmM4B5odjFq43kB+NErPKdVVdVnhbOAE/wyK6Y50bgpNGSg4mMiOgkZB&#10;SAkO10slys4wpY1ZgPW/gef8DIUybAv41NxfWRdEYfYOF7DVzsc/seN0kaxO+RcHTn1nC559N5f3&#10;LNbQ1BSvzhOex/LnfYFf/8P9DwAAAP//AwBQSwMEFAAGAAgAAAAhAGxf/nzbAAAACgEAAA8AAABk&#10;cnMvZG93bnJldi54bWxMj01PwzAMhu9I/IfISNxYOuiiUZpOCGl3tsHda9IPrXGqJO26f485wdH2&#10;o9fPW+4WN4jZhth70rBeZSAs1d701Gr4Ou2ftiBiQjI4eLIabjbCrrq/K7Ew/koHOx9TKziEYoEa&#10;upTGQspYd9ZhXPnREt8aHxwmHkMrTcArh7tBPmeZkg574g8djvajs/XlODkNn/t6VrGZDqdGhdv3&#10;lCNeFtT68WF5fwOR7JL+YPjVZ3Wo2OnsJzJRDBpeVM5dkga13oBgIN9mvDgz+ao2IKtS/q9Q/QAA&#10;AP//AwBQSwECLQAUAAYACAAAACEAtoM4kv4AAADhAQAAEwAAAAAAAAAAAAAAAAAAAAAAW0NvbnRl&#10;bnRfVHlwZXNdLnhtbFBLAQItABQABgAIAAAAIQA4/SH/1gAAAJQBAAALAAAAAAAAAAAAAAAAAC8B&#10;AABfcmVscy8ucmVsc1BLAQItABQABgAIAAAAIQDTROFFwgEAAM8DAAAOAAAAAAAAAAAAAAAAAC4C&#10;AABkcnMvZTJvRG9jLnhtbFBLAQItABQABgAIAAAAIQBsX/582wAAAAoBAAAPAAAAAAAAAAAAAAAA&#10;ABwEAABkcnMvZG93bnJldi54bWxQSwUGAAAAAAQABADzAAAAJAUAAAAA&#10;" strokecolor="#4f81bd [3204]" strokeweight="2pt">
                <v:stroke endarrow="block"/>
                <v:shadow on="t" color="black" opacity="24903f" origin=",.5" offset="0,.55556mm"/>
              </v:shape>
            </w:pict>
          </mc:Fallback>
        </mc:AlternateContent>
      </w:r>
      <w:r w:rsidR="001A5003" w:rsidRPr="006110EC">
        <w:rPr>
          <w:rFonts w:ascii="Arial" w:eastAsia="Times New Roman" w:hAnsi="Arial" w:cs="Arial"/>
          <w:sz w:val="24"/>
          <w:szCs w:val="24"/>
          <w:lang w:val="en-GB" w:eastAsia="en-GB"/>
        </w:rPr>
        <w:t>Choose the summary you want to review by selecting the blue link in the Title column.</w:t>
      </w:r>
    </w:p>
    <w:p w14:paraId="35BDD1C7" w14:textId="1B36B0D3" w:rsidR="00A334F5" w:rsidRPr="00FA2FA7" w:rsidRDefault="00A334F5" w:rsidP="001A5003">
      <w:pPr>
        <w:pStyle w:val="ListParagraph"/>
        <w:ind w:left="1080"/>
        <w:rPr>
          <w:rFonts w:ascii="Arial" w:hAnsi="Arial" w:cs="Arial"/>
          <w:sz w:val="24"/>
          <w:szCs w:val="24"/>
          <w:lang w:val="en-GB"/>
        </w:rPr>
      </w:pPr>
    </w:p>
    <w:p w14:paraId="30A993D1" w14:textId="2294FF33" w:rsidR="00E555A3" w:rsidRPr="00FA2FA7" w:rsidRDefault="00E555A3" w:rsidP="00485C54">
      <w:pPr>
        <w:rPr>
          <w:rFonts w:ascii="Arial" w:hAnsi="Arial" w:cs="Arial"/>
          <w:sz w:val="24"/>
          <w:szCs w:val="24"/>
        </w:rPr>
      </w:pPr>
    </w:p>
    <w:p w14:paraId="00F44061" w14:textId="77777777" w:rsidR="00DC6015" w:rsidRPr="00FA2FA7" w:rsidRDefault="00DC6015" w:rsidP="00485C54">
      <w:pPr>
        <w:rPr>
          <w:rFonts w:ascii="Arial" w:hAnsi="Arial" w:cs="Arial"/>
          <w:sz w:val="24"/>
          <w:szCs w:val="24"/>
        </w:rPr>
      </w:pPr>
    </w:p>
    <w:p w14:paraId="35FD6AAF" w14:textId="77777777" w:rsidR="00DC6015" w:rsidRPr="00FA2FA7" w:rsidRDefault="00DC6015" w:rsidP="00485C54">
      <w:pPr>
        <w:rPr>
          <w:rFonts w:ascii="Arial" w:hAnsi="Arial" w:cs="Arial"/>
          <w:sz w:val="24"/>
          <w:szCs w:val="24"/>
        </w:rPr>
      </w:pPr>
    </w:p>
    <w:p w14:paraId="551323EC" w14:textId="77777777" w:rsidR="00DC6015" w:rsidRDefault="00DC6015" w:rsidP="00485C54">
      <w:pPr>
        <w:rPr>
          <w:rFonts w:ascii="Arial" w:hAnsi="Arial" w:cs="Arial"/>
          <w:sz w:val="24"/>
          <w:szCs w:val="24"/>
        </w:rPr>
      </w:pPr>
    </w:p>
    <w:p w14:paraId="49D01D2A" w14:textId="77777777" w:rsidR="006110EC" w:rsidRDefault="006110EC" w:rsidP="00485C54">
      <w:pPr>
        <w:rPr>
          <w:rFonts w:ascii="Arial" w:hAnsi="Arial" w:cs="Arial"/>
          <w:sz w:val="24"/>
          <w:szCs w:val="24"/>
        </w:rPr>
      </w:pPr>
    </w:p>
    <w:p w14:paraId="1DA23E45" w14:textId="77777777" w:rsidR="00CE0025" w:rsidRDefault="00CE0025" w:rsidP="00485C54">
      <w:pPr>
        <w:rPr>
          <w:rFonts w:ascii="Arial" w:hAnsi="Arial" w:cs="Arial"/>
          <w:sz w:val="24"/>
          <w:szCs w:val="24"/>
        </w:rPr>
      </w:pPr>
    </w:p>
    <w:p w14:paraId="187F0C8B" w14:textId="3A65F8BA" w:rsidR="00D84822" w:rsidRPr="00FA2FA7" w:rsidRDefault="00D84822" w:rsidP="00D84822">
      <w:pPr>
        <w:rPr>
          <w:rFonts w:ascii="Arial" w:hAnsi="Arial" w:cs="Arial"/>
          <w:b/>
          <w:color w:val="002060"/>
          <w:sz w:val="28"/>
          <w:szCs w:val="28"/>
          <w:lang w:val="en-GB"/>
        </w:rPr>
      </w:pPr>
      <w:bookmarkStart w:id="19" w:name="HowtoReturnaSummarytotheAdmin"/>
      <w:r w:rsidRPr="00FA2FA7">
        <w:rPr>
          <w:rFonts w:ascii="Arial" w:hAnsi="Arial" w:cs="Arial"/>
          <w:b/>
          <w:color w:val="002060"/>
          <w:sz w:val="28"/>
          <w:szCs w:val="28"/>
          <w:lang w:val="en-GB"/>
        </w:rPr>
        <w:lastRenderedPageBreak/>
        <w:t xml:space="preserve">How to Return a Summary to the </w:t>
      </w:r>
      <w:r w:rsidR="00862EED" w:rsidRPr="00FA2FA7">
        <w:rPr>
          <w:rFonts w:ascii="Arial" w:hAnsi="Arial" w:cs="Arial"/>
          <w:b/>
          <w:color w:val="002060"/>
          <w:sz w:val="28"/>
          <w:szCs w:val="28"/>
          <w:lang w:val="en-GB"/>
        </w:rPr>
        <w:t>Policy Lead</w:t>
      </w:r>
      <w:r w:rsidRPr="00FA2FA7">
        <w:rPr>
          <w:rFonts w:ascii="Arial" w:hAnsi="Arial" w:cs="Arial"/>
          <w:b/>
          <w:color w:val="002060"/>
          <w:sz w:val="28"/>
          <w:szCs w:val="28"/>
          <w:lang w:val="en-GB"/>
        </w:rPr>
        <w:t xml:space="preserve"> (Pre</w:t>
      </w:r>
      <w:r w:rsidRPr="00FA2FA7">
        <w:rPr>
          <w:rFonts w:ascii="Arial" w:hAnsi="Arial" w:cs="Arial"/>
          <w:b/>
          <w:color w:val="002060"/>
          <w:sz w:val="28"/>
          <w:szCs w:val="28"/>
          <w:lang w:val="en-GB"/>
        </w:rPr>
        <w:noBreakHyphen/>
        <w:t>Approval Stage)</w:t>
      </w:r>
    </w:p>
    <w:p w14:paraId="5EA5B44C" w14:textId="302C42F0" w:rsidR="007724A1" w:rsidRDefault="007724A1" w:rsidP="00D84822">
      <w:pPr>
        <w:rPr>
          <w:rFonts w:ascii="Arial" w:hAnsi="Arial" w:cs="Arial"/>
          <w:b/>
          <w:color w:val="244061" w:themeColor="accent1" w:themeShade="80"/>
          <w:sz w:val="32"/>
          <w:szCs w:val="32"/>
          <w:lang w:val="en-GB"/>
        </w:rPr>
      </w:pPr>
      <w:r w:rsidRPr="00684C6D">
        <w:rPr>
          <w:rFonts w:ascii="Arial" w:hAnsi="Arial" w:cs="Arial"/>
          <w:b/>
          <w:bCs/>
          <w:noProof/>
          <w:lang w:val="en-GB"/>
        </w:rPr>
        <w:drawing>
          <wp:anchor distT="0" distB="0" distL="114300" distR="114300" simplePos="0" relativeHeight="252055040" behindDoc="0" locked="0" layoutInCell="1" allowOverlap="1" wp14:anchorId="2D037280" wp14:editId="75F436C6">
            <wp:simplePos x="0" y="0"/>
            <wp:positionH relativeFrom="page">
              <wp:posOffset>3895741</wp:posOffset>
            </wp:positionH>
            <wp:positionV relativeFrom="paragraph">
              <wp:posOffset>6431</wp:posOffset>
            </wp:positionV>
            <wp:extent cx="3473450" cy="2273300"/>
            <wp:effectExtent l="0" t="0" r="0" b="0"/>
            <wp:wrapSquare wrapText="bothSides"/>
            <wp:docPr id="839758591" name="Picture 1" descr="Review Summary page showing submission information, current status set to Pending with a Back to draft link, assigned user details, and version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9758591" name="Picture 1" descr="Review Summary page showing submission information, current status set to Pending with a Back to draft link, assigned user details, and version information."/>
                    <pic:cNvPicPr/>
                  </pic:nvPicPr>
                  <pic:blipFill>
                    <a:blip r:embed="rId78"/>
                    <a:stretch>
                      <a:fillRect/>
                    </a:stretch>
                  </pic:blipFill>
                  <pic:spPr>
                    <a:xfrm>
                      <a:off x="0" y="0"/>
                      <a:ext cx="3473450" cy="2273300"/>
                    </a:xfrm>
                    <a:prstGeom prst="rect">
                      <a:avLst/>
                    </a:prstGeom>
                  </pic:spPr>
                </pic:pic>
              </a:graphicData>
            </a:graphic>
          </wp:anchor>
        </w:drawing>
      </w:r>
    </w:p>
    <w:p w14:paraId="098DD5A9" w14:textId="52EFA07A" w:rsidR="00CA4A29" w:rsidRPr="00D84822" w:rsidRDefault="00CA4A29" w:rsidP="00D84822">
      <w:pPr>
        <w:rPr>
          <w:rFonts w:ascii="Arial" w:hAnsi="Arial" w:cs="Arial"/>
          <w:b/>
          <w:color w:val="244061" w:themeColor="accent1" w:themeShade="80"/>
          <w:sz w:val="32"/>
          <w:szCs w:val="32"/>
          <w:lang w:val="en-GB"/>
        </w:rPr>
      </w:pPr>
    </w:p>
    <w:bookmarkEnd w:id="19"/>
    <w:p w14:paraId="2B85CD93" w14:textId="62332405" w:rsidR="0025510D" w:rsidRPr="00FA2FA7" w:rsidRDefault="007724A1">
      <w:pPr>
        <w:pStyle w:val="ListParagraph"/>
        <w:numPr>
          <w:ilvl w:val="0"/>
          <w:numId w:val="14"/>
        </w:numPr>
        <w:rPr>
          <w:rFonts w:ascii="Arial" w:eastAsia="Times New Roman" w:hAnsi="Arial" w:cs="Arial"/>
          <w:sz w:val="24"/>
          <w:szCs w:val="24"/>
          <w:lang w:val="en-GB" w:eastAsia="en-GB"/>
        </w:rPr>
      </w:pPr>
      <w:r w:rsidRPr="00FA2FA7">
        <w:rPr>
          <w:rFonts w:ascii="Arial" w:eastAsia="Times New Roman" w:hAnsi="Arial" w:cs="Arial"/>
          <w:noProof/>
          <w:sz w:val="24"/>
          <w:szCs w:val="24"/>
          <w:lang w:val="en-GB" w:eastAsia="en-GB"/>
        </w:rPr>
        <mc:AlternateContent>
          <mc:Choice Requires="wps">
            <w:drawing>
              <wp:anchor distT="0" distB="0" distL="114300" distR="114300" simplePos="0" relativeHeight="252056064" behindDoc="0" locked="0" layoutInCell="1" allowOverlap="1" wp14:anchorId="6888F1E1" wp14:editId="40D9C085">
                <wp:simplePos x="0" y="0"/>
                <wp:positionH relativeFrom="margin">
                  <wp:posOffset>2899458</wp:posOffset>
                </wp:positionH>
                <wp:positionV relativeFrom="paragraph">
                  <wp:posOffset>471129</wp:posOffset>
                </wp:positionV>
                <wp:extent cx="2985843" cy="144587"/>
                <wp:effectExtent l="38100" t="38100" r="81280" b="122555"/>
                <wp:wrapNone/>
                <wp:docPr id="1781000630" name="Straight Arrow Connector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2985843" cy="144587"/>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8DFFD93" id="Straight Arrow Connector 1" o:spid="_x0000_s1026" type="#_x0000_t32" alt="&quot;&quot;" style="position:absolute;margin-left:228.3pt;margin-top:37.1pt;width:235.1pt;height:11.4pt;z-index:252056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sT7wQEAANADAAAOAAAAZHJzL2Uyb0RvYy54bWysU02P0zAQvSPxHyzfaZLShW7VdA9d4IJg&#10;tbA/wOuME0uObY2HJvn32E6bIkAgIS4Tf8x7M/P8sr8be8NOgEE7W/NqVXIGVrpG27bmT1/fv9py&#10;FkjYRhhnoeYTBH53ePliP/gdrF3nTAPIIokNu8HXvCPyu6IIsoNehJXzYOOlctgLiltsiwbFENl7&#10;U6zL8k0xOGw8OgkhxNP7+ZIfMr9SIOmzUgGImZrH3ihHzPE5xeKwF7sWhe+0PLch/qGLXmgbiy5U&#10;94IE+4b6F6peS3TBKVpJ1xdOKS0hzxCnqcqfpvnSCQ95lihO8ItM4f/Ryk+no33AKMPgwy74B0xT&#10;jAr79I39sTGLNS1iwUhMxsP17fZmu3nNmYx31WZzs32b1CyuaI+BPoDrWVrUPBAK3XZ0dNbGd3FY&#10;ZcXE6WOgGXgBpNLGpkhCm3e2YTT5aB5CLWxr4FwnpRTXtvOKJgMz/BEU001qNJfJjoKjQXYS0QtC&#10;SrBULUwxO8GUNmYBln8HnvMTFLLbFvA83B+rLohc2VlawL22Dn9XncZLy2rOvygwz50keHbNlB80&#10;SxNtk9/kbPHkyx/3GX79EQ/fAQAA//8DAFBLAwQUAAYACAAAACEAihojz9sAAAAJAQAADwAAAGRy&#10;cy9kb3ducmV2LnhtbEyPy07DMBBF90j8gzWV2FGnUXAhxKkQUvf0wX4aOw81Hkexk6Z/z7CC3Yzm&#10;6M65xW5xvZjtGDpPGjbrBISlypuOGg3n0/75FUSISAZ7T1bD3QbYlY8PBebG3+hg52NsBIdQyFFD&#10;G+OQSxmq1joMaz9Y4lvtR4eR17GRZsQbh7tepkmipMOO+EOLg/1sbXU9Tk7D176aVainw6lW4/17&#10;yhCvC2r9tFo+3kFEu8Q/GH71WR1Kdrr4iUwQvYbsRSlGNWyzFAQDb6niLhcetgnIspD/G5Q/AAAA&#10;//8DAFBLAQItABQABgAIAAAAIQC2gziS/gAAAOEBAAATAAAAAAAAAAAAAAAAAAAAAABbQ29udGVu&#10;dF9UeXBlc10ueG1sUEsBAi0AFAAGAAgAAAAhADj9If/WAAAAlAEAAAsAAAAAAAAAAAAAAAAALwEA&#10;AF9yZWxzLy5yZWxzUEsBAi0AFAAGAAgAAAAhAIoCxPvBAQAA0AMAAA4AAAAAAAAAAAAAAAAALgIA&#10;AGRycy9lMm9Eb2MueG1sUEsBAi0AFAAGAAgAAAAhAIoaI8/bAAAACQEAAA8AAAAAAAAAAAAAAAAA&#10;GwQAAGRycy9kb3ducmV2LnhtbFBLBQYAAAAABAAEAPMAAAAjBQAAAAA=&#10;" strokecolor="#4f81bd [3204]" strokeweight="2pt">
                <v:stroke endarrow="block"/>
                <v:shadow on="t" color="black" opacity="24903f" origin=",.5" offset="0,.55556mm"/>
                <w10:wrap anchorx="margin"/>
              </v:shape>
            </w:pict>
          </mc:Fallback>
        </mc:AlternateContent>
      </w:r>
      <w:r w:rsidRPr="00FA2FA7">
        <w:rPr>
          <w:rFonts w:ascii="Arial" w:eastAsia="Times New Roman" w:hAnsi="Arial" w:cs="Arial"/>
          <w:noProof/>
          <w:sz w:val="24"/>
          <w:szCs w:val="24"/>
          <w:lang w:val="en-GB" w:eastAsia="en-GB"/>
        </w:rPr>
        <mc:AlternateContent>
          <mc:Choice Requires="wps">
            <w:drawing>
              <wp:anchor distT="0" distB="0" distL="114300" distR="114300" simplePos="0" relativeHeight="252057088" behindDoc="0" locked="0" layoutInCell="1" allowOverlap="1" wp14:anchorId="2BB74308" wp14:editId="7CBB762B">
                <wp:simplePos x="0" y="0"/>
                <wp:positionH relativeFrom="column">
                  <wp:posOffset>2870522</wp:posOffset>
                </wp:positionH>
                <wp:positionV relativeFrom="paragraph">
                  <wp:posOffset>667899</wp:posOffset>
                </wp:positionV>
                <wp:extent cx="3020992" cy="138873"/>
                <wp:effectExtent l="38100" t="38100" r="84455" b="128270"/>
                <wp:wrapNone/>
                <wp:docPr id="7643719" name="Straight Arrow Connector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3020992" cy="138873"/>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AC976D1" id="Straight Arrow Connector 2" o:spid="_x0000_s1026" type="#_x0000_t32" alt="&quot;&quot;" style="position:absolute;margin-left:226.05pt;margin-top:52.6pt;width:237.85pt;height:10.95pt;z-index:25205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DeowAEAANADAAAOAAAAZHJzL2Uyb0RvYy54bWysU9uO0zAQfUfiHyy/01wqQTdqug9d4AXB&#10;CpYP8DrjxJJjW+OhSf8e22lTBAgkxMvElzlnZo5P9vfzaNgJMGhnW15tSs7AStdp27f869O7VzvO&#10;AgnbCeMstPwMgd8fXr7YT76B2g3OdIAsktjQTL7lA5FviiLIAUYRNs6DjZfK4SgobrEvOhRTZB9N&#10;UZfl62Jy2Hl0EkKIpw/LJT9kfqVA0ielAhAzLY+9UY6Y43OKxWEvmh6FH7S8tCH+oYtRaBuLrlQP&#10;ggT7hvoXqlFLdMEp2kg3Fk4pLSHPEKepyp+m+TIID3mWKE7wq0zh/9HKj6ejfcQow+RDE/wjpilm&#10;hWP6xv7YnMU6r2LBTEzGw21Zl3d3NWcy3lXb3e7NNqlZ3NAeA70HN7K0aHkgFLof6Oisje/isMqK&#10;idOHQAvwCkiljU2RhDZvbcfo7KN5CLWwvYFLnZRS3NrOKzobWOCfQTHdxUbrXCY7Co4G2UlELwgp&#10;wVK1MsXsBFPamBVY/h14yU9QyG5bwctwf6y6InJlZ2kFj9o6/F11mq8tqyX/qsAyd5Lg2XXn/KBZ&#10;mmib/CYXiydf/rjP8NuPePgOAAD//wMAUEsDBBQABgAIAAAAIQArZ5ot3AAAAAsBAAAPAAAAZHJz&#10;L2Rvd25yZXYueG1sTI9LT8MwEITvSPwHa5G4USdRm0KIUyGk3umD+zbePNTYjmwnTf89ywmOO/Np&#10;dqbcLWYQM/nQO6sgXSUgyNZO97ZVcD7tX15BhIhW4+AsKbhTgF31+FBiod3NHmg+xlZwiA0FKuhi&#10;HAspQ92RwbByI1n2GucNRj59K7XHG4ebQWZJkkuDveUPHY702VF9PU5Gwde+nvPQTIdTk/v797RG&#10;vC6o1PPT8vEOItIS/2D4rc/VoeJOFzdZHcSgYL3JUkbZSDYZCCbesi2PubCSbVOQVSn/b6h+AAAA&#10;//8DAFBLAQItABQABgAIAAAAIQC2gziS/gAAAOEBAAATAAAAAAAAAAAAAAAAAAAAAABbQ29udGVu&#10;dF9UeXBlc10ueG1sUEsBAi0AFAAGAAgAAAAhADj9If/WAAAAlAEAAAsAAAAAAAAAAAAAAAAALwEA&#10;AF9yZWxzLy5yZWxzUEsBAi0AFAAGAAgAAAAhAFVMN6jAAQAA0AMAAA4AAAAAAAAAAAAAAAAALgIA&#10;AGRycy9lMm9Eb2MueG1sUEsBAi0AFAAGAAgAAAAhACtnmi3cAAAACwEAAA8AAAAAAAAAAAAAAAAA&#10;GgQAAGRycy9kb3ducmV2LnhtbFBLBQYAAAAABAAEAPMAAAAjBQAAAAA=&#10;" strokecolor="#4f81bd [3204]" strokeweight="2pt">
                <v:stroke endarrow="block"/>
                <v:shadow on="t" color="black" opacity="24903f" origin=",.5" offset="0,.55556mm"/>
              </v:shape>
            </w:pict>
          </mc:Fallback>
        </mc:AlternateContent>
      </w:r>
      <w:r w:rsidR="0025510D" w:rsidRPr="00FA2FA7">
        <w:rPr>
          <w:rFonts w:ascii="Arial" w:eastAsia="Times New Roman" w:hAnsi="Arial" w:cs="Arial"/>
          <w:sz w:val="24"/>
          <w:szCs w:val="24"/>
          <w:lang w:val="en-GB" w:eastAsia="en-GB"/>
        </w:rPr>
        <w:t xml:space="preserve">If, as the </w:t>
      </w:r>
      <w:r w:rsidR="0011579F">
        <w:rPr>
          <w:rFonts w:ascii="Arial" w:eastAsia="Times New Roman" w:hAnsi="Arial" w:cs="Arial"/>
          <w:sz w:val="24"/>
          <w:szCs w:val="24"/>
          <w:lang w:val="en-GB" w:eastAsia="en-GB"/>
        </w:rPr>
        <w:t>Rural Needs Coordinator</w:t>
      </w:r>
      <w:r w:rsidR="0025510D" w:rsidRPr="00FA2FA7">
        <w:rPr>
          <w:rFonts w:ascii="Arial" w:eastAsia="Times New Roman" w:hAnsi="Arial" w:cs="Arial"/>
          <w:sz w:val="24"/>
          <w:szCs w:val="24"/>
          <w:lang w:val="en-GB" w:eastAsia="en-GB"/>
        </w:rPr>
        <w:t>, you are not satisfied with any part of the summary, you can return it to Draft and amend it as required, or reassign it to the Policy Lead, who can then return it to Draft mode and make the necessary edits.</w:t>
      </w:r>
    </w:p>
    <w:p w14:paraId="36904B47" w14:textId="4A1A1D07" w:rsidR="00CA4A29" w:rsidRPr="00FA2FA7" w:rsidRDefault="00CA4A29" w:rsidP="00CA4A29">
      <w:pPr>
        <w:rPr>
          <w:rFonts w:ascii="Arial" w:eastAsia="Times New Roman" w:hAnsi="Arial" w:cs="Arial"/>
          <w:sz w:val="24"/>
          <w:szCs w:val="24"/>
          <w:lang w:val="en-GB" w:eastAsia="en-GB"/>
        </w:rPr>
      </w:pPr>
    </w:p>
    <w:p w14:paraId="17725D12" w14:textId="77777777" w:rsidR="007724A1" w:rsidRPr="00FA2FA7" w:rsidRDefault="007724A1" w:rsidP="00CA4A29">
      <w:pPr>
        <w:rPr>
          <w:rFonts w:ascii="Arial" w:eastAsia="Times New Roman" w:hAnsi="Arial" w:cs="Arial"/>
          <w:sz w:val="24"/>
          <w:szCs w:val="24"/>
          <w:lang w:val="en-GB" w:eastAsia="en-GB"/>
        </w:rPr>
      </w:pPr>
    </w:p>
    <w:p w14:paraId="0FE01648" w14:textId="2FC0A714" w:rsidR="007724A1" w:rsidRPr="00FA2FA7" w:rsidRDefault="00CA4A29">
      <w:pPr>
        <w:pStyle w:val="ListParagraph"/>
        <w:numPr>
          <w:ilvl w:val="0"/>
          <w:numId w:val="14"/>
        </w:numPr>
        <w:rPr>
          <w:rFonts w:ascii="Arial" w:eastAsia="Times New Roman" w:hAnsi="Arial" w:cs="Arial"/>
          <w:sz w:val="24"/>
          <w:szCs w:val="24"/>
          <w:lang w:val="en-GB" w:eastAsia="en-GB"/>
        </w:rPr>
      </w:pPr>
      <w:r w:rsidRPr="00FA2FA7">
        <w:rPr>
          <w:rFonts w:ascii="Arial" w:hAnsi="Arial" w:cs="Arial"/>
          <w:noProof/>
          <w:sz w:val="24"/>
          <w:szCs w:val="24"/>
          <w:lang w:val="en-GB" w:eastAsia="en-GB"/>
        </w:rPr>
        <w:drawing>
          <wp:anchor distT="0" distB="0" distL="114300" distR="114300" simplePos="0" relativeHeight="252058112" behindDoc="0" locked="0" layoutInCell="1" allowOverlap="1" wp14:anchorId="4C630B25" wp14:editId="7441271E">
            <wp:simplePos x="0" y="0"/>
            <wp:positionH relativeFrom="page">
              <wp:posOffset>3906568</wp:posOffset>
            </wp:positionH>
            <wp:positionV relativeFrom="paragraph">
              <wp:posOffset>94205</wp:posOffset>
            </wp:positionV>
            <wp:extent cx="3350260" cy="1186180"/>
            <wp:effectExtent l="0" t="0" r="2540" b="0"/>
            <wp:wrapSquare wrapText="bothSides"/>
            <wp:docPr id="30599383" name="Picture 30599383" descr="Confirmation page asking whether you want to return the summary to draft, with ‘Return summary to draft’ and ‘Cancel’ butt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99383" name="Picture 30599383" descr="Confirmation page asking whether you want to return the summary to draft, with ‘Return summary to draft’ and ‘Cancel’ buttons."/>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350260" cy="11861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724A1" w:rsidRPr="00FA2FA7">
        <w:rPr>
          <w:rFonts w:ascii="Arial" w:eastAsia="Times New Roman" w:hAnsi="Arial" w:cs="Arial"/>
          <w:sz w:val="24"/>
          <w:szCs w:val="24"/>
          <w:lang w:val="en-GB" w:eastAsia="en-GB"/>
        </w:rPr>
        <w:t xml:space="preserve">If you return the summary to Draft, you will receive a message confirming the change. This message explains that returning to Draft allows you to make updates and reminds you to resend the summary to your </w:t>
      </w:r>
      <w:r w:rsidR="0011579F">
        <w:rPr>
          <w:rFonts w:ascii="Arial" w:eastAsia="Times New Roman" w:hAnsi="Arial" w:cs="Arial"/>
          <w:sz w:val="24"/>
          <w:szCs w:val="24"/>
          <w:lang w:val="en-GB" w:eastAsia="en-GB"/>
        </w:rPr>
        <w:t>Rural Needs Coordinator</w:t>
      </w:r>
      <w:r w:rsidR="007724A1" w:rsidRPr="00FA2FA7">
        <w:rPr>
          <w:rFonts w:ascii="Arial" w:eastAsia="Times New Roman" w:hAnsi="Arial" w:cs="Arial"/>
          <w:sz w:val="24"/>
          <w:szCs w:val="24"/>
          <w:lang w:val="en-GB" w:eastAsia="en-GB"/>
        </w:rPr>
        <w:t xml:space="preserve"> for review once the changes are complete.</w:t>
      </w:r>
    </w:p>
    <w:p w14:paraId="22C380BB" w14:textId="32E2EF1E" w:rsidR="007724A1" w:rsidRPr="00FA2FA7" w:rsidRDefault="007724A1" w:rsidP="007724A1">
      <w:pPr>
        <w:pStyle w:val="ListParagraph"/>
        <w:rPr>
          <w:rFonts w:ascii="Arial" w:eastAsia="Times New Roman" w:hAnsi="Arial" w:cs="Arial"/>
          <w:sz w:val="24"/>
          <w:szCs w:val="24"/>
          <w:lang w:val="en-GB" w:eastAsia="en-GB"/>
        </w:rPr>
      </w:pPr>
    </w:p>
    <w:p w14:paraId="0F7F6E20" w14:textId="77777777" w:rsidR="006110EC" w:rsidRDefault="007724A1" w:rsidP="006110EC">
      <w:pPr>
        <w:pStyle w:val="ListParagraph"/>
        <w:ind w:left="360"/>
        <w:rPr>
          <w:rFonts w:ascii="Arial" w:eastAsia="Times New Roman" w:hAnsi="Arial" w:cs="Arial"/>
          <w:sz w:val="24"/>
          <w:szCs w:val="24"/>
          <w:lang w:val="en-GB" w:eastAsia="en-GB"/>
        </w:rPr>
      </w:pPr>
      <w:r w:rsidRPr="00FA2FA7">
        <w:rPr>
          <w:rFonts w:ascii="Arial" w:eastAsia="Times New Roman" w:hAnsi="Arial" w:cs="Arial"/>
          <w:sz w:val="24"/>
          <w:szCs w:val="24"/>
          <w:lang w:val="en-GB" w:eastAsia="en-GB"/>
        </w:rPr>
        <w:t xml:space="preserve">Select </w:t>
      </w:r>
      <w:r w:rsidRPr="00D82BB0">
        <w:rPr>
          <w:rFonts w:ascii="Arial" w:eastAsia="Times New Roman" w:hAnsi="Arial" w:cs="Arial"/>
          <w:b/>
          <w:bCs/>
          <w:sz w:val="24"/>
          <w:szCs w:val="24"/>
          <w:lang w:val="en-GB" w:eastAsia="en-GB"/>
        </w:rPr>
        <w:t>Return summary to draft</w:t>
      </w:r>
      <w:r w:rsidRPr="00FA2FA7">
        <w:rPr>
          <w:rFonts w:ascii="Arial" w:eastAsia="Times New Roman" w:hAnsi="Arial" w:cs="Arial"/>
          <w:sz w:val="24"/>
          <w:szCs w:val="24"/>
          <w:lang w:val="en-GB" w:eastAsia="en-GB"/>
        </w:rPr>
        <w:t>.</w:t>
      </w:r>
    </w:p>
    <w:p w14:paraId="5E12AF61" w14:textId="77777777" w:rsidR="006110EC" w:rsidRDefault="006110EC" w:rsidP="006110EC">
      <w:pPr>
        <w:pStyle w:val="ListParagraph"/>
        <w:ind w:left="360"/>
        <w:rPr>
          <w:rFonts w:ascii="Arial" w:eastAsia="Times New Roman" w:hAnsi="Arial" w:cs="Arial"/>
          <w:sz w:val="24"/>
          <w:szCs w:val="24"/>
          <w:lang w:val="en-GB" w:eastAsia="en-GB"/>
        </w:rPr>
      </w:pPr>
    </w:p>
    <w:p w14:paraId="0DD97531" w14:textId="79ADF52C" w:rsidR="006110EC" w:rsidRDefault="006110EC" w:rsidP="006110EC">
      <w:pPr>
        <w:pStyle w:val="ListParagraph"/>
        <w:ind w:left="360"/>
        <w:rPr>
          <w:rFonts w:ascii="Arial" w:eastAsia="Times New Roman" w:hAnsi="Arial" w:cs="Arial"/>
          <w:sz w:val="24"/>
          <w:szCs w:val="24"/>
          <w:lang w:val="en-GB" w:eastAsia="en-GB"/>
        </w:rPr>
      </w:pPr>
      <w:r w:rsidRPr="00FA2FA7">
        <w:rPr>
          <w:rFonts w:ascii="Arial" w:hAnsi="Arial" w:cs="Arial"/>
          <w:noProof/>
          <w:sz w:val="24"/>
          <w:szCs w:val="24"/>
        </w:rPr>
        <w:drawing>
          <wp:anchor distT="0" distB="0" distL="114300" distR="114300" simplePos="0" relativeHeight="252066304" behindDoc="0" locked="0" layoutInCell="1" allowOverlap="1" wp14:anchorId="3D5CA4BD" wp14:editId="1C148284">
            <wp:simplePos x="0" y="0"/>
            <wp:positionH relativeFrom="margin">
              <wp:posOffset>3255010</wp:posOffset>
            </wp:positionH>
            <wp:positionV relativeFrom="paragraph">
              <wp:posOffset>71120</wp:posOffset>
            </wp:positionV>
            <wp:extent cx="2898775" cy="2188210"/>
            <wp:effectExtent l="0" t="0" r="0" b="2540"/>
            <wp:wrapSquare wrapText="bothSides"/>
            <wp:docPr id="50639803" name="Picture 1" descr="Review Summary page showing a Success banner and the current status set to Draft, with sections for submission information, assigned user and version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39803" name="Picture 1" descr="Review Summary page showing a Success banner and the current status set to Draft, with sections for submission information, assigned user and version details."/>
                    <pic:cNvPicPr/>
                  </pic:nvPicPr>
                  <pic:blipFill>
                    <a:blip r:embed="rId80"/>
                    <a:stretch>
                      <a:fillRect/>
                    </a:stretch>
                  </pic:blipFill>
                  <pic:spPr>
                    <a:xfrm>
                      <a:off x="0" y="0"/>
                      <a:ext cx="2898775" cy="2188210"/>
                    </a:xfrm>
                    <a:prstGeom prst="rect">
                      <a:avLst/>
                    </a:prstGeom>
                  </pic:spPr>
                </pic:pic>
              </a:graphicData>
            </a:graphic>
            <wp14:sizeRelH relativeFrom="margin">
              <wp14:pctWidth>0</wp14:pctWidth>
            </wp14:sizeRelH>
            <wp14:sizeRelV relativeFrom="margin">
              <wp14:pctHeight>0</wp14:pctHeight>
            </wp14:sizeRelV>
          </wp:anchor>
        </w:drawing>
      </w:r>
    </w:p>
    <w:p w14:paraId="202DDC55" w14:textId="77777777" w:rsidR="006110EC" w:rsidRDefault="006110EC" w:rsidP="006110EC">
      <w:pPr>
        <w:pStyle w:val="ListParagraph"/>
        <w:ind w:left="360"/>
        <w:rPr>
          <w:rFonts w:ascii="Arial" w:eastAsia="Times New Roman" w:hAnsi="Arial" w:cs="Arial"/>
          <w:sz w:val="24"/>
          <w:szCs w:val="24"/>
          <w:lang w:val="en-GB" w:eastAsia="en-GB"/>
        </w:rPr>
      </w:pPr>
    </w:p>
    <w:p w14:paraId="0F6FE244" w14:textId="67210AF3" w:rsidR="00AC2A22" w:rsidRPr="006110EC" w:rsidRDefault="007724A1">
      <w:pPr>
        <w:pStyle w:val="ListParagraph"/>
        <w:numPr>
          <w:ilvl w:val="0"/>
          <w:numId w:val="14"/>
        </w:numPr>
        <w:rPr>
          <w:rFonts w:ascii="Arial" w:eastAsia="Times New Roman" w:hAnsi="Arial" w:cs="Arial"/>
          <w:sz w:val="24"/>
          <w:szCs w:val="24"/>
          <w:lang w:val="en-GB" w:eastAsia="en-GB"/>
        </w:rPr>
      </w:pPr>
      <w:r w:rsidRPr="006110EC">
        <w:rPr>
          <w:rFonts w:ascii="Arial" w:hAnsi="Arial" w:cs="Arial"/>
          <w:sz w:val="24"/>
          <w:szCs w:val="24"/>
          <w:lang w:val="en-GB"/>
        </w:rPr>
        <w:t xml:space="preserve">The Summary has now been </w:t>
      </w:r>
      <w:r w:rsidR="00FA2FA7" w:rsidRPr="006110EC">
        <w:rPr>
          <w:rFonts w:ascii="Arial" w:hAnsi="Arial" w:cs="Arial"/>
          <w:sz w:val="24"/>
          <w:szCs w:val="24"/>
          <w:lang w:val="en-GB"/>
        </w:rPr>
        <w:t>returned</w:t>
      </w:r>
      <w:r w:rsidRPr="006110EC">
        <w:rPr>
          <w:rFonts w:ascii="Arial" w:hAnsi="Arial" w:cs="Arial"/>
          <w:sz w:val="24"/>
          <w:szCs w:val="24"/>
          <w:lang w:val="en-GB"/>
        </w:rPr>
        <w:t xml:space="preserve"> to draft to allow changes.</w:t>
      </w:r>
    </w:p>
    <w:p w14:paraId="4777894A" w14:textId="1DEC6DFF" w:rsidR="00CA4A29" w:rsidRPr="00FA2FA7" w:rsidRDefault="00CA4A29" w:rsidP="00866902">
      <w:pPr>
        <w:pStyle w:val="ListParagraph"/>
        <w:ind w:left="643"/>
        <w:rPr>
          <w:rFonts w:ascii="Arial" w:hAnsi="Arial" w:cs="Arial"/>
          <w:sz w:val="24"/>
          <w:szCs w:val="24"/>
          <w:lang w:val="en-GB"/>
        </w:rPr>
      </w:pPr>
    </w:p>
    <w:p w14:paraId="15E02BBE" w14:textId="0242B481" w:rsidR="00CA4A29" w:rsidRPr="00FA2FA7" w:rsidRDefault="00CA4A29" w:rsidP="00866902">
      <w:pPr>
        <w:pStyle w:val="ListParagraph"/>
        <w:ind w:left="643"/>
        <w:rPr>
          <w:rFonts w:ascii="Arial" w:hAnsi="Arial" w:cs="Arial"/>
          <w:sz w:val="24"/>
          <w:szCs w:val="24"/>
          <w:lang w:val="en-GB"/>
        </w:rPr>
      </w:pPr>
    </w:p>
    <w:p w14:paraId="5A601C83" w14:textId="6E356998" w:rsidR="00CA4A29" w:rsidRPr="00FA2FA7" w:rsidRDefault="00CA4A29" w:rsidP="00866902">
      <w:pPr>
        <w:pStyle w:val="ListParagraph"/>
        <w:ind w:left="643"/>
        <w:rPr>
          <w:rFonts w:ascii="Arial" w:hAnsi="Arial" w:cs="Arial"/>
          <w:sz w:val="24"/>
          <w:szCs w:val="24"/>
          <w:lang w:val="en-GB"/>
        </w:rPr>
      </w:pPr>
    </w:p>
    <w:p w14:paraId="7D41478E" w14:textId="6B81DAB1" w:rsidR="00CA4A29" w:rsidRPr="00FA2FA7" w:rsidRDefault="00CA4A29" w:rsidP="00CA4A29">
      <w:pPr>
        <w:spacing w:after="0" w:line="240" w:lineRule="auto"/>
        <w:rPr>
          <w:rFonts w:ascii="Arial" w:eastAsia="Times New Roman" w:hAnsi="Arial" w:cs="Arial"/>
          <w:sz w:val="24"/>
          <w:szCs w:val="24"/>
          <w:lang w:val="en-GB" w:eastAsia="en-GB"/>
        </w:rPr>
      </w:pPr>
    </w:p>
    <w:p w14:paraId="17732B72" w14:textId="13AF7CD6" w:rsidR="00CA4A29" w:rsidRPr="00FA2FA7" w:rsidRDefault="00CA4A29" w:rsidP="00866902">
      <w:pPr>
        <w:pStyle w:val="ListParagraph"/>
        <w:ind w:left="643"/>
        <w:rPr>
          <w:rFonts w:ascii="Arial" w:hAnsi="Arial" w:cs="Arial"/>
          <w:sz w:val="24"/>
          <w:szCs w:val="24"/>
          <w:lang w:val="en-GB"/>
        </w:rPr>
      </w:pPr>
    </w:p>
    <w:p w14:paraId="5AA45A5A" w14:textId="230EB0DF" w:rsidR="00CA4A29" w:rsidRPr="00FA2FA7" w:rsidRDefault="00CA4A29" w:rsidP="00CA4A29">
      <w:pPr>
        <w:pStyle w:val="ListParagraph"/>
        <w:ind w:left="643"/>
        <w:rPr>
          <w:rFonts w:ascii="Arial" w:hAnsi="Arial" w:cs="Arial"/>
          <w:sz w:val="24"/>
          <w:szCs w:val="24"/>
          <w:lang w:val="en-GB"/>
        </w:rPr>
      </w:pPr>
    </w:p>
    <w:p w14:paraId="007EA64D" w14:textId="30FECF58" w:rsidR="00CA4A29" w:rsidRPr="00FA2FA7" w:rsidRDefault="00CA4A29" w:rsidP="00866902">
      <w:pPr>
        <w:pStyle w:val="ListParagraph"/>
        <w:ind w:left="643"/>
        <w:rPr>
          <w:rFonts w:ascii="Arial" w:hAnsi="Arial" w:cs="Arial"/>
          <w:sz w:val="24"/>
          <w:szCs w:val="24"/>
          <w:lang w:val="en-GB"/>
        </w:rPr>
      </w:pPr>
    </w:p>
    <w:p w14:paraId="3E1B7678" w14:textId="3C68D404" w:rsidR="00CA4A29" w:rsidRDefault="007724A1" w:rsidP="00485C54">
      <w:pPr>
        <w:rPr>
          <w:rFonts w:ascii="Arial" w:hAnsi="Arial" w:cs="Arial"/>
        </w:rPr>
      </w:pPr>
      <w:r w:rsidRPr="00684C6D">
        <w:rPr>
          <w:rFonts w:ascii="Arial" w:hAnsi="Arial" w:cs="Arial"/>
          <w:noProof/>
        </w:rPr>
        <w:lastRenderedPageBreak/>
        <w:drawing>
          <wp:anchor distT="0" distB="0" distL="114300" distR="114300" simplePos="0" relativeHeight="252036608" behindDoc="0" locked="0" layoutInCell="1" allowOverlap="1" wp14:anchorId="27D489B8" wp14:editId="1299A342">
            <wp:simplePos x="0" y="0"/>
            <wp:positionH relativeFrom="column">
              <wp:posOffset>3656965</wp:posOffset>
            </wp:positionH>
            <wp:positionV relativeFrom="paragraph">
              <wp:posOffset>127000</wp:posOffset>
            </wp:positionV>
            <wp:extent cx="2121535" cy="1450340"/>
            <wp:effectExtent l="0" t="0" r="0" b="0"/>
            <wp:wrapSquare wrapText="bothSides"/>
            <wp:docPr id="1202902198" name="Picture 1" descr="Review Summary page showing a ‘Summary assigned’ banner and the current status set to Pending, with sections for submission information, assigned user and version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2902198" name="Picture 1" descr="Review Summary page showing a ‘Summary assigned’ banner and the current status set to Pending, with sections for submission information, assigned user and version details."/>
                    <pic:cNvPicPr/>
                  </pic:nvPicPr>
                  <pic:blipFill>
                    <a:blip r:embed="rId81"/>
                    <a:stretch>
                      <a:fillRect/>
                    </a:stretch>
                  </pic:blipFill>
                  <pic:spPr>
                    <a:xfrm>
                      <a:off x="0" y="0"/>
                      <a:ext cx="2121535" cy="1450340"/>
                    </a:xfrm>
                    <a:prstGeom prst="rect">
                      <a:avLst/>
                    </a:prstGeom>
                  </pic:spPr>
                </pic:pic>
              </a:graphicData>
            </a:graphic>
            <wp14:sizeRelH relativeFrom="margin">
              <wp14:pctWidth>0</wp14:pctWidth>
            </wp14:sizeRelH>
            <wp14:sizeRelV relativeFrom="margin">
              <wp14:pctHeight>0</wp14:pctHeight>
            </wp14:sizeRelV>
          </wp:anchor>
        </w:drawing>
      </w:r>
    </w:p>
    <w:p w14:paraId="048E28B0" w14:textId="1A46AC20" w:rsidR="007724A1" w:rsidRPr="00FA2FA7" w:rsidRDefault="007724A1">
      <w:pPr>
        <w:pStyle w:val="ListParagraph"/>
        <w:numPr>
          <w:ilvl w:val="0"/>
          <w:numId w:val="14"/>
        </w:numPr>
        <w:rPr>
          <w:rFonts w:ascii="Arial" w:hAnsi="Arial" w:cs="Arial"/>
          <w:sz w:val="24"/>
          <w:szCs w:val="24"/>
          <w:lang w:val="en-GB"/>
        </w:rPr>
      </w:pPr>
      <w:r w:rsidRPr="00FA2FA7">
        <w:rPr>
          <w:rFonts w:ascii="Arial" w:hAnsi="Arial" w:cs="Arial"/>
          <w:sz w:val="24"/>
          <w:szCs w:val="24"/>
          <w:lang w:val="en-GB"/>
        </w:rPr>
        <w:t xml:space="preserve">If the </w:t>
      </w:r>
      <w:r w:rsidR="0011579F">
        <w:rPr>
          <w:rFonts w:ascii="Arial" w:hAnsi="Arial" w:cs="Arial"/>
          <w:sz w:val="24"/>
          <w:szCs w:val="24"/>
          <w:lang w:val="en-GB"/>
        </w:rPr>
        <w:t>Rural Needs Coordinator</w:t>
      </w:r>
      <w:r w:rsidRPr="00FA2FA7">
        <w:rPr>
          <w:rFonts w:ascii="Arial" w:hAnsi="Arial" w:cs="Arial"/>
          <w:sz w:val="24"/>
          <w:szCs w:val="24"/>
          <w:lang w:val="en-GB"/>
        </w:rPr>
        <w:t xml:space="preserve"> chooses to </w:t>
      </w:r>
      <w:r w:rsidRPr="00FA2FA7">
        <w:rPr>
          <w:rFonts w:ascii="Arial" w:hAnsi="Arial" w:cs="Arial"/>
          <w:b/>
          <w:bCs/>
          <w:sz w:val="24"/>
          <w:szCs w:val="24"/>
          <w:lang w:val="en-GB"/>
        </w:rPr>
        <w:t>reassign the summary</w:t>
      </w:r>
      <w:r w:rsidRPr="00FA2FA7">
        <w:rPr>
          <w:rFonts w:ascii="Arial" w:hAnsi="Arial" w:cs="Arial"/>
          <w:sz w:val="24"/>
          <w:szCs w:val="24"/>
          <w:lang w:val="en-GB"/>
        </w:rPr>
        <w:t xml:space="preserve"> rather than </w:t>
      </w:r>
      <w:r w:rsidRPr="00FA2FA7">
        <w:rPr>
          <w:rFonts w:ascii="Arial" w:hAnsi="Arial" w:cs="Arial"/>
          <w:b/>
          <w:bCs/>
          <w:sz w:val="24"/>
          <w:szCs w:val="24"/>
          <w:lang w:val="en-GB"/>
        </w:rPr>
        <w:t>return it to Draft</w:t>
      </w:r>
      <w:r w:rsidRPr="00FA2FA7">
        <w:rPr>
          <w:rFonts w:ascii="Arial" w:hAnsi="Arial" w:cs="Arial"/>
          <w:sz w:val="24"/>
          <w:szCs w:val="24"/>
          <w:lang w:val="en-GB"/>
        </w:rPr>
        <w:t xml:space="preserve">, the Review Summary page will display a </w:t>
      </w:r>
      <w:r w:rsidRPr="00FA2FA7">
        <w:rPr>
          <w:rFonts w:ascii="Arial" w:hAnsi="Arial" w:cs="Arial"/>
          <w:b/>
          <w:bCs/>
          <w:sz w:val="24"/>
          <w:szCs w:val="24"/>
          <w:lang w:val="en-GB"/>
        </w:rPr>
        <w:t>‘summary assigned’</w:t>
      </w:r>
      <w:r w:rsidRPr="00FA2FA7">
        <w:rPr>
          <w:rFonts w:ascii="Arial" w:hAnsi="Arial" w:cs="Arial"/>
          <w:sz w:val="24"/>
          <w:szCs w:val="24"/>
          <w:lang w:val="en-GB"/>
        </w:rPr>
        <w:t xml:space="preserve"> message, and the </w:t>
      </w:r>
      <w:r w:rsidRPr="00FA2FA7">
        <w:rPr>
          <w:rFonts w:ascii="Arial" w:hAnsi="Arial" w:cs="Arial"/>
          <w:b/>
          <w:bCs/>
          <w:sz w:val="24"/>
          <w:szCs w:val="24"/>
          <w:lang w:val="en-GB"/>
        </w:rPr>
        <w:t>‘Current Status’</w:t>
      </w:r>
      <w:r w:rsidRPr="00FA2FA7">
        <w:rPr>
          <w:rFonts w:ascii="Arial" w:hAnsi="Arial" w:cs="Arial"/>
          <w:sz w:val="24"/>
          <w:szCs w:val="24"/>
          <w:lang w:val="en-GB"/>
        </w:rPr>
        <w:t xml:space="preserve"> will update to </w:t>
      </w:r>
      <w:r w:rsidRPr="00FA2FA7">
        <w:rPr>
          <w:rFonts w:ascii="Arial" w:hAnsi="Arial" w:cs="Arial"/>
          <w:b/>
          <w:bCs/>
          <w:sz w:val="24"/>
          <w:szCs w:val="24"/>
          <w:lang w:val="en-GB"/>
        </w:rPr>
        <w:t>Pending</w:t>
      </w:r>
      <w:r w:rsidRPr="00FA2FA7">
        <w:rPr>
          <w:rFonts w:ascii="Arial" w:hAnsi="Arial" w:cs="Arial"/>
          <w:sz w:val="24"/>
          <w:szCs w:val="24"/>
          <w:lang w:val="en-GB"/>
        </w:rPr>
        <w:t>. The Policy Lead can then return the summary to Draft and make any changes required.</w:t>
      </w:r>
    </w:p>
    <w:p w14:paraId="5248912C" w14:textId="316253EE" w:rsidR="00DC6015" w:rsidRPr="00FA2FA7" w:rsidRDefault="00DC6015" w:rsidP="00485C54">
      <w:pPr>
        <w:rPr>
          <w:rFonts w:ascii="Arial" w:hAnsi="Arial" w:cs="Arial"/>
          <w:sz w:val="24"/>
          <w:szCs w:val="24"/>
        </w:rPr>
      </w:pPr>
    </w:p>
    <w:p w14:paraId="38D1E606" w14:textId="77777777" w:rsidR="00CC0CFE" w:rsidRPr="00684C6D" w:rsidRDefault="00CC0CFE" w:rsidP="00485C54">
      <w:pPr>
        <w:rPr>
          <w:rFonts w:ascii="Arial" w:hAnsi="Arial" w:cs="Arial"/>
        </w:rPr>
      </w:pPr>
    </w:p>
    <w:p w14:paraId="677B701A" w14:textId="77777777" w:rsidR="00CC0CFE" w:rsidRPr="00684C6D" w:rsidRDefault="00CC0CFE" w:rsidP="00485C54">
      <w:pPr>
        <w:rPr>
          <w:rFonts w:ascii="Arial" w:hAnsi="Arial" w:cs="Arial"/>
        </w:rPr>
      </w:pPr>
    </w:p>
    <w:p w14:paraId="602A5DC8" w14:textId="77777777" w:rsidR="00CC0CFE" w:rsidRPr="00FA2FA7" w:rsidRDefault="00CC0CFE" w:rsidP="00485C54">
      <w:pPr>
        <w:rPr>
          <w:rFonts w:ascii="Arial" w:hAnsi="Arial" w:cs="Arial"/>
          <w:sz w:val="24"/>
          <w:szCs w:val="24"/>
        </w:rPr>
      </w:pPr>
    </w:p>
    <w:p w14:paraId="40C109F2" w14:textId="2C6B5E5C" w:rsidR="007724A1" w:rsidRPr="00FA2FA7" w:rsidRDefault="007724A1" w:rsidP="007724A1">
      <w:pPr>
        <w:rPr>
          <w:rFonts w:ascii="Arial" w:hAnsi="Arial" w:cs="Arial"/>
          <w:b/>
          <w:bCs/>
          <w:sz w:val="24"/>
          <w:szCs w:val="24"/>
          <w:lang w:val="en-GB"/>
        </w:rPr>
      </w:pPr>
      <w:r w:rsidRPr="00FA2FA7">
        <w:rPr>
          <w:rFonts w:ascii="Arial" w:hAnsi="Arial" w:cs="Arial"/>
          <w:b/>
          <w:bCs/>
          <w:sz w:val="24"/>
          <w:szCs w:val="24"/>
          <w:lang w:val="en-GB"/>
        </w:rPr>
        <w:t xml:space="preserve">Remember that all summaries must be resubmitted to the </w:t>
      </w:r>
      <w:r w:rsidR="0011579F">
        <w:rPr>
          <w:rFonts w:ascii="Arial" w:hAnsi="Arial" w:cs="Arial"/>
          <w:b/>
          <w:bCs/>
          <w:sz w:val="24"/>
          <w:szCs w:val="24"/>
          <w:lang w:val="en-GB"/>
        </w:rPr>
        <w:t>Rural Needs Coordinator</w:t>
      </w:r>
      <w:r w:rsidRPr="00FA2FA7">
        <w:rPr>
          <w:rFonts w:ascii="Arial" w:hAnsi="Arial" w:cs="Arial"/>
          <w:b/>
          <w:bCs/>
          <w:sz w:val="24"/>
          <w:szCs w:val="24"/>
          <w:lang w:val="en-GB"/>
        </w:rPr>
        <w:t xml:space="preserve"> for approval before the overall submission can be sent</w:t>
      </w:r>
      <w:r w:rsidR="00C57BFD">
        <w:rPr>
          <w:rFonts w:ascii="Arial" w:hAnsi="Arial" w:cs="Arial"/>
          <w:b/>
          <w:bCs/>
          <w:sz w:val="24"/>
          <w:szCs w:val="24"/>
          <w:lang w:val="en-GB"/>
        </w:rPr>
        <w:t xml:space="preserve"> to the DAERA Rural Needs team</w:t>
      </w:r>
      <w:r w:rsidRPr="00FA2FA7">
        <w:rPr>
          <w:rFonts w:ascii="Arial" w:hAnsi="Arial" w:cs="Arial"/>
          <w:b/>
          <w:bCs/>
          <w:sz w:val="24"/>
          <w:szCs w:val="24"/>
          <w:lang w:val="en-GB"/>
        </w:rPr>
        <w:t>.</w:t>
      </w:r>
    </w:p>
    <w:p w14:paraId="727A8CF2" w14:textId="77777777" w:rsidR="00CC0CFE" w:rsidRPr="00684C6D" w:rsidRDefault="00CC0CFE" w:rsidP="00485C54">
      <w:pPr>
        <w:rPr>
          <w:rFonts w:ascii="Arial" w:hAnsi="Arial" w:cs="Arial"/>
        </w:rPr>
      </w:pPr>
    </w:p>
    <w:p w14:paraId="26D5D7C1" w14:textId="30B9A338" w:rsidR="0025510D" w:rsidRDefault="0025510D">
      <w:pPr>
        <w:rPr>
          <w:rFonts w:ascii="Arial" w:hAnsi="Arial" w:cs="Arial"/>
        </w:rPr>
      </w:pPr>
      <w:r>
        <w:rPr>
          <w:rFonts w:ascii="Arial" w:hAnsi="Arial" w:cs="Arial"/>
        </w:rPr>
        <w:br w:type="page"/>
      </w:r>
    </w:p>
    <w:p w14:paraId="5E58CC8C" w14:textId="2C083F47" w:rsidR="00CC0CFE" w:rsidRPr="00FA2FA7" w:rsidRDefault="0011579F" w:rsidP="00684C6D">
      <w:pPr>
        <w:pStyle w:val="DAERAHeading"/>
        <w:jc w:val="left"/>
        <w:rPr>
          <w:color w:val="002060"/>
          <w:sz w:val="28"/>
          <w:szCs w:val="28"/>
          <w:lang w:val="en-GB"/>
        </w:rPr>
      </w:pPr>
      <w:bookmarkStart w:id="20" w:name="CoordinatorSummaryApproval"/>
      <w:r>
        <w:rPr>
          <w:color w:val="002060"/>
          <w:sz w:val="28"/>
          <w:szCs w:val="28"/>
          <w:lang w:val="en-GB"/>
        </w:rPr>
        <w:lastRenderedPageBreak/>
        <w:t>Rural Needs Coordinator</w:t>
      </w:r>
      <w:r w:rsidR="00CC0CFE" w:rsidRPr="00FA2FA7">
        <w:rPr>
          <w:color w:val="002060"/>
          <w:sz w:val="28"/>
          <w:szCs w:val="28"/>
          <w:lang w:val="en-GB"/>
        </w:rPr>
        <w:t xml:space="preserve"> Summary Approval</w:t>
      </w:r>
    </w:p>
    <w:bookmarkEnd w:id="20"/>
    <w:p w14:paraId="4EBACA27" w14:textId="2A22F565" w:rsidR="00CC0CFE" w:rsidRPr="00684C6D" w:rsidRDefault="00CC0CFE" w:rsidP="00485C54">
      <w:pPr>
        <w:rPr>
          <w:rFonts w:ascii="Arial" w:hAnsi="Arial" w:cs="Arial"/>
        </w:rPr>
      </w:pPr>
      <w:r w:rsidRPr="00684C6D">
        <w:rPr>
          <w:rFonts w:ascii="Arial" w:hAnsi="Arial" w:cs="Arial"/>
          <w:b/>
          <w:bCs/>
          <w:noProof/>
          <w:lang w:val="en-GB"/>
        </w:rPr>
        <w:drawing>
          <wp:anchor distT="0" distB="0" distL="114300" distR="114300" simplePos="0" relativeHeight="252037632" behindDoc="0" locked="0" layoutInCell="1" allowOverlap="1" wp14:anchorId="2AE88BDA" wp14:editId="778B8AAF">
            <wp:simplePos x="0" y="0"/>
            <wp:positionH relativeFrom="column">
              <wp:posOffset>2686050</wp:posOffset>
            </wp:positionH>
            <wp:positionV relativeFrom="paragraph">
              <wp:posOffset>264160</wp:posOffset>
            </wp:positionV>
            <wp:extent cx="3473450" cy="2273300"/>
            <wp:effectExtent l="0" t="0" r="0" b="0"/>
            <wp:wrapSquare wrapText="bothSides"/>
            <wp:docPr id="940458631" name="Picture 1" descr="Review Summary page showing submission information, current status set to Pending, assigned user details and an Approve link under Coordinator Approv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0458631" name="Picture 1" descr="Review Summary page showing submission information, current status set to Pending, assigned user details and an Approve link under Coordinator Approval."/>
                    <pic:cNvPicPr/>
                  </pic:nvPicPr>
                  <pic:blipFill>
                    <a:blip r:embed="rId78"/>
                    <a:stretch>
                      <a:fillRect/>
                    </a:stretch>
                  </pic:blipFill>
                  <pic:spPr>
                    <a:xfrm>
                      <a:off x="0" y="0"/>
                      <a:ext cx="3473450" cy="2273300"/>
                    </a:xfrm>
                    <a:prstGeom prst="rect">
                      <a:avLst/>
                    </a:prstGeom>
                  </pic:spPr>
                </pic:pic>
              </a:graphicData>
            </a:graphic>
          </wp:anchor>
        </w:drawing>
      </w:r>
    </w:p>
    <w:p w14:paraId="6D0E4FC9" w14:textId="1D9BDF0F" w:rsidR="00DC6015" w:rsidRPr="00684C6D" w:rsidRDefault="00DC6015" w:rsidP="00485C54">
      <w:pPr>
        <w:rPr>
          <w:rFonts w:ascii="Arial" w:hAnsi="Arial" w:cs="Arial"/>
        </w:rPr>
      </w:pPr>
    </w:p>
    <w:p w14:paraId="7E8EF76E" w14:textId="47913AE3" w:rsidR="00B953AB" w:rsidRPr="00FA2FA7" w:rsidRDefault="00DC6015">
      <w:pPr>
        <w:pStyle w:val="ListParagraph"/>
        <w:numPr>
          <w:ilvl w:val="0"/>
          <w:numId w:val="14"/>
        </w:numPr>
        <w:rPr>
          <w:rFonts w:ascii="Arial" w:hAnsi="Arial" w:cs="Arial"/>
          <w:sz w:val="24"/>
          <w:szCs w:val="24"/>
          <w:lang w:val="en-GB"/>
        </w:rPr>
      </w:pPr>
      <w:r w:rsidRPr="00FA2FA7">
        <w:rPr>
          <w:rFonts w:ascii="Arial" w:hAnsi="Arial" w:cs="Arial"/>
          <w:sz w:val="24"/>
          <w:szCs w:val="24"/>
          <w:lang w:val="en-GB"/>
        </w:rPr>
        <w:t>A</w:t>
      </w:r>
      <w:r w:rsidR="00B953AB" w:rsidRPr="00FA2FA7">
        <w:rPr>
          <w:rFonts w:ascii="Arial" w:hAnsi="Arial" w:cs="Arial"/>
          <w:sz w:val="24"/>
          <w:szCs w:val="24"/>
          <w:lang w:val="en-GB"/>
        </w:rPr>
        <w:t xml:space="preserve">s a </w:t>
      </w:r>
      <w:r w:rsidR="0011579F">
        <w:rPr>
          <w:rFonts w:ascii="Arial" w:hAnsi="Arial" w:cs="Arial"/>
          <w:sz w:val="24"/>
          <w:szCs w:val="24"/>
          <w:lang w:val="en-GB"/>
        </w:rPr>
        <w:t>Rural Needs Coordinator</w:t>
      </w:r>
      <w:r w:rsidR="00B953AB" w:rsidRPr="00FA2FA7">
        <w:rPr>
          <w:rFonts w:ascii="Arial" w:hAnsi="Arial" w:cs="Arial"/>
          <w:sz w:val="24"/>
          <w:szCs w:val="24"/>
          <w:lang w:val="en-GB"/>
        </w:rPr>
        <w:t xml:space="preserve">, an additional option will appear in your </w:t>
      </w:r>
      <w:r w:rsidR="00B953AB" w:rsidRPr="00D82BB0">
        <w:rPr>
          <w:rFonts w:ascii="Arial" w:hAnsi="Arial" w:cs="Arial"/>
          <w:b/>
          <w:bCs/>
          <w:sz w:val="24"/>
          <w:szCs w:val="24"/>
          <w:lang w:val="en-GB"/>
        </w:rPr>
        <w:t>Review Summary</w:t>
      </w:r>
      <w:r w:rsidR="00B953AB" w:rsidRPr="00FA2FA7">
        <w:rPr>
          <w:rFonts w:ascii="Arial" w:hAnsi="Arial" w:cs="Arial"/>
          <w:sz w:val="24"/>
          <w:szCs w:val="24"/>
          <w:lang w:val="en-GB"/>
        </w:rPr>
        <w:t xml:space="preserve"> allowing you to approve it.</w:t>
      </w:r>
    </w:p>
    <w:p w14:paraId="1991F2DE" w14:textId="067EAC01" w:rsidR="00B953AB" w:rsidRPr="00FA2FA7" w:rsidRDefault="00B953AB" w:rsidP="00B953AB">
      <w:pPr>
        <w:pStyle w:val="ListParagraph"/>
        <w:tabs>
          <w:tab w:val="left" w:pos="1230"/>
        </w:tabs>
        <w:ind w:left="643"/>
        <w:rPr>
          <w:rFonts w:ascii="Arial" w:hAnsi="Arial" w:cs="Arial"/>
          <w:sz w:val="24"/>
          <w:szCs w:val="24"/>
          <w:lang w:val="en-GB"/>
        </w:rPr>
      </w:pPr>
    </w:p>
    <w:p w14:paraId="3258C758" w14:textId="0E41E50F" w:rsidR="00B953AB" w:rsidRPr="00FA2FA7" w:rsidRDefault="006110EC" w:rsidP="00B953AB">
      <w:pPr>
        <w:pStyle w:val="ListParagraph"/>
        <w:tabs>
          <w:tab w:val="left" w:pos="1230"/>
        </w:tabs>
        <w:ind w:left="643"/>
        <w:rPr>
          <w:rFonts w:ascii="Arial" w:hAnsi="Arial" w:cs="Arial"/>
          <w:sz w:val="24"/>
          <w:szCs w:val="24"/>
          <w:lang w:val="en-GB"/>
        </w:rPr>
      </w:pPr>
      <w:r w:rsidRPr="00FA2FA7">
        <w:rPr>
          <w:rFonts w:ascii="Arial" w:hAnsi="Arial" w:cs="Arial"/>
          <w:noProof/>
          <w:sz w:val="24"/>
          <w:szCs w:val="24"/>
        </w:rPr>
        <mc:AlternateContent>
          <mc:Choice Requires="wps">
            <w:drawing>
              <wp:anchor distT="0" distB="0" distL="114300" distR="114300" simplePos="0" relativeHeight="252038656" behindDoc="0" locked="0" layoutInCell="1" allowOverlap="1" wp14:anchorId="7C539728" wp14:editId="2B18E5C2">
                <wp:simplePos x="0" y="0"/>
                <wp:positionH relativeFrom="column">
                  <wp:posOffset>2139950</wp:posOffset>
                </wp:positionH>
                <wp:positionV relativeFrom="paragraph">
                  <wp:posOffset>316865</wp:posOffset>
                </wp:positionV>
                <wp:extent cx="590550" cy="139700"/>
                <wp:effectExtent l="38100" t="38100" r="76200" b="107950"/>
                <wp:wrapNone/>
                <wp:docPr id="1067080308" name="Straight Arrow Connector 5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90550" cy="139700"/>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F4C5CF3" id="Straight Arrow Connector 56" o:spid="_x0000_s1026" type="#_x0000_t32" alt="&quot;&quot;" style="position:absolute;margin-left:168.5pt;margin-top:24.95pt;width:46.5pt;height:11pt;z-index:25203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3brwQEAAM8DAAAOAAAAZHJzL2Uyb0RvYy54bWysU9uO0zAQfUfiH6y80yRFBTZqug9d4AXB&#10;ioUP8DrjxJJvsocm+XvGTpsiQKy04mXiy5w5Z44n+9vJaHaCEJWzbVFvqoKBFa5Ttm+L798+vHpX&#10;sIjcdlw7C20xQyxuDy9f7EffwNYNTncQGBWxsRl9WwyIvinLKAYwPG6cB0uX0gXDkbahL7vAR6pu&#10;dLmtqjfl6ELngxMQI53eLZfFIdeXEgR+kTICMt0WpA1zDDk+plge9rzpA/eDEmcZ/BkqDFeWSNdS&#10;dxw5+xHUH6WMEsFFJ3EjnCmdlEpA7oG6qavfunkYuIfcC5kT/WpT/H9lxefT0d4HsmH0sYn+PqQu&#10;JhlM+pI+NmWz5tUsmJAJOtzdVLsdWSroqn5987bKZpZXsA8RP4IzLC3aImLgqh/w6KylZ3Ghzobx&#10;06eIRE/ACyAxa5sicqXf247h7Gl2MChuew3p0Sg9pZRX1XmFs4YF/hUkUx3p3GaaPFBw1IGdOI0C&#10;FwIs1mslyk4wqbRegdXTwHN+gkIethW8NPdP1hWRmZ3FFWyUdeFv7DhdJMsl/+LA0ney4NF1c37P&#10;bA1NTfbqPOFpLH/dZ/j1Pzz8BAAA//8DAFBLAwQUAAYACAAAACEAw5AxPdwAAAAJAQAADwAAAGRy&#10;cy9kb3ducmV2LnhtbEyPS2+DMBCE75X6H6yN1FtjUhApBBNVlXJvHr1vYHkoeI1sQ8i/r3tqj7Mz&#10;mv2m2C96EDNZ1xtWsFlHIIgrU/fcKricD6/vIJxHrnEwTAoe5GBfPj8VmNfmzkeaT74VoYRdjgo6&#10;78dcSld1pNGtzUgcvMZYjT5I28ra4j2U60G+RVEqNfYcPnQ40mdH1e00aQVfh2pOXTMdz01qH99T&#10;gnhbUKmX1fKxA+Fp8X9h+MUP6FAGpquZuHZiUBDH27DFK0iyDEQIJHEUDlcF200Gsizk/wXlDwAA&#10;AP//AwBQSwECLQAUAAYACAAAACEAtoM4kv4AAADhAQAAEwAAAAAAAAAAAAAAAAAAAAAAW0NvbnRl&#10;bnRfVHlwZXNdLnhtbFBLAQItABQABgAIAAAAIQA4/SH/1gAAAJQBAAALAAAAAAAAAAAAAAAAAC8B&#10;AABfcmVscy8ucmVsc1BLAQItABQABgAIAAAAIQC9w3brwQEAAM8DAAAOAAAAAAAAAAAAAAAAAC4C&#10;AABkcnMvZTJvRG9jLnhtbFBLAQItABQABgAIAAAAIQDDkDE93AAAAAkBAAAPAAAAAAAAAAAAAAAA&#10;ABsEAABkcnMvZG93bnJldi54bWxQSwUGAAAAAAQABADzAAAAJAUAAAAA&#10;" strokecolor="#4f81bd [3204]" strokeweight="2pt">
                <v:stroke endarrow="block"/>
                <v:shadow on="t" color="black" opacity="24903f" origin=",.5" offset="0,.55556mm"/>
              </v:shape>
            </w:pict>
          </mc:Fallback>
        </mc:AlternateContent>
      </w:r>
      <w:r w:rsidRPr="00FA2FA7">
        <w:rPr>
          <w:rFonts w:ascii="Arial" w:hAnsi="Arial" w:cs="Arial"/>
          <w:noProof/>
          <w:sz w:val="24"/>
          <w:szCs w:val="24"/>
          <w:lang w:val="en-GB"/>
        </w:rPr>
        <mc:AlternateContent>
          <mc:Choice Requires="wps">
            <w:drawing>
              <wp:anchor distT="0" distB="0" distL="114300" distR="114300" simplePos="0" relativeHeight="252039680" behindDoc="0" locked="0" layoutInCell="1" allowOverlap="1" wp14:anchorId="10203B5D" wp14:editId="3CE10788">
                <wp:simplePos x="0" y="0"/>
                <wp:positionH relativeFrom="column">
                  <wp:posOffset>3582035</wp:posOffset>
                </wp:positionH>
                <wp:positionV relativeFrom="paragraph">
                  <wp:posOffset>443865</wp:posOffset>
                </wp:positionV>
                <wp:extent cx="2178050" cy="6350"/>
                <wp:effectExtent l="38100" t="76200" r="31750" b="127000"/>
                <wp:wrapNone/>
                <wp:docPr id="2067778126" name="Straight Arrow Connector 5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2178050" cy="6350"/>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2FC50ABE" id="Straight Arrow Connector 57" o:spid="_x0000_s1026" type="#_x0000_t32" alt="&quot;&quot;" style="position:absolute;margin-left:282.05pt;margin-top:34.95pt;width:171.5pt;height:.5pt;flip:y;z-index:2520396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as/wwEAANgDAAAOAAAAZHJzL2Uyb0RvYy54bWysU01v1DAQvSPxHyzf2WQXUaposz1sgQuC&#10;Cgp31xknlvwle9gk/56xs5siQFSquIwce96beW8m+5vJGnaCmLR3Ld9uas7ASd9p17f82/37V9ec&#10;JRSuE8Y7aPkMid8cXr7Yj6GBnR+86SAyInGpGUPLB8TQVFWSA1iRNj6Ao0floxVIn7GvuihGYrem&#10;2tX1VTX62IXoJaREt7fLIz8UfqVA4melEiAzLafesMRY4kOO1WEvmj6KMGh5bkM8owsrtKOiK9Wt&#10;QMF+RP0HldUy+uQVbqS3lVdKSygaSM22/k3N10EEKFrInBRWm9L/o5WfTkd3F8mGMaQmhbuYVUwq&#10;WqaMDt9ppkUXdcqmYtu82gYTMkmXu+3b6/oNuSvp7eo1nYiuWlgyW4gJP4C3LB9anjAK3Q949M7R&#10;fHxcKojTx4QL8ALIYONyRKHNO9cxnAMtEUYtXG/gXCenVI/tlxPOBhb4F1BMd7nNIqRsFhxNZCdB&#10;OyGkBIfblYmyM0xpY1Zg/TTwnJ+hULZuBS/i/ll1RZTK3uEKttr5+LfqOF1aVkv+xYFFd7bgwXdz&#10;GWyxhtanzOS86nk/f/0u8Mcf8vATAAD//wMAUEsDBBQABgAIAAAAIQBgWwzG3wAAAAkBAAAPAAAA&#10;ZHJzL2Rvd25yZXYueG1sTI9NT8MwDIbvSPyHyEjcWNIKWtrVnRAIIS58bFx2y1rTVDRO1aRb+feE&#10;ExxtP3r9vNVmsYM40uR7xwjJSoEgblzbc4fwsXu8ugXhg+ZWD44J4Zs8bOrzs0qXrTvxOx23oRMx&#10;hH2pEUwIYymlbwxZ7VduJI63TzdZHeI4dbKd9CmG20GmSmXS6p7jB6NHujfUfG1ni/D24NRL+joa&#10;kzTpPPv0+WmX7xEvL5a7NYhAS/iD4Vc/qkMdnQ5u5taLAeEmu04iipAVBYgIFCqPiwNCrgqQdSX/&#10;N6h/AAAA//8DAFBLAQItABQABgAIAAAAIQC2gziS/gAAAOEBAAATAAAAAAAAAAAAAAAAAAAAAABb&#10;Q29udGVudF9UeXBlc10ueG1sUEsBAi0AFAAGAAgAAAAhADj9If/WAAAAlAEAAAsAAAAAAAAAAAAA&#10;AAAALwEAAF9yZWxzLy5yZWxzUEsBAi0AFAAGAAgAAAAhAMSdqz/DAQAA2AMAAA4AAAAAAAAAAAAA&#10;AAAALgIAAGRycy9lMm9Eb2MueG1sUEsBAi0AFAAGAAgAAAAhAGBbDMbfAAAACQEAAA8AAAAAAAAA&#10;AAAAAAAAHQQAAGRycy9kb3ducmV2LnhtbFBLBQYAAAAABAAEAPMAAAApBQAAAAA=&#10;" strokecolor="#4f81bd [3204]" strokeweight="2pt">
                <v:stroke endarrow="block"/>
                <v:shadow on="t" color="black" opacity="24903f" origin=",.5" offset="0,.55556mm"/>
              </v:shape>
            </w:pict>
          </mc:Fallback>
        </mc:AlternateContent>
      </w:r>
      <w:r w:rsidR="00B953AB" w:rsidRPr="00FA2FA7">
        <w:rPr>
          <w:rFonts w:ascii="Arial" w:hAnsi="Arial" w:cs="Arial"/>
          <w:sz w:val="24"/>
          <w:szCs w:val="24"/>
          <w:lang w:val="en-GB"/>
        </w:rPr>
        <w:t xml:space="preserve">If you are satisfied with the content, select </w:t>
      </w:r>
      <w:r w:rsidR="00B953AB" w:rsidRPr="00D82BB0">
        <w:rPr>
          <w:rFonts w:ascii="Arial" w:hAnsi="Arial" w:cs="Arial"/>
          <w:b/>
          <w:bCs/>
          <w:sz w:val="24"/>
          <w:szCs w:val="24"/>
          <w:lang w:val="en-GB"/>
        </w:rPr>
        <w:t>Approve</w:t>
      </w:r>
      <w:r w:rsidR="00B953AB" w:rsidRPr="00FA2FA7">
        <w:rPr>
          <w:rFonts w:ascii="Arial" w:hAnsi="Arial" w:cs="Arial"/>
          <w:sz w:val="24"/>
          <w:szCs w:val="24"/>
          <w:lang w:val="en-GB"/>
        </w:rPr>
        <w:t>.</w:t>
      </w:r>
    </w:p>
    <w:p w14:paraId="20E794FF" w14:textId="2EA66354" w:rsidR="00C77D39" w:rsidRPr="00FA2FA7" w:rsidRDefault="00C77D39" w:rsidP="00B953AB">
      <w:pPr>
        <w:tabs>
          <w:tab w:val="left" w:pos="1230"/>
        </w:tabs>
        <w:rPr>
          <w:rFonts w:ascii="Arial" w:hAnsi="Arial" w:cs="Arial"/>
          <w:sz w:val="24"/>
          <w:szCs w:val="24"/>
          <w:lang w:val="en-GB"/>
        </w:rPr>
      </w:pPr>
    </w:p>
    <w:p w14:paraId="46DBEF44" w14:textId="75B1C89F" w:rsidR="00C77D39" w:rsidRPr="00FA2FA7" w:rsidRDefault="00C77D39" w:rsidP="00C77D39">
      <w:pPr>
        <w:pStyle w:val="ListParagraph"/>
        <w:tabs>
          <w:tab w:val="left" w:pos="1230"/>
        </w:tabs>
        <w:rPr>
          <w:rFonts w:ascii="Arial" w:hAnsi="Arial" w:cs="Arial"/>
          <w:sz w:val="24"/>
          <w:szCs w:val="24"/>
          <w:lang w:val="en-GB"/>
        </w:rPr>
      </w:pPr>
    </w:p>
    <w:p w14:paraId="5242D4A5" w14:textId="4CB44A3C" w:rsidR="00A334F5" w:rsidRPr="00FA2FA7" w:rsidRDefault="00A334F5" w:rsidP="00DC6015">
      <w:pPr>
        <w:pStyle w:val="ListParagraph"/>
        <w:tabs>
          <w:tab w:val="left" w:pos="1230"/>
        </w:tabs>
        <w:rPr>
          <w:rFonts w:ascii="Arial" w:hAnsi="Arial" w:cs="Arial"/>
          <w:sz w:val="24"/>
          <w:szCs w:val="24"/>
        </w:rPr>
      </w:pPr>
    </w:p>
    <w:p w14:paraId="68C81809" w14:textId="77777777" w:rsidR="00DC6015" w:rsidRPr="00FA2FA7" w:rsidRDefault="00DC6015" w:rsidP="00485C54">
      <w:pPr>
        <w:rPr>
          <w:rFonts w:ascii="Arial" w:hAnsi="Arial" w:cs="Arial"/>
          <w:color w:val="002060"/>
          <w:sz w:val="24"/>
          <w:szCs w:val="24"/>
        </w:rPr>
      </w:pPr>
    </w:p>
    <w:p w14:paraId="759AD4EE" w14:textId="6953E834" w:rsidR="00DC6015" w:rsidRPr="00FA2FA7" w:rsidRDefault="00CC0CFE" w:rsidP="00485C54">
      <w:pPr>
        <w:rPr>
          <w:rFonts w:ascii="Arial" w:hAnsi="Arial" w:cs="Arial"/>
          <w:color w:val="002060"/>
          <w:sz w:val="24"/>
          <w:szCs w:val="24"/>
        </w:rPr>
      </w:pPr>
      <w:r w:rsidRPr="00FA2FA7">
        <w:rPr>
          <w:rFonts w:ascii="Arial" w:hAnsi="Arial" w:cs="Arial"/>
          <w:noProof/>
          <w:color w:val="002060"/>
          <w:sz w:val="24"/>
          <w:szCs w:val="24"/>
        </w:rPr>
        <w:drawing>
          <wp:anchor distT="0" distB="0" distL="114300" distR="114300" simplePos="0" relativeHeight="251971072" behindDoc="0" locked="0" layoutInCell="1" allowOverlap="1" wp14:anchorId="093640A0" wp14:editId="0BE54E3A">
            <wp:simplePos x="0" y="0"/>
            <wp:positionH relativeFrom="margin">
              <wp:posOffset>2571750</wp:posOffset>
            </wp:positionH>
            <wp:positionV relativeFrom="paragraph">
              <wp:posOffset>50165</wp:posOffset>
            </wp:positionV>
            <wp:extent cx="3180080" cy="1657350"/>
            <wp:effectExtent l="0" t="0" r="1270" b="0"/>
            <wp:wrapSquare wrapText="bothSides"/>
            <wp:docPr id="2043553652" name="Picture 1" descr="Approval confirmation page with an optional comments box and buttons to approve or can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3553652" name="Picture 1" descr="Approval confirmation page with an optional comments box and buttons to approve or cancel."/>
                    <pic:cNvPicPr/>
                  </pic:nvPicPr>
                  <pic:blipFill>
                    <a:blip r:embed="rId82"/>
                    <a:stretch>
                      <a:fillRect/>
                    </a:stretch>
                  </pic:blipFill>
                  <pic:spPr>
                    <a:xfrm>
                      <a:off x="0" y="0"/>
                      <a:ext cx="3180080" cy="1657350"/>
                    </a:xfrm>
                    <a:prstGeom prst="rect">
                      <a:avLst/>
                    </a:prstGeom>
                  </pic:spPr>
                </pic:pic>
              </a:graphicData>
            </a:graphic>
            <wp14:sizeRelH relativeFrom="margin">
              <wp14:pctWidth>0</wp14:pctWidth>
            </wp14:sizeRelH>
            <wp14:sizeRelV relativeFrom="margin">
              <wp14:pctHeight>0</wp14:pctHeight>
            </wp14:sizeRelV>
          </wp:anchor>
        </w:drawing>
      </w:r>
    </w:p>
    <w:p w14:paraId="6664C9B7" w14:textId="02148C38" w:rsidR="00384967" w:rsidRPr="00FA2FA7" w:rsidRDefault="00384967" w:rsidP="00485C54">
      <w:pPr>
        <w:rPr>
          <w:rFonts w:ascii="Arial" w:hAnsi="Arial" w:cs="Arial"/>
          <w:color w:val="002060"/>
          <w:sz w:val="24"/>
          <w:szCs w:val="24"/>
        </w:rPr>
      </w:pPr>
    </w:p>
    <w:p w14:paraId="4ECAE1D3" w14:textId="1DC67F34" w:rsidR="00384967" w:rsidRPr="00FA2FA7" w:rsidRDefault="00384967">
      <w:pPr>
        <w:pStyle w:val="ListParagraph"/>
        <w:numPr>
          <w:ilvl w:val="0"/>
          <w:numId w:val="14"/>
        </w:numPr>
        <w:rPr>
          <w:rFonts w:ascii="Arial" w:hAnsi="Arial" w:cs="Arial"/>
          <w:sz w:val="24"/>
          <w:szCs w:val="24"/>
        </w:rPr>
      </w:pPr>
      <w:r w:rsidRPr="00FA2FA7">
        <w:rPr>
          <w:rFonts w:ascii="Arial" w:hAnsi="Arial" w:cs="Arial"/>
          <w:sz w:val="24"/>
          <w:szCs w:val="24"/>
        </w:rPr>
        <w:t xml:space="preserve">Once you have added any optional comments, select </w:t>
      </w:r>
      <w:r w:rsidR="0011579F" w:rsidRPr="00D82BB0">
        <w:rPr>
          <w:rFonts w:ascii="Arial" w:hAnsi="Arial" w:cs="Arial"/>
          <w:b/>
          <w:bCs/>
          <w:sz w:val="24"/>
          <w:szCs w:val="24"/>
        </w:rPr>
        <w:t>Rural Needs Coordinator</w:t>
      </w:r>
      <w:r w:rsidRPr="00D82BB0">
        <w:rPr>
          <w:rFonts w:ascii="Arial" w:hAnsi="Arial" w:cs="Arial"/>
          <w:b/>
          <w:bCs/>
          <w:sz w:val="24"/>
          <w:szCs w:val="24"/>
        </w:rPr>
        <w:t xml:space="preserve"> Approved</w:t>
      </w:r>
      <w:r w:rsidRPr="00D82BB0">
        <w:rPr>
          <w:rFonts w:ascii="Arial" w:hAnsi="Arial" w:cs="Arial"/>
          <w:sz w:val="24"/>
          <w:szCs w:val="24"/>
        </w:rPr>
        <w:t>.</w:t>
      </w:r>
      <w:r w:rsidRPr="00FA2FA7">
        <w:rPr>
          <w:rFonts w:ascii="Arial" w:hAnsi="Arial" w:cs="Arial"/>
          <w:sz w:val="24"/>
          <w:szCs w:val="24"/>
        </w:rPr>
        <w:t xml:space="preserve">  </w:t>
      </w:r>
    </w:p>
    <w:p w14:paraId="527978F9" w14:textId="7FCA4EF0" w:rsidR="00384967" w:rsidRPr="00FA2FA7" w:rsidRDefault="00384967" w:rsidP="00384967">
      <w:pPr>
        <w:pStyle w:val="ListParagraph"/>
        <w:ind w:left="1080"/>
        <w:rPr>
          <w:rFonts w:ascii="Arial" w:hAnsi="Arial" w:cs="Arial"/>
          <w:sz w:val="24"/>
          <w:szCs w:val="24"/>
        </w:rPr>
      </w:pPr>
    </w:p>
    <w:p w14:paraId="5625F498" w14:textId="453A1F77" w:rsidR="008E2EAD" w:rsidRPr="00FA2FA7" w:rsidRDefault="008E2EAD" w:rsidP="00384967">
      <w:pPr>
        <w:pStyle w:val="ListParagraph"/>
        <w:ind w:left="1080"/>
        <w:rPr>
          <w:rFonts w:ascii="Arial" w:hAnsi="Arial" w:cs="Arial"/>
          <w:sz w:val="24"/>
          <w:szCs w:val="24"/>
        </w:rPr>
      </w:pPr>
    </w:p>
    <w:p w14:paraId="20054B70" w14:textId="3A10C6CA" w:rsidR="005D49D6" w:rsidRPr="00FA2FA7" w:rsidRDefault="005D49D6" w:rsidP="00384967">
      <w:pPr>
        <w:pStyle w:val="ListParagraph"/>
        <w:ind w:left="1080"/>
        <w:rPr>
          <w:rFonts w:ascii="Arial" w:hAnsi="Arial" w:cs="Arial"/>
          <w:sz w:val="24"/>
          <w:szCs w:val="24"/>
        </w:rPr>
      </w:pPr>
    </w:p>
    <w:p w14:paraId="562339D3" w14:textId="77777777" w:rsidR="00DB737A" w:rsidRPr="00FA2FA7" w:rsidRDefault="00DB737A" w:rsidP="00384967">
      <w:pPr>
        <w:pStyle w:val="ListParagraph"/>
        <w:ind w:left="1080"/>
        <w:rPr>
          <w:rFonts w:ascii="Arial" w:hAnsi="Arial" w:cs="Arial"/>
          <w:sz w:val="24"/>
          <w:szCs w:val="24"/>
        </w:rPr>
      </w:pPr>
    </w:p>
    <w:p w14:paraId="2C86D056" w14:textId="63D0A3A7" w:rsidR="004B12CF" w:rsidRPr="00FA2FA7" w:rsidRDefault="00DB737A" w:rsidP="00384967">
      <w:pPr>
        <w:pStyle w:val="ListParagraph"/>
        <w:ind w:left="1080"/>
        <w:rPr>
          <w:rFonts w:ascii="Arial" w:hAnsi="Arial" w:cs="Arial"/>
          <w:sz w:val="24"/>
          <w:szCs w:val="24"/>
        </w:rPr>
      </w:pPr>
      <w:r w:rsidRPr="00FA2FA7">
        <w:rPr>
          <w:rFonts w:ascii="Arial" w:hAnsi="Arial" w:cs="Arial"/>
          <w:noProof/>
          <w:sz w:val="24"/>
          <w:szCs w:val="24"/>
        </w:rPr>
        <w:drawing>
          <wp:anchor distT="0" distB="0" distL="114300" distR="114300" simplePos="0" relativeHeight="251975168" behindDoc="0" locked="0" layoutInCell="1" allowOverlap="1" wp14:anchorId="1024C801" wp14:editId="30F4C1F5">
            <wp:simplePos x="0" y="0"/>
            <wp:positionH relativeFrom="margin">
              <wp:posOffset>2594610</wp:posOffset>
            </wp:positionH>
            <wp:positionV relativeFrom="paragraph">
              <wp:posOffset>187960</wp:posOffset>
            </wp:positionV>
            <wp:extent cx="3200400" cy="2272665"/>
            <wp:effectExtent l="0" t="0" r="0" b="0"/>
            <wp:wrapSquare wrapText="bothSides"/>
            <wp:docPr id="1411535639" name="Picture 1" descr="Summaries page showing a ‘Summary Approved’ banner and a results table listing a summary with status set to Rea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1535639" name="Picture 1" descr="Summaries page showing a ‘Summary Approved’ banner and a results table listing a summary with status set to Ready"/>
                    <pic:cNvPicPr/>
                  </pic:nvPicPr>
                  <pic:blipFill>
                    <a:blip r:embed="rId83"/>
                    <a:stretch>
                      <a:fillRect/>
                    </a:stretch>
                  </pic:blipFill>
                  <pic:spPr>
                    <a:xfrm>
                      <a:off x="0" y="0"/>
                      <a:ext cx="3200400" cy="2272665"/>
                    </a:xfrm>
                    <a:prstGeom prst="rect">
                      <a:avLst/>
                    </a:prstGeom>
                  </pic:spPr>
                </pic:pic>
              </a:graphicData>
            </a:graphic>
            <wp14:sizeRelH relativeFrom="margin">
              <wp14:pctWidth>0</wp14:pctWidth>
            </wp14:sizeRelH>
            <wp14:sizeRelV relativeFrom="margin">
              <wp14:pctHeight>0</wp14:pctHeight>
            </wp14:sizeRelV>
          </wp:anchor>
        </w:drawing>
      </w:r>
    </w:p>
    <w:p w14:paraId="52BFB8FA" w14:textId="77777777" w:rsidR="00DB737A" w:rsidRPr="00FA2FA7" w:rsidRDefault="00DB737A" w:rsidP="00384967">
      <w:pPr>
        <w:pStyle w:val="ListParagraph"/>
        <w:ind w:left="1080"/>
        <w:rPr>
          <w:rFonts w:ascii="Arial" w:hAnsi="Arial" w:cs="Arial"/>
          <w:sz w:val="24"/>
          <w:szCs w:val="24"/>
        </w:rPr>
      </w:pPr>
    </w:p>
    <w:p w14:paraId="223AC8C7" w14:textId="7191E074" w:rsidR="005D49D6" w:rsidRPr="00FA2FA7" w:rsidRDefault="005D49D6" w:rsidP="00384967">
      <w:pPr>
        <w:pStyle w:val="ListParagraph"/>
        <w:ind w:left="1080"/>
        <w:rPr>
          <w:rFonts w:ascii="Arial" w:hAnsi="Arial" w:cs="Arial"/>
          <w:sz w:val="24"/>
          <w:szCs w:val="24"/>
        </w:rPr>
      </w:pPr>
    </w:p>
    <w:p w14:paraId="7525D820" w14:textId="559361ED" w:rsidR="005D49D6" w:rsidRPr="00FA2FA7" w:rsidRDefault="005D49D6" w:rsidP="00384967">
      <w:pPr>
        <w:pStyle w:val="ListParagraph"/>
        <w:ind w:left="1080"/>
        <w:rPr>
          <w:rFonts w:ascii="Arial" w:hAnsi="Arial" w:cs="Arial"/>
          <w:sz w:val="24"/>
          <w:szCs w:val="24"/>
        </w:rPr>
      </w:pPr>
    </w:p>
    <w:p w14:paraId="25E025C4" w14:textId="2D2ED977" w:rsidR="005D49D6" w:rsidRPr="00FA2FA7" w:rsidRDefault="005D49D6">
      <w:pPr>
        <w:pStyle w:val="ListParagraph"/>
        <w:numPr>
          <w:ilvl w:val="0"/>
          <w:numId w:val="14"/>
        </w:numPr>
        <w:ind w:left="284"/>
        <w:rPr>
          <w:rFonts w:ascii="Arial" w:hAnsi="Arial" w:cs="Arial"/>
          <w:sz w:val="24"/>
          <w:szCs w:val="24"/>
        </w:rPr>
      </w:pPr>
      <w:r w:rsidRPr="00FA2FA7">
        <w:rPr>
          <w:rFonts w:ascii="Arial" w:hAnsi="Arial" w:cs="Arial"/>
          <w:sz w:val="24"/>
          <w:szCs w:val="24"/>
        </w:rPr>
        <w:t xml:space="preserve">The summary will then be marked as </w:t>
      </w:r>
      <w:r w:rsidRPr="00D82BB0">
        <w:rPr>
          <w:rFonts w:ascii="Arial" w:hAnsi="Arial" w:cs="Arial"/>
          <w:b/>
          <w:bCs/>
          <w:sz w:val="24"/>
          <w:szCs w:val="24"/>
        </w:rPr>
        <w:t>Ready</w:t>
      </w:r>
      <w:r w:rsidR="001B41A9" w:rsidRPr="00FA2FA7">
        <w:rPr>
          <w:rFonts w:ascii="Arial" w:hAnsi="Arial" w:cs="Arial"/>
          <w:b/>
          <w:bCs/>
          <w:sz w:val="24"/>
          <w:szCs w:val="24"/>
        </w:rPr>
        <w:t xml:space="preserve"> </w:t>
      </w:r>
      <w:r w:rsidR="001B41A9" w:rsidRPr="00FA2FA7">
        <w:rPr>
          <w:rFonts w:ascii="Arial" w:hAnsi="Arial" w:cs="Arial"/>
          <w:sz w:val="24"/>
          <w:szCs w:val="24"/>
        </w:rPr>
        <w:t>and will be awaiting final submission.</w:t>
      </w:r>
    </w:p>
    <w:p w14:paraId="76D9D67B" w14:textId="45026E0C" w:rsidR="008E2EAD" w:rsidRPr="00FA2FA7" w:rsidRDefault="008E2EAD" w:rsidP="00384967">
      <w:pPr>
        <w:pStyle w:val="ListParagraph"/>
        <w:ind w:left="1080"/>
        <w:rPr>
          <w:rFonts w:ascii="Arial" w:hAnsi="Arial" w:cs="Arial"/>
          <w:sz w:val="24"/>
          <w:szCs w:val="24"/>
        </w:rPr>
      </w:pPr>
    </w:p>
    <w:p w14:paraId="1777A124" w14:textId="361BF2B6" w:rsidR="005D49D6" w:rsidRPr="00FA2FA7" w:rsidRDefault="005D49D6" w:rsidP="00384967">
      <w:pPr>
        <w:pStyle w:val="ListParagraph"/>
        <w:ind w:left="1080"/>
        <w:rPr>
          <w:rFonts w:ascii="Arial" w:hAnsi="Arial" w:cs="Arial"/>
          <w:sz w:val="24"/>
          <w:szCs w:val="24"/>
        </w:rPr>
      </w:pPr>
    </w:p>
    <w:p w14:paraId="772BE208" w14:textId="16F137CA" w:rsidR="005D49D6" w:rsidRPr="00684C6D" w:rsidRDefault="005D49D6" w:rsidP="00384967">
      <w:pPr>
        <w:pStyle w:val="ListParagraph"/>
        <w:ind w:left="1080"/>
        <w:rPr>
          <w:rFonts w:ascii="Arial" w:hAnsi="Arial" w:cs="Arial"/>
        </w:rPr>
      </w:pPr>
    </w:p>
    <w:p w14:paraId="20873802" w14:textId="1C69A9BD" w:rsidR="005D49D6" w:rsidRPr="00684C6D" w:rsidRDefault="005D49D6" w:rsidP="00384967">
      <w:pPr>
        <w:pStyle w:val="ListParagraph"/>
        <w:ind w:left="1080"/>
        <w:rPr>
          <w:rFonts w:ascii="Arial" w:hAnsi="Arial" w:cs="Arial"/>
        </w:rPr>
      </w:pPr>
    </w:p>
    <w:p w14:paraId="669A6656" w14:textId="77777777" w:rsidR="004B12CF" w:rsidRPr="00684C6D" w:rsidRDefault="004B12CF" w:rsidP="00384967">
      <w:pPr>
        <w:pStyle w:val="ListParagraph"/>
        <w:ind w:left="1080"/>
        <w:rPr>
          <w:rFonts w:ascii="Arial" w:hAnsi="Arial" w:cs="Arial"/>
        </w:rPr>
      </w:pPr>
    </w:p>
    <w:p w14:paraId="3DB46DDE" w14:textId="77777777" w:rsidR="00DB737A" w:rsidRPr="00684C6D" w:rsidRDefault="00DB737A" w:rsidP="00384967">
      <w:pPr>
        <w:pStyle w:val="ListParagraph"/>
        <w:ind w:left="1080"/>
        <w:rPr>
          <w:rFonts w:ascii="Arial" w:hAnsi="Arial" w:cs="Arial"/>
        </w:rPr>
      </w:pPr>
    </w:p>
    <w:p w14:paraId="4DAE74F0" w14:textId="77777777" w:rsidR="00DB737A" w:rsidRPr="00684C6D" w:rsidRDefault="00DB737A" w:rsidP="00384967">
      <w:pPr>
        <w:pStyle w:val="ListParagraph"/>
        <w:ind w:left="1080"/>
        <w:rPr>
          <w:rFonts w:ascii="Arial" w:hAnsi="Arial" w:cs="Arial"/>
        </w:rPr>
      </w:pPr>
    </w:p>
    <w:p w14:paraId="645ADC8E" w14:textId="298CE871" w:rsidR="00A201D3" w:rsidRPr="00FA2FA7" w:rsidRDefault="00A201D3" w:rsidP="00684C6D">
      <w:pPr>
        <w:pStyle w:val="DAERAHeading"/>
        <w:jc w:val="left"/>
        <w:rPr>
          <w:sz w:val="28"/>
          <w:szCs w:val="28"/>
        </w:rPr>
      </w:pPr>
      <w:bookmarkStart w:id="21" w:name="CoordinatorOverallSubmissionApproval"/>
      <w:r w:rsidRPr="00FA2FA7">
        <w:rPr>
          <w:noProof/>
          <w:sz w:val="28"/>
          <w:szCs w:val="28"/>
        </w:rPr>
        <w:lastRenderedPageBreak/>
        <w:drawing>
          <wp:anchor distT="0" distB="0" distL="114300" distR="114300" simplePos="0" relativeHeight="251976192" behindDoc="0" locked="0" layoutInCell="1" allowOverlap="1" wp14:anchorId="5E575C69" wp14:editId="2D61FEB1">
            <wp:simplePos x="0" y="0"/>
            <wp:positionH relativeFrom="column">
              <wp:posOffset>3441700</wp:posOffset>
            </wp:positionH>
            <wp:positionV relativeFrom="paragraph">
              <wp:posOffset>366395</wp:posOffset>
            </wp:positionV>
            <wp:extent cx="2729865" cy="1549400"/>
            <wp:effectExtent l="0" t="0" r="0" b="0"/>
            <wp:wrapSquare wrapText="bothSides"/>
            <wp:docPr id="1921019123" name="Picture 1" descr="Overall status panel showing the status as Draft and a green ‘Send submission’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1019123" name="Picture 1" descr="Overall status panel showing the status as Draft and a green ‘Send submission’ button."/>
                    <pic:cNvPicPr/>
                  </pic:nvPicPr>
                  <pic:blipFill>
                    <a:blip r:embed="rId84"/>
                    <a:stretch>
                      <a:fillRect/>
                    </a:stretch>
                  </pic:blipFill>
                  <pic:spPr>
                    <a:xfrm>
                      <a:off x="0" y="0"/>
                      <a:ext cx="2729865" cy="1549400"/>
                    </a:xfrm>
                    <a:prstGeom prst="rect">
                      <a:avLst/>
                    </a:prstGeom>
                  </pic:spPr>
                </pic:pic>
              </a:graphicData>
            </a:graphic>
            <wp14:sizeRelH relativeFrom="margin">
              <wp14:pctWidth>0</wp14:pctWidth>
            </wp14:sizeRelH>
            <wp14:sizeRelV relativeFrom="margin">
              <wp14:pctHeight>0</wp14:pctHeight>
            </wp14:sizeRelV>
          </wp:anchor>
        </w:drawing>
      </w:r>
      <w:r w:rsidR="0011579F">
        <w:rPr>
          <w:sz w:val="28"/>
          <w:szCs w:val="28"/>
        </w:rPr>
        <w:t>Rural Needs Coordinator</w:t>
      </w:r>
      <w:r w:rsidRPr="00FA2FA7">
        <w:rPr>
          <w:sz w:val="28"/>
          <w:szCs w:val="28"/>
        </w:rPr>
        <w:t xml:space="preserve"> Overall Submission Approval</w:t>
      </w:r>
      <w:bookmarkEnd w:id="21"/>
    </w:p>
    <w:p w14:paraId="03D1EEBF" w14:textId="68281070" w:rsidR="005D49D6" w:rsidRPr="00684C6D" w:rsidRDefault="005D49D6" w:rsidP="00384967">
      <w:pPr>
        <w:pStyle w:val="ListParagraph"/>
        <w:ind w:left="1080"/>
        <w:rPr>
          <w:rFonts w:ascii="Arial" w:hAnsi="Arial" w:cs="Arial"/>
        </w:rPr>
      </w:pPr>
    </w:p>
    <w:p w14:paraId="7FCF05EE" w14:textId="38B2A2C8" w:rsidR="004B12CF" w:rsidRPr="00FA2FA7" w:rsidRDefault="005D49D6">
      <w:pPr>
        <w:pStyle w:val="ListParagraph"/>
        <w:numPr>
          <w:ilvl w:val="0"/>
          <w:numId w:val="14"/>
        </w:numPr>
        <w:rPr>
          <w:rFonts w:ascii="Arial" w:hAnsi="Arial" w:cs="Arial"/>
          <w:sz w:val="24"/>
          <w:szCs w:val="24"/>
        </w:rPr>
      </w:pPr>
      <w:r w:rsidRPr="00FA2FA7">
        <w:rPr>
          <w:rFonts w:ascii="Arial" w:hAnsi="Arial" w:cs="Arial"/>
          <w:sz w:val="24"/>
          <w:szCs w:val="24"/>
          <w:lang w:val="en-GB"/>
        </w:rPr>
        <w:t xml:space="preserve">When all summaries for the Public Authority show as </w:t>
      </w:r>
      <w:r w:rsidRPr="00D82BB0">
        <w:rPr>
          <w:rFonts w:ascii="Arial" w:hAnsi="Arial" w:cs="Arial"/>
          <w:b/>
          <w:bCs/>
          <w:sz w:val="24"/>
          <w:szCs w:val="24"/>
          <w:lang w:val="en-GB"/>
        </w:rPr>
        <w:t>Ready</w:t>
      </w:r>
      <w:r w:rsidRPr="00FA2FA7">
        <w:rPr>
          <w:rFonts w:ascii="Arial" w:hAnsi="Arial" w:cs="Arial"/>
          <w:b/>
          <w:bCs/>
          <w:sz w:val="24"/>
          <w:szCs w:val="24"/>
          <w:lang w:val="en-GB"/>
        </w:rPr>
        <w:t>,</w:t>
      </w:r>
      <w:r w:rsidRPr="00FA2FA7">
        <w:rPr>
          <w:rFonts w:ascii="Arial" w:hAnsi="Arial" w:cs="Arial"/>
          <w:sz w:val="24"/>
          <w:szCs w:val="24"/>
          <w:lang w:val="en-GB"/>
        </w:rPr>
        <w:t xml:space="preserve"> the Overall Status box </w:t>
      </w:r>
      <w:r w:rsidR="004B12CF" w:rsidRPr="00FA2FA7">
        <w:rPr>
          <w:rFonts w:ascii="Arial" w:hAnsi="Arial" w:cs="Arial"/>
          <w:sz w:val="24"/>
          <w:szCs w:val="24"/>
          <w:lang w:val="en-GB"/>
        </w:rPr>
        <w:t xml:space="preserve">on your Submission Dashboard </w:t>
      </w:r>
      <w:r w:rsidRPr="00FA2FA7">
        <w:rPr>
          <w:rFonts w:ascii="Arial" w:hAnsi="Arial" w:cs="Arial"/>
          <w:sz w:val="24"/>
          <w:szCs w:val="24"/>
          <w:lang w:val="en-GB"/>
        </w:rPr>
        <w:t xml:space="preserve">will activate the </w:t>
      </w:r>
      <w:r w:rsidRPr="00D82BB0">
        <w:rPr>
          <w:rFonts w:ascii="Arial" w:hAnsi="Arial" w:cs="Arial"/>
          <w:b/>
          <w:bCs/>
          <w:sz w:val="24"/>
          <w:szCs w:val="24"/>
          <w:lang w:val="en-GB"/>
        </w:rPr>
        <w:t>Send</w:t>
      </w:r>
      <w:r w:rsidRPr="00D82BB0">
        <w:rPr>
          <w:rFonts w:ascii="Arial" w:hAnsi="Arial" w:cs="Arial"/>
          <w:sz w:val="24"/>
          <w:szCs w:val="24"/>
          <w:lang w:val="en-GB"/>
        </w:rPr>
        <w:t xml:space="preserve"> </w:t>
      </w:r>
      <w:r w:rsidRPr="00D82BB0">
        <w:rPr>
          <w:rFonts w:ascii="Arial" w:hAnsi="Arial" w:cs="Arial"/>
          <w:b/>
          <w:bCs/>
          <w:sz w:val="24"/>
          <w:szCs w:val="24"/>
          <w:lang w:val="en-GB"/>
        </w:rPr>
        <w:t>Submission</w:t>
      </w:r>
      <w:r w:rsidRPr="00FA2FA7">
        <w:rPr>
          <w:rFonts w:ascii="Arial" w:hAnsi="Arial" w:cs="Arial"/>
          <w:sz w:val="24"/>
          <w:szCs w:val="24"/>
          <w:lang w:val="en-GB"/>
        </w:rPr>
        <w:t xml:space="preserve"> button.</w:t>
      </w:r>
    </w:p>
    <w:p w14:paraId="1223BC63" w14:textId="36A1C2CD" w:rsidR="00A334F5" w:rsidRPr="00FA2FA7" w:rsidRDefault="005D49D6" w:rsidP="004B12CF">
      <w:pPr>
        <w:pStyle w:val="ListParagraph"/>
        <w:ind w:left="643"/>
        <w:rPr>
          <w:rFonts w:ascii="Arial" w:hAnsi="Arial" w:cs="Arial"/>
          <w:sz w:val="24"/>
          <w:szCs w:val="24"/>
        </w:rPr>
      </w:pPr>
      <w:r w:rsidRPr="00FA2FA7">
        <w:rPr>
          <w:rFonts w:ascii="Arial" w:hAnsi="Arial" w:cs="Arial"/>
          <w:sz w:val="24"/>
          <w:szCs w:val="24"/>
          <w:lang w:val="en-GB"/>
        </w:rPr>
        <w:br/>
      </w:r>
      <w:r w:rsidR="0083114D" w:rsidRPr="00FA2FA7">
        <w:rPr>
          <w:rFonts w:ascii="Arial" w:hAnsi="Arial" w:cs="Arial"/>
          <w:sz w:val="24"/>
          <w:szCs w:val="24"/>
          <w:lang w:val="en-GB"/>
        </w:rPr>
        <w:t>S</w:t>
      </w:r>
      <w:r w:rsidRPr="00FA2FA7">
        <w:rPr>
          <w:rFonts w:ascii="Arial" w:hAnsi="Arial" w:cs="Arial"/>
          <w:sz w:val="24"/>
          <w:szCs w:val="24"/>
          <w:lang w:val="en-GB"/>
        </w:rPr>
        <w:t xml:space="preserve">elect </w:t>
      </w:r>
      <w:r w:rsidRPr="00D82BB0">
        <w:rPr>
          <w:rFonts w:ascii="Arial" w:hAnsi="Arial" w:cs="Arial"/>
          <w:b/>
          <w:bCs/>
          <w:sz w:val="24"/>
          <w:szCs w:val="24"/>
          <w:lang w:val="en-GB"/>
        </w:rPr>
        <w:t>Send Submission</w:t>
      </w:r>
      <w:r w:rsidR="0083114D" w:rsidRPr="00FA2FA7">
        <w:rPr>
          <w:rFonts w:ascii="Arial" w:hAnsi="Arial" w:cs="Arial"/>
          <w:b/>
          <w:bCs/>
          <w:i/>
          <w:iCs/>
          <w:sz w:val="24"/>
          <w:szCs w:val="24"/>
          <w:lang w:val="en-GB"/>
        </w:rPr>
        <w:t>.</w:t>
      </w:r>
    </w:p>
    <w:p w14:paraId="71403FD6" w14:textId="33CB2369" w:rsidR="00A334F5" w:rsidRPr="00684C6D" w:rsidRDefault="00A334F5" w:rsidP="00485C54">
      <w:pPr>
        <w:rPr>
          <w:rFonts w:ascii="Arial" w:hAnsi="Arial" w:cs="Arial"/>
          <w:color w:val="002060"/>
        </w:rPr>
      </w:pPr>
    </w:p>
    <w:p w14:paraId="6D1A9333" w14:textId="131A5514" w:rsidR="00C57BFD" w:rsidRPr="00C57BFD" w:rsidRDefault="00C57BFD" w:rsidP="00C57BFD">
      <w:pPr>
        <w:rPr>
          <w:rFonts w:ascii="Arial" w:hAnsi="Arial" w:cs="Arial"/>
          <w:color w:val="002060"/>
          <w:lang w:val="en-GB"/>
        </w:rPr>
      </w:pPr>
      <w:r w:rsidRPr="00C57BFD">
        <w:rPr>
          <w:rFonts w:ascii="Arial" w:hAnsi="Arial" w:cs="Arial"/>
          <w:noProof/>
          <w:color w:val="002060"/>
          <w:lang w:val="en-GB"/>
        </w:rPr>
        <w:drawing>
          <wp:anchor distT="0" distB="0" distL="114300" distR="114300" simplePos="0" relativeHeight="252067328" behindDoc="0" locked="0" layoutInCell="1" allowOverlap="1" wp14:anchorId="317192D4" wp14:editId="46B62C91">
            <wp:simplePos x="0" y="0"/>
            <wp:positionH relativeFrom="margin">
              <wp:posOffset>2533650</wp:posOffset>
            </wp:positionH>
            <wp:positionV relativeFrom="paragraph">
              <wp:posOffset>153670</wp:posOffset>
            </wp:positionV>
            <wp:extent cx="3467100" cy="2280920"/>
            <wp:effectExtent l="0" t="0" r="0" b="5080"/>
            <wp:wrapSquare wrapText="bothSides"/>
            <wp:docPr id="650345305" name="Picture 4" descr="Send submission page with an information banner, two verification checkboxes, and buttons to send the submission or can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0345305" name="Picture 4" descr="Send submission page with an information banner, two verification checkboxes, and buttons to send the submission or cancel."/>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467100" cy="22809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48F0FC" w14:textId="6E3877D0" w:rsidR="004B12CF" w:rsidRPr="00684C6D" w:rsidRDefault="004B12CF" w:rsidP="00485C54">
      <w:pPr>
        <w:rPr>
          <w:rFonts w:ascii="Arial" w:hAnsi="Arial" w:cs="Arial"/>
          <w:color w:val="002060"/>
        </w:rPr>
      </w:pPr>
    </w:p>
    <w:p w14:paraId="7E8C76FC" w14:textId="06B3D94E" w:rsidR="0083114D" w:rsidRPr="00C57BFD" w:rsidRDefault="0083114D">
      <w:pPr>
        <w:pStyle w:val="ListParagraph"/>
        <w:numPr>
          <w:ilvl w:val="0"/>
          <w:numId w:val="14"/>
        </w:numPr>
        <w:rPr>
          <w:rFonts w:ascii="Arial" w:hAnsi="Arial" w:cs="Arial"/>
          <w:b/>
          <w:bCs/>
          <w:sz w:val="24"/>
          <w:szCs w:val="24"/>
          <w:lang w:val="en-GB"/>
        </w:rPr>
      </w:pPr>
      <w:r w:rsidRPr="00C57BFD">
        <w:rPr>
          <w:rFonts w:ascii="Arial" w:hAnsi="Arial" w:cs="Arial"/>
          <w:sz w:val="24"/>
          <w:szCs w:val="24"/>
          <w:lang w:val="en-GB"/>
        </w:rPr>
        <w:t xml:space="preserve">Read the statement at the top of the page and </w:t>
      </w:r>
      <w:r w:rsidRPr="00D82BB0">
        <w:rPr>
          <w:rFonts w:ascii="Arial" w:hAnsi="Arial" w:cs="Arial"/>
          <w:b/>
          <w:bCs/>
          <w:sz w:val="24"/>
          <w:szCs w:val="24"/>
          <w:lang w:val="en-GB"/>
        </w:rPr>
        <w:t xml:space="preserve">select the </w:t>
      </w:r>
      <w:r w:rsidR="00C57BFD" w:rsidRPr="00D82BB0">
        <w:rPr>
          <w:rFonts w:ascii="Arial" w:hAnsi="Arial" w:cs="Arial"/>
          <w:b/>
          <w:bCs/>
          <w:sz w:val="24"/>
          <w:szCs w:val="24"/>
          <w:lang w:val="en-GB"/>
        </w:rPr>
        <w:t>checkboxes</w:t>
      </w:r>
      <w:r w:rsidRPr="00D82BB0">
        <w:rPr>
          <w:rFonts w:ascii="Arial" w:hAnsi="Arial" w:cs="Arial"/>
          <w:sz w:val="24"/>
          <w:szCs w:val="24"/>
          <w:lang w:val="en-GB"/>
        </w:rPr>
        <w:t xml:space="preserve"> to</w:t>
      </w:r>
      <w:r w:rsidRPr="00C57BFD">
        <w:rPr>
          <w:rFonts w:ascii="Arial" w:hAnsi="Arial" w:cs="Arial"/>
          <w:sz w:val="24"/>
          <w:szCs w:val="24"/>
          <w:lang w:val="en-GB"/>
        </w:rPr>
        <w:t xml:space="preserve"> verify that you have checked each submission and are authorised to submit the return on behalf of your Public Authority. Once completed, select</w:t>
      </w:r>
      <w:r w:rsidRPr="00C57BFD">
        <w:rPr>
          <w:rFonts w:ascii="Arial" w:hAnsi="Arial" w:cs="Arial"/>
          <w:b/>
          <w:bCs/>
          <w:sz w:val="24"/>
          <w:szCs w:val="24"/>
          <w:lang w:val="en-GB"/>
        </w:rPr>
        <w:t xml:space="preserve"> </w:t>
      </w:r>
      <w:r w:rsidRPr="00D82BB0">
        <w:rPr>
          <w:rFonts w:ascii="Arial" w:hAnsi="Arial" w:cs="Arial"/>
          <w:b/>
          <w:bCs/>
          <w:sz w:val="24"/>
          <w:szCs w:val="24"/>
          <w:lang w:val="en-GB"/>
        </w:rPr>
        <w:t>Send Submission</w:t>
      </w:r>
      <w:r w:rsidRPr="00C57BFD">
        <w:rPr>
          <w:rFonts w:ascii="Arial" w:hAnsi="Arial" w:cs="Arial"/>
          <w:b/>
          <w:bCs/>
          <w:i/>
          <w:iCs/>
          <w:sz w:val="24"/>
          <w:szCs w:val="24"/>
          <w:lang w:val="en-GB"/>
        </w:rPr>
        <w:t>.</w:t>
      </w:r>
    </w:p>
    <w:p w14:paraId="6CF41DF5" w14:textId="77777777" w:rsidR="0083114D" w:rsidRPr="00FA2FA7" w:rsidRDefault="0083114D" w:rsidP="0083114D">
      <w:pPr>
        <w:pStyle w:val="ListParagraph"/>
        <w:rPr>
          <w:rFonts w:ascii="Arial" w:hAnsi="Arial" w:cs="Arial"/>
          <w:b/>
          <w:bCs/>
          <w:sz w:val="24"/>
          <w:szCs w:val="24"/>
          <w:lang w:val="en-GB"/>
        </w:rPr>
      </w:pPr>
    </w:p>
    <w:p w14:paraId="676B166D" w14:textId="77777777" w:rsidR="0083114D" w:rsidRPr="00684C6D" w:rsidRDefault="0083114D" w:rsidP="0083114D">
      <w:pPr>
        <w:pStyle w:val="ListParagraph"/>
        <w:rPr>
          <w:rFonts w:ascii="Arial" w:hAnsi="Arial" w:cs="Arial"/>
          <w:b/>
          <w:bCs/>
          <w:lang w:val="en-GB"/>
        </w:rPr>
      </w:pPr>
    </w:p>
    <w:p w14:paraId="7BB831A9" w14:textId="77777777" w:rsidR="0083114D" w:rsidRPr="00684C6D" w:rsidRDefault="0083114D" w:rsidP="0083114D">
      <w:pPr>
        <w:pStyle w:val="ListParagraph"/>
        <w:rPr>
          <w:rFonts w:ascii="Arial" w:hAnsi="Arial" w:cs="Arial"/>
          <w:b/>
          <w:bCs/>
          <w:lang w:val="en-GB"/>
        </w:rPr>
      </w:pPr>
    </w:p>
    <w:p w14:paraId="5EAE3CD9" w14:textId="5E7E18C7" w:rsidR="004B12CF" w:rsidRPr="00684C6D" w:rsidRDefault="004B12CF" w:rsidP="0083114D">
      <w:pPr>
        <w:pStyle w:val="ListParagraph"/>
        <w:rPr>
          <w:rFonts w:ascii="Arial" w:hAnsi="Arial" w:cs="Arial"/>
          <w:b/>
          <w:bCs/>
          <w:lang w:val="en-GB"/>
        </w:rPr>
      </w:pPr>
    </w:p>
    <w:p w14:paraId="73DFB7F4" w14:textId="28F103EA" w:rsidR="004B12CF" w:rsidRPr="00684C6D" w:rsidRDefault="004B12CF" w:rsidP="0083114D">
      <w:pPr>
        <w:pStyle w:val="ListParagraph"/>
        <w:rPr>
          <w:rFonts w:ascii="Arial" w:hAnsi="Arial" w:cs="Arial"/>
          <w:b/>
          <w:bCs/>
          <w:lang w:val="en-GB"/>
        </w:rPr>
      </w:pPr>
    </w:p>
    <w:p w14:paraId="063EC48F" w14:textId="78E4B988" w:rsidR="004B12CF" w:rsidRPr="00684C6D" w:rsidRDefault="004B12CF" w:rsidP="0083114D">
      <w:pPr>
        <w:pStyle w:val="ListParagraph"/>
        <w:rPr>
          <w:rFonts w:ascii="Arial" w:hAnsi="Arial" w:cs="Arial"/>
          <w:b/>
          <w:bCs/>
          <w:lang w:val="en-GB"/>
        </w:rPr>
      </w:pPr>
    </w:p>
    <w:p w14:paraId="53D4C5DE" w14:textId="50796458" w:rsidR="0083114D" w:rsidRPr="00684C6D" w:rsidRDefault="0083114D" w:rsidP="0083114D">
      <w:pPr>
        <w:pStyle w:val="ListParagraph"/>
        <w:rPr>
          <w:rFonts w:ascii="Arial" w:hAnsi="Arial" w:cs="Arial"/>
          <w:b/>
          <w:bCs/>
          <w:lang w:val="en-GB"/>
        </w:rPr>
      </w:pPr>
      <w:r w:rsidRPr="00684C6D">
        <w:rPr>
          <w:rFonts w:ascii="Arial" w:hAnsi="Arial" w:cs="Arial"/>
          <w:b/>
          <w:bCs/>
          <w:noProof/>
        </w:rPr>
        <w:drawing>
          <wp:anchor distT="0" distB="0" distL="114300" distR="114300" simplePos="0" relativeHeight="251978240" behindDoc="0" locked="0" layoutInCell="1" allowOverlap="1" wp14:anchorId="21AD66EA" wp14:editId="1015F1D5">
            <wp:simplePos x="0" y="0"/>
            <wp:positionH relativeFrom="margin">
              <wp:align>right</wp:align>
            </wp:positionH>
            <wp:positionV relativeFrom="paragraph">
              <wp:posOffset>76200</wp:posOffset>
            </wp:positionV>
            <wp:extent cx="3093720" cy="2169795"/>
            <wp:effectExtent l="0" t="0" r="0" b="1905"/>
            <wp:wrapSquare wrapText="bothSides"/>
            <wp:docPr id="904542874" name="Picture 1" descr="Submission Dashboard showing a ‘Submission Sent’ banner, updated status panels including ‘Submitted’ under Overall status and ‘DAERA Rural Needs Team reviewing’ under Next st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4542874" name="Picture 1" descr="Submission Dashboard showing a ‘Submission Sent’ banner, updated status panels including ‘Submitted’ under Overall status and ‘DAERA Rural Needs Team reviewing’ under Next steps."/>
                    <pic:cNvPicPr/>
                  </pic:nvPicPr>
                  <pic:blipFill>
                    <a:blip r:embed="rId86"/>
                    <a:stretch>
                      <a:fillRect/>
                    </a:stretch>
                  </pic:blipFill>
                  <pic:spPr>
                    <a:xfrm>
                      <a:off x="0" y="0"/>
                      <a:ext cx="3093720" cy="2169795"/>
                    </a:xfrm>
                    <a:prstGeom prst="rect">
                      <a:avLst/>
                    </a:prstGeom>
                  </pic:spPr>
                </pic:pic>
              </a:graphicData>
            </a:graphic>
            <wp14:sizeRelH relativeFrom="margin">
              <wp14:pctWidth>0</wp14:pctWidth>
            </wp14:sizeRelH>
            <wp14:sizeRelV relativeFrom="margin">
              <wp14:pctHeight>0</wp14:pctHeight>
            </wp14:sizeRelV>
          </wp:anchor>
        </w:drawing>
      </w:r>
    </w:p>
    <w:p w14:paraId="36DF740E" w14:textId="2D81921F" w:rsidR="0083114D" w:rsidRPr="00684C6D" w:rsidRDefault="0083114D" w:rsidP="0083114D">
      <w:pPr>
        <w:pStyle w:val="ListParagraph"/>
        <w:rPr>
          <w:rFonts w:ascii="Arial" w:hAnsi="Arial" w:cs="Arial"/>
          <w:b/>
          <w:bCs/>
          <w:lang w:val="en-GB"/>
        </w:rPr>
      </w:pPr>
    </w:p>
    <w:p w14:paraId="247E1FE5" w14:textId="77777777" w:rsidR="006110EC" w:rsidRPr="00C57BFD" w:rsidRDefault="00631C25">
      <w:pPr>
        <w:pStyle w:val="ListParagraph"/>
        <w:numPr>
          <w:ilvl w:val="0"/>
          <w:numId w:val="14"/>
        </w:numPr>
        <w:spacing w:after="0" w:line="300" w:lineRule="atLeast"/>
        <w:rPr>
          <w:bCs/>
          <w:color w:val="002060"/>
          <w:lang w:val="en-GB"/>
        </w:rPr>
      </w:pPr>
      <w:r w:rsidRPr="006110EC">
        <w:rPr>
          <w:rFonts w:ascii="Arial" w:eastAsia="Times New Roman" w:hAnsi="Arial" w:cs="Arial"/>
          <w:sz w:val="24"/>
          <w:szCs w:val="24"/>
          <w:lang w:val="en-GB" w:eastAsia="en-GB"/>
        </w:rPr>
        <w:t xml:space="preserve">Your Submission Dashboard will now display a confirmation message showing that the submissions have been sent to the </w:t>
      </w:r>
      <w:r w:rsidRPr="006110EC">
        <w:rPr>
          <w:rFonts w:ascii="Arial" w:eastAsia="Times New Roman" w:hAnsi="Arial" w:cs="Arial"/>
          <w:b/>
          <w:bCs/>
          <w:sz w:val="24"/>
          <w:szCs w:val="24"/>
          <w:lang w:val="en-GB" w:eastAsia="en-GB"/>
        </w:rPr>
        <w:t>DAERA Rural Needs Team</w:t>
      </w:r>
      <w:r w:rsidRPr="006110EC">
        <w:rPr>
          <w:rFonts w:ascii="Arial" w:eastAsia="Times New Roman" w:hAnsi="Arial" w:cs="Arial"/>
          <w:sz w:val="24"/>
          <w:szCs w:val="24"/>
          <w:lang w:val="en-GB" w:eastAsia="en-GB"/>
        </w:rPr>
        <w:t xml:space="preserve">. The Overall Status box will update to reflect this, and the Next Steps section will change to </w:t>
      </w:r>
      <w:r w:rsidRPr="00D82BB0">
        <w:rPr>
          <w:rFonts w:ascii="Arial" w:eastAsia="Times New Roman" w:hAnsi="Arial" w:cs="Arial"/>
          <w:sz w:val="24"/>
          <w:szCs w:val="24"/>
          <w:lang w:val="en-GB" w:eastAsia="en-GB"/>
        </w:rPr>
        <w:t>‘</w:t>
      </w:r>
      <w:r w:rsidRPr="00D82BB0">
        <w:rPr>
          <w:rFonts w:ascii="Arial" w:eastAsia="Times New Roman" w:hAnsi="Arial" w:cs="Arial"/>
          <w:b/>
          <w:bCs/>
          <w:sz w:val="24"/>
          <w:szCs w:val="24"/>
          <w:lang w:val="en-GB" w:eastAsia="en-GB"/>
        </w:rPr>
        <w:t>DAERA Rural Needs Team reviewing’</w:t>
      </w:r>
      <w:r w:rsidRPr="006110EC">
        <w:rPr>
          <w:rFonts w:ascii="Arial" w:eastAsia="Times New Roman" w:hAnsi="Arial" w:cs="Arial"/>
          <w:b/>
          <w:bCs/>
          <w:i/>
          <w:iCs/>
          <w:sz w:val="24"/>
          <w:szCs w:val="24"/>
          <w:lang w:val="en-GB" w:eastAsia="en-GB"/>
        </w:rPr>
        <w:t>.</w:t>
      </w:r>
      <w:bookmarkStart w:id="22" w:name="ReviewingApplyingSuggestedChanges"/>
    </w:p>
    <w:p w14:paraId="4B5376B0" w14:textId="77777777" w:rsidR="00C57BFD" w:rsidRDefault="00C57BFD" w:rsidP="00C57BFD">
      <w:pPr>
        <w:spacing w:after="0" w:line="300" w:lineRule="atLeast"/>
        <w:rPr>
          <w:bCs/>
          <w:color w:val="002060"/>
          <w:lang w:val="en-GB"/>
        </w:rPr>
      </w:pPr>
    </w:p>
    <w:p w14:paraId="644C6DCF" w14:textId="77777777" w:rsidR="00C57BFD" w:rsidRDefault="00C57BFD" w:rsidP="00C57BFD">
      <w:pPr>
        <w:spacing w:after="0" w:line="300" w:lineRule="atLeast"/>
        <w:rPr>
          <w:bCs/>
          <w:color w:val="002060"/>
          <w:lang w:val="en-GB"/>
        </w:rPr>
      </w:pPr>
    </w:p>
    <w:p w14:paraId="7CDAC611" w14:textId="77777777" w:rsidR="00C57BFD" w:rsidRPr="00C57BFD" w:rsidRDefault="00C57BFD" w:rsidP="00C57BFD">
      <w:pPr>
        <w:spacing w:after="0" w:line="300" w:lineRule="atLeast"/>
        <w:rPr>
          <w:bCs/>
          <w:color w:val="002060"/>
          <w:lang w:val="en-GB"/>
        </w:rPr>
      </w:pPr>
    </w:p>
    <w:p w14:paraId="4E002292" w14:textId="3FE4FC27" w:rsidR="004F35A6" w:rsidRDefault="004F35A6" w:rsidP="006110EC">
      <w:pPr>
        <w:spacing w:after="0" w:line="300" w:lineRule="atLeast"/>
        <w:rPr>
          <w:rFonts w:ascii="Arial" w:hAnsi="Arial" w:cs="Arial"/>
          <w:b/>
          <w:color w:val="00AA4F"/>
          <w:sz w:val="32"/>
          <w:szCs w:val="32"/>
          <w:lang w:val="en-GB"/>
        </w:rPr>
      </w:pPr>
      <w:r w:rsidRPr="006110EC">
        <w:rPr>
          <w:rFonts w:ascii="Arial" w:hAnsi="Arial" w:cs="Arial"/>
          <w:b/>
          <w:color w:val="00AA4F"/>
          <w:sz w:val="32"/>
          <w:szCs w:val="32"/>
          <w:lang w:val="en-GB"/>
        </w:rPr>
        <w:lastRenderedPageBreak/>
        <w:t xml:space="preserve">Policy </w:t>
      </w:r>
      <w:proofErr w:type="gramStart"/>
      <w:r w:rsidRPr="006110EC">
        <w:rPr>
          <w:rFonts w:ascii="Arial" w:hAnsi="Arial" w:cs="Arial"/>
          <w:b/>
          <w:color w:val="00AA4F"/>
          <w:sz w:val="32"/>
          <w:szCs w:val="32"/>
          <w:lang w:val="en-GB"/>
        </w:rPr>
        <w:t>Lead</w:t>
      </w:r>
      <w:proofErr w:type="gramEnd"/>
      <w:r w:rsidRPr="006110EC">
        <w:rPr>
          <w:rFonts w:ascii="Arial" w:hAnsi="Arial" w:cs="Arial"/>
          <w:b/>
          <w:color w:val="00AA4F"/>
          <w:sz w:val="32"/>
          <w:szCs w:val="32"/>
          <w:lang w:val="en-GB"/>
        </w:rPr>
        <w:t xml:space="preserve"> &amp; </w:t>
      </w:r>
      <w:r w:rsidR="0011579F">
        <w:rPr>
          <w:rFonts w:ascii="Arial" w:hAnsi="Arial" w:cs="Arial"/>
          <w:b/>
          <w:color w:val="00AA4F"/>
          <w:sz w:val="32"/>
          <w:szCs w:val="32"/>
          <w:lang w:val="en-GB"/>
        </w:rPr>
        <w:t>Rural Needs Coordinator</w:t>
      </w:r>
    </w:p>
    <w:p w14:paraId="4916010A" w14:textId="77777777" w:rsidR="006110EC" w:rsidRPr="006110EC" w:rsidRDefault="006110EC" w:rsidP="006110EC">
      <w:pPr>
        <w:spacing w:after="0" w:line="300" w:lineRule="atLeast"/>
        <w:rPr>
          <w:rFonts w:ascii="Arial" w:hAnsi="Arial" w:cs="Arial"/>
          <w:b/>
          <w:color w:val="002060"/>
          <w:sz w:val="32"/>
          <w:szCs w:val="32"/>
          <w:lang w:val="en-GB"/>
        </w:rPr>
      </w:pPr>
    </w:p>
    <w:p w14:paraId="01079F89" w14:textId="3CC51993" w:rsidR="0000121E" w:rsidRPr="00FA2FA7" w:rsidRDefault="00A201D3" w:rsidP="00684C6D">
      <w:pPr>
        <w:pStyle w:val="DAERAHeading"/>
        <w:jc w:val="left"/>
        <w:rPr>
          <w:color w:val="002060"/>
          <w:sz w:val="28"/>
          <w:szCs w:val="28"/>
          <w:lang w:val="en-GB"/>
        </w:rPr>
      </w:pPr>
      <w:r w:rsidRPr="00FA2FA7">
        <w:rPr>
          <w:color w:val="002060"/>
          <w:sz w:val="28"/>
          <w:szCs w:val="28"/>
          <w:lang w:val="en-GB"/>
        </w:rPr>
        <w:t>R</w:t>
      </w:r>
      <w:r w:rsidR="0000121E" w:rsidRPr="00FA2FA7">
        <w:rPr>
          <w:color w:val="002060"/>
          <w:sz w:val="28"/>
          <w:szCs w:val="28"/>
          <w:lang w:val="en-GB"/>
        </w:rPr>
        <w:t>eviewing and Applying Suggested Changes from the Rural Needs Team</w:t>
      </w:r>
    </w:p>
    <w:bookmarkEnd w:id="22"/>
    <w:p w14:paraId="3D9847C7" w14:textId="04E0C517" w:rsidR="004B12CF" w:rsidRPr="00FA2FA7" w:rsidRDefault="006110EC">
      <w:pPr>
        <w:pStyle w:val="Heading1"/>
        <w:numPr>
          <w:ilvl w:val="0"/>
          <w:numId w:val="15"/>
        </w:numPr>
        <w:rPr>
          <w:rFonts w:ascii="Arial" w:hAnsi="Arial" w:cs="Arial"/>
          <w:b w:val="0"/>
          <w:bCs w:val="0"/>
          <w:color w:val="auto"/>
          <w:sz w:val="24"/>
          <w:szCs w:val="24"/>
          <w:lang w:val="en-GB"/>
        </w:rPr>
      </w:pPr>
      <w:r w:rsidRPr="00FA2FA7">
        <w:rPr>
          <w:rFonts w:ascii="Arial" w:hAnsi="Arial" w:cs="Arial"/>
          <w:b w:val="0"/>
          <w:bCs w:val="0"/>
          <w:noProof/>
          <w:color w:val="auto"/>
          <w:sz w:val="24"/>
          <w:szCs w:val="24"/>
        </w:rPr>
        <mc:AlternateContent>
          <mc:Choice Requires="wps">
            <w:drawing>
              <wp:anchor distT="0" distB="0" distL="114300" distR="114300" simplePos="0" relativeHeight="251987456" behindDoc="0" locked="0" layoutInCell="1" allowOverlap="1" wp14:anchorId="4C036FD5" wp14:editId="34EB22B7">
                <wp:simplePos x="0" y="0"/>
                <wp:positionH relativeFrom="column">
                  <wp:posOffset>3181350</wp:posOffset>
                </wp:positionH>
                <wp:positionV relativeFrom="paragraph">
                  <wp:posOffset>2091690</wp:posOffset>
                </wp:positionV>
                <wp:extent cx="400050" cy="419100"/>
                <wp:effectExtent l="38100" t="38100" r="57150" b="76200"/>
                <wp:wrapNone/>
                <wp:docPr id="272846036" name="Straight Arrow Connector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400050" cy="419100"/>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D7F956C" id="Straight Arrow Connector 1" o:spid="_x0000_s1026" type="#_x0000_t32" alt="&quot;&quot;" style="position:absolute;margin-left:250.5pt;margin-top:164.7pt;width:31.5pt;height:33pt;flip:y;z-index:25198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VyuxgEAANkDAAAOAAAAZHJzL2Uyb0RvYy54bWysU02P1DAMvSPxH6LcmbajBUE1nT3MAhcE&#10;K77u2dRpI+VLiZm2/x4nnekiQCAhLlaa+D37PbuH29kadoaYtHcdb3Y1Z+Ck77UbOv7l85tnLzlL&#10;KFwvjHfQ8QUSvz0+fXKYQgt7P3rTQ2RE4lI7hY6PiKGtqiRHsCLtfABHj8pHK5A+41D1UUzEbk21&#10;r+sX1eRjH6KXkBLd3q2P/Fj4lQKJH5RKgMx0nHrDEmOJDzlWx4NohyjCqOWlDfEPXVihHRXdqO4E&#10;CvYt6l+orJbRJ69wJ72tvFJaQtFAapr6JzWfRhGgaCFzUthsSv+PVr4/n9x9JBumkNoU7mNWMato&#10;mTI6fKWZFl3UKZuLbctmG8zIJF3e1HX9nMyV9HTTvGrqYmu10mS6EBO+BW9ZPnQ8YRR6GPHknaMB&#10;+biWEOd3CakRAl4BGWxcjii0ee16hkugLcKohRsM5PFRek6pHvsvJ1wMrPCPoJjuqc99UVJWC04m&#10;srOgpRBSgsNmY6LsDFPamA1Y/x14yc9QKGu3gVdxf6y6IUpl73ADW+18/F11nK8tqzX/6sCqO1vw&#10;4PulTLZYQ/tTvLrsel7QH78L/PGPPH4HAAD//wMAUEsDBBQABgAIAAAAIQCAknBb4QAAAAsBAAAP&#10;AAAAZHJzL2Rvd25yZXYueG1sTI/NTsMwEITvSLyDtUjcqB2TlDbEqRAIIS78tL1wc2MTR8TrKHba&#10;8PYsJzju7Gjmm2oz+54d7Ri7gAqyhQBmsQmmw1bBfvd4tQIWk0aj+4BWwbeNsKnPzypdmnDCd3vc&#10;ppZRCMZSK3ApDSXnsXHW67gIg0X6fYbR60Tn2HIz6hOF+55LIZbc6w6pwenB3jvbfG0nr+DtIYgX&#10;+To4lzVymqJ8ftrdfCh1eTHf3QJLdk5/ZvjFJ3SoiekQJjSR9QoKkdGWpOBarnNg5CiWOSkHUtZF&#10;Dryu+P8N9Q8AAAD//wMAUEsBAi0AFAAGAAgAAAAhALaDOJL+AAAA4QEAABMAAAAAAAAAAAAAAAAA&#10;AAAAAFtDb250ZW50X1R5cGVzXS54bWxQSwECLQAUAAYACAAAACEAOP0h/9YAAACUAQAACwAAAAAA&#10;AAAAAAAAAAAvAQAAX3JlbHMvLnJlbHNQSwECLQAUAAYACAAAACEAYqVcrsYBAADZAwAADgAAAAAA&#10;AAAAAAAAAAAuAgAAZHJzL2Uyb0RvYy54bWxQSwECLQAUAAYACAAAACEAgJJwW+EAAAALAQAADwAA&#10;AAAAAAAAAAAAAAAgBAAAZHJzL2Rvd25yZXYueG1sUEsFBgAAAAAEAAQA8wAAAC4FAAAAAA==&#10;" strokecolor="#4f81bd [3204]" strokeweight="2pt">
                <v:stroke endarrow="block"/>
                <v:shadow on="t" color="black" opacity="24903f" origin=",.5" offset="0,.55556mm"/>
              </v:shape>
            </w:pict>
          </mc:Fallback>
        </mc:AlternateContent>
      </w:r>
      <w:r w:rsidRPr="00FA2FA7">
        <w:rPr>
          <w:rFonts w:ascii="Arial" w:hAnsi="Arial" w:cs="Arial"/>
          <w:b w:val="0"/>
          <w:bCs w:val="0"/>
          <w:noProof/>
          <w:color w:val="auto"/>
          <w:sz w:val="24"/>
          <w:szCs w:val="24"/>
        </w:rPr>
        <w:drawing>
          <wp:anchor distT="0" distB="0" distL="114300" distR="114300" simplePos="0" relativeHeight="251979264" behindDoc="0" locked="0" layoutInCell="1" allowOverlap="1" wp14:anchorId="47D654D0" wp14:editId="5E88CB42">
            <wp:simplePos x="0" y="0"/>
            <wp:positionH relativeFrom="column">
              <wp:posOffset>3333115</wp:posOffset>
            </wp:positionH>
            <wp:positionV relativeFrom="paragraph">
              <wp:posOffset>332740</wp:posOffset>
            </wp:positionV>
            <wp:extent cx="2607945" cy="1803400"/>
            <wp:effectExtent l="0" t="0" r="1905" b="6350"/>
            <wp:wrapSquare wrapText="bothSides"/>
            <wp:docPr id="2131126809" name="Picture 1" descr="Suggested changes panel showing the number of summaries with suggested changes and a link to view th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1126809" name="Picture 1" descr="Suggested changes panel showing the number of summaries with suggested changes and a link to view them."/>
                    <pic:cNvPicPr/>
                  </pic:nvPicPr>
                  <pic:blipFill rotWithShape="1">
                    <a:blip r:embed="rId87"/>
                    <a:srcRect l="65620" r="3601" b="8232"/>
                    <a:stretch>
                      <a:fillRect/>
                    </a:stretch>
                  </pic:blipFill>
                  <pic:spPr bwMode="auto">
                    <a:xfrm>
                      <a:off x="0" y="0"/>
                      <a:ext cx="2607945" cy="1803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B12CF" w:rsidRPr="00FA2FA7">
        <w:rPr>
          <w:rFonts w:ascii="Arial" w:hAnsi="Arial" w:cs="Arial"/>
          <w:b w:val="0"/>
          <w:bCs w:val="0"/>
          <w:color w:val="auto"/>
          <w:sz w:val="24"/>
          <w:szCs w:val="24"/>
          <w:lang w:val="en-GB"/>
        </w:rPr>
        <w:t xml:space="preserve">When the DAERA Rural Needs Team reviews the submission, they may suggest changes. If this happens, the submission will be returned to you as the </w:t>
      </w:r>
      <w:r w:rsidR="0011579F">
        <w:rPr>
          <w:rFonts w:ascii="Arial" w:hAnsi="Arial" w:cs="Arial"/>
          <w:b w:val="0"/>
          <w:bCs w:val="0"/>
          <w:color w:val="auto"/>
          <w:sz w:val="24"/>
          <w:szCs w:val="24"/>
          <w:lang w:val="en-GB"/>
        </w:rPr>
        <w:t>Rural Needs Coordinator</w:t>
      </w:r>
      <w:r w:rsidR="004B12CF" w:rsidRPr="00FA2FA7">
        <w:rPr>
          <w:rFonts w:ascii="Arial" w:hAnsi="Arial" w:cs="Arial"/>
          <w:b w:val="0"/>
          <w:bCs w:val="0"/>
          <w:color w:val="auto"/>
          <w:sz w:val="24"/>
          <w:szCs w:val="24"/>
          <w:lang w:val="en-GB"/>
        </w:rPr>
        <w:t xml:space="preserve">. The </w:t>
      </w:r>
      <w:r w:rsidR="00B731AB" w:rsidRPr="00FA2FA7">
        <w:rPr>
          <w:rFonts w:ascii="Arial" w:hAnsi="Arial" w:cs="Arial"/>
          <w:i/>
          <w:iCs/>
          <w:color w:val="auto"/>
          <w:sz w:val="24"/>
          <w:szCs w:val="24"/>
          <w:lang w:val="en-GB"/>
        </w:rPr>
        <w:t>‘</w:t>
      </w:r>
      <w:r w:rsidR="004B12CF" w:rsidRPr="00D82BB0">
        <w:rPr>
          <w:rFonts w:ascii="Arial" w:hAnsi="Arial" w:cs="Arial"/>
          <w:color w:val="auto"/>
          <w:sz w:val="24"/>
          <w:szCs w:val="24"/>
          <w:lang w:val="en-GB"/>
        </w:rPr>
        <w:t>Suggested Changes</w:t>
      </w:r>
      <w:r w:rsidR="00B731AB" w:rsidRPr="00D82BB0">
        <w:rPr>
          <w:rFonts w:ascii="Arial" w:hAnsi="Arial" w:cs="Arial"/>
          <w:color w:val="auto"/>
          <w:sz w:val="24"/>
          <w:szCs w:val="24"/>
          <w:lang w:val="en-GB"/>
        </w:rPr>
        <w:t>’</w:t>
      </w:r>
      <w:r w:rsidR="004B12CF" w:rsidRPr="00FA2FA7">
        <w:rPr>
          <w:rFonts w:ascii="Arial" w:hAnsi="Arial" w:cs="Arial"/>
          <w:i/>
          <w:iCs/>
          <w:color w:val="auto"/>
          <w:sz w:val="24"/>
          <w:szCs w:val="24"/>
          <w:lang w:val="en-GB"/>
        </w:rPr>
        <w:t xml:space="preserve"> </w:t>
      </w:r>
      <w:r w:rsidR="004B12CF" w:rsidRPr="00FA2FA7">
        <w:rPr>
          <w:rFonts w:ascii="Arial" w:hAnsi="Arial" w:cs="Arial"/>
          <w:b w:val="0"/>
          <w:bCs w:val="0"/>
          <w:color w:val="auto"/>
          <w:sz w:val="24"/>
          <w:szCs w:val="24"/>
          <w:lang w:val="en-GB"/>
        </w:rPr>
        <w:t>box at the bottom of your Submission Dashboard will update to show how many summaries require amendments. For example, if there are four summaries and only one requires a change, the remaining summaries cannot be edited.</w:t>
      </w:r>
    </w:p>
    <w:p w14:paraId="1477EF20" w14:textId="1B6B9E75" w:rsidR="00C55AEC" w:rsidRPr="00FA2FA7" w:rsidRDefault="00C55AEC" w:rsidP="004B12CF">
      <w:pPr>
        <w:pStyle w:val="Heading1"/>
        <w:ind w:left="643"/>
        <w:rPr>
          <w:rFonts w:ascii="Arial" w:hAnsi="Arial" w:cs="Arial"/>
          <w:b w:val="0"/>
          <w:bCs w:val="0"/>
          <w:color w:val="auto"/>
          <w:sz w:val="24"/>
          <w:szCs w:val="24"/>
          <w:lang w:val="en-GB"/>
        </w:rPr>
      </w:pPr>
      <w:r w:rsidRPr="00FA2FA7">
        <w:rPr>
          <w:rFonts w:ascii="Arial" w:hAnsi="Arial" w:cs="Arial"/>
          <w:b w:val="0"/>
          <w:bCs w:val="0"/>
          <w:color w:val="auto"/>
          <w:sz w:val="24"/>
          <w:szCs w:val="24"/>
          <w:lang w:val="en-GB"/>
        </w:rPr>
        <w:t xml:space="preserve">Select </w:t>
      </w:r>
      <w:r w:rsidRPr="00D82BB0">
        <w:rPr>
          <w:rFonts w:ascii="Arial" w:hAnsi="Arial" w:cs="Arial"/>
          <w:color w:val="auto"/>
          <w:sz w:val="24"/>
          <w:szCs w:val="24"/>
          <w:lang w:val="en-GB"/>
        </w:rPr>
        <w:t>View Summaries</w:t>
      </w:r>
      <w:r w:rsidRPr="00FA2FA7">
        <w:rPr>
          <w:rFonts w:ascii="Arial" w:hAnsi="Arial" w:cs="Arial"/>
          <w:b w:val="0"/>
          <w:bCs w:val="0"/>
          <w:i/>
          <w:iCs/>
          <w:color w:val="auto"/>
          <w:sz w:val="24"/>
          <w:szCs w:val="24"/>
          <w:lang w:val="en-GB"/>
        </w:rPr>
        <w:t xml:space="preserve"> with suggested changes</w:t>
      </w:r>
      <w:r w:rsidRPr="00FA2FA7">
        <w:rPr>
          <w:rFonts w:ascii="Arial" w:hAnsi="Arial" w:cs="Arial"/>
          <w:b w:val="0"/>
          <w:bCs w:val="0"/>
          <w:color w:val="auto"/>
          <w:sz w:val="24"/>
          <w:szCs w:val="24"/>
          <w:lang w:val="en-GB"/>
        </w:rPr>
        <w:t xml:space="preserve"> to review.</w:t>
      </w:r>
    </w:p>
    <w:p w14:paraId="7CBAD14C" w14:textId="506FC892" w:rsidR="00C55AEC" w:rsidRPr="00FA2FA7" w:rsidRDefault="00C55AEC" w:rsidP="00C55AEC">
      <w:pPr>
        <w:rPr>
          <w:rFonts w:ascii="Arial" w:hAnsi="Arial" w:cs="Arial"/>
          <w:sz w:val="24"/>
          <w:szCs w:val="24"/>
          <w:lang w:val="en-GB"/>
        </w:rPr>
      </w:pPr>
    </w:p>
    <w:p w14:paraId="46284DA8" w14:textId="77777777" w:rsidR="00A201D3" w:rsidRPr="00684C6D" w:rsidRDefault="00A201D3" w:rsidP="00C55AEC">
      <w:pPr>
        <w:rPr>
          <w:rFonts w:ascii="Arial" w:hAnsi="Arial" w:cs="Arial"/>
          <w:lang w:val="en-GB"/>
        </w:rPr>
      </w:pPr>
    </w:p>
    <w:p w14:paraId="68B8A4A7" w14:textId="77777777" w:rsidR="00A201D3" w:rsidRPr="00684C6D" w:rsidRDefault="00A201D3" w:rsidP="00C55AEC">
      <w:pPr>
        <w:rPr>
          <w:rFonts w:ascii="Arial" w:hAnsi="Arial" w:cs="Arial"/>
          <w:lang w:val="en-GB"/>
        </w:rPr>
      </w:pPr>
    </w:p>
    <w:p w14:paraId="6B8037EB" w14:textId="1048A08F" w:rsidR="007973A0" w:rsidRPr="00684C6D" w:rsidRDefault="007973A0" w:rsidP="00C55AEC">
      <w:pPr>
        <w:rPr>
          <w:rFonts w:ascii="Arial" w:hAnsi="Arial" w:cs="Arial"/>
          <w:lang w:val="en-GB"/>
        </w:rPr>
      </w:pPr>
    </w:p>
    <w:p w14:paraId="1B1DF466" w14:textId="3CAAE09D" w:rsidR="00B21769" w:rsidRPr="00684C6D" w:rsidRDefault="007973A0" w:rsidP="00C55AEC">
      <w:pPr>
        <w:rPr>
          <w:rFonts w:ascii="Arial" w:hAnsi="Arial" w:cs="Arial"/>
          <w:lang w:val="en-GB"/>
        </w:rPr>
      </w:pPr>
      <w:r w:rsidRPr="00684C6D">
        <w:rPr>
          <w:rFonts w:ascii="Arial" w:hAnsi="Arial" w:cs="Arial"/>
          <w:noProof/>
        </w:rPr>
        <w:drawing>
          <wp:anchor distT="0" distB="0" distL="114300" distR="114300" simplePos="0" relativeHeight="251980288" behindDoc="0" locked="0" layoutInCell="1" allowOverlap="1" wp14:anchorId="65BA1476" wp14:editId="07383F7B">
            <wp:simplePos x="0" y="0"/>
            <wp:positionH relativeFrom="margin">
              <wp:posOffset>2561120</wp:posOffset>
            </wp:positionH>
            <wp:positionV relativeFrom="paragraph">
              <wp:posOffset>55687</wp:posOffset>
            </wp:positionV>
            <wp:extent cx="3505200" cy="1790065"/>
            <wp:effectExtent l="0" t="0" r="0" b="635"/>
            <wp:wrapSquare wrapText="bothSides"/>
            <wp:docPr id="1191706958" name="Picture 1" descr="Summaries page with filter options and a results table showing a summary with status set to ‘Chan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1706958" name="Picture 1" descr="Summaries page with filter options and a results table showing a summary with status set to ‘Changes’"/>
                    <pic:cNvPicPr/>
                  </pic:nvPicPr>
                  <pic:blipFill>
                    <a:blip r:embed="rId88"/>
                    <a:stretch>
                      <a:fillRect/>
                    </a:stretch>
                  </pic:blipFill>
                  <pic:spPr>
                    <a:xfrm>
                      <a:off x="0" y="0"/>
                      <a:ext cx="3505200" cy="1790065"/>
                    </a:xfrm>
                    <a:prstGeom prst="rect">
                      <a:avLst/>
                    </a:prstGeom>
                  </pic:spPr>
                </pic:pic>
              </a:graphicData>
            </a:graphic>
            <wp14:sizeRelH relativeFrom="margin">
              <wp14:pctWidth>0</wp14:pctWidth>
            </wp14:sizeRelH>
            <wp14:sizeRelV relativeFrom="margin">
              <wp14:pctHeight>0</wp14:pctHeight>
            </wp14:sizeRelV>
          </wp:anchor>
        </w:drawing>
      </w:r>
    </w:p>
    <w:p w14:paraId="59312A47" w14:textId="1DF9A2EE" w:rsidR="00C55AEC" w:rsidRPr="00FA2FA7" w:rsidRDefault="00B21769">
      <w:pPr>
        <w:pStyle w:val="ListParagraph"/>
        <w:numPr>
          <w:ilvl w:val="0"/>
          <w:numId w:val="15"/>
        </w:numPr>
        <w:rPr>
          <w:rFonts w:ascii="Arial" w:hAnsi="Arial" w:cs="Arial"/>
          <w:sz w:val="24"/>
          <w:szCs w:val="24"/>
          <w:lang w:val="en-GB"/>
        </w:rPr>
      </w:pPr>
      <w:r w:rsidRPr="00FA2FA7">
        <w:rPr>
          <w:rFonts w:ascii="Arial" w:hAnsi="Arial" w:cs="Arial"/>
          <w:b/>
          <w:bCs/>
          <w:noProof/>
          <w:sz w:val="24"/>
          <w:szCs w:val="24"/>
        </w:rPr>
        <mc:AlternateContent>
          <mc:Choice Requires="wps">
            <w:drawing>
              <wp:anchor distT="0" distB="0" distL="114300" distR="114300" simplePos="0" relativeHeight="251989504" behindDoc="0" locked="0" layoutInCell="1" allowOverlap="1" wp14:anchorId="28731158" wp14:editId="73B13429">
                <wp:simplePos x="0" y="0"/>
                <wp:positionH relativeFrom="margin">
                  <wp:posOffset>2298700</wp:posOffset>
                </wp:positionH>
                <wp:positionV relativeFrom="paragraph">
                  <wp:posOffset>706120</wp:posOffset>
                </wp:positionV>
                <wp:extent cx="1198880" cy="696595"/>
                <wp:effectExtent l="38100" t="19050" r="58420" b="103505"/>
                <wp:wrapNone/>
                <wp:docPr id="1390356715" name="Straight Arrow Connector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198880" cy="696595"/>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01EF47C" id="Straight Arrow Connector 1" o:spid="_x0000_s1026" type="#_x0000_t32" alt="&quot;&quot;" style="position:absolute;margin-left:181pt;margin-top:55.6pt;width:94.4pt;height:54.85pt;z-index:25198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ZZkwAEAANADAAAOAAAAZHJzL2Uyb0RvYy54bWysU9uO0zAQfUfiH6y80ySVtmqrpvvQBV4Q&#10;rID9AK8zTiz5pvHQJH+P7bQpAgTSal8mvsw5M3N8crgfjWZnwKCcbYp6VRUMrHCtsl1TPH3/8G5b&#10;sEDctlw7C00xQSjuj2/fHAa/h7XrnW4BWSSxYT/4puiJ/L4sg+jB8LByHmy8lA4Np7jFrmyRD5Hd&#10;6HJdVZtycNh6dAJCiKcP82VxzPxSgqAvUgYgppsi9kY5Yo7PKZbHA993yH2vxKUN/oIuDFc2Fl2o&#10;Hjhx9gPVH1RGCXTBSVoJZ0onpRKQZ4jT1NVv03zruYc8SxQn+EWm8Hq04vP5ZB8xyjD4sA/+EdMU&#10;o0STvrE/NmaxpkUsGImJeFjXu+12GzUV8W6z29zt7pKa5Q3tMdBHcIalRVMEQq66nk7O2vguDuus&#10;GD9/CjQDr4BUWtsUiSv93raMJh/NQ6i47TRc6qSU8tZ2XtGkYYZ/BclUGxtd5zLZUXDSyM48eoEL&#10;AZbqhSlmJ5hUWi/A6v/AS36CQnbbAp6H+2fVBZErO0sL2Cjr8G/Vaby2LOf8qwLz3EmCZ9dO+UGz&#10;NNE2+U0uFk++/HWf4bcf8fgTAAD//wMAUEsDBBQABgAIAAAAIQDaravB3AAAAAsBAAAPAAAAZHJz&#10;L2Rvd25yZXYueG1sTI/LTsMwEEX3SP0Hayqxo3YMjSDEqRBS9/TBfho7DzW2I9tJ079nWMFydK/u&#10;nFPuFjuw2YTYe6cg2whgxtVe965VcD7tn16BxYRO4+CdUXA3EXbV6qHEQvubO5j5mFpGIy4WqKBL&#10;aSw4j3VnLMaNH42jrPHBYqIztFwHvNG4HbgUIucWe0cfOhzNZ2fq63GyCr729ZzHZjqcmjzcv6cX&#10;xOuCSj2ul493YMks6a8Mv/iEDhUxXfzkdGSDgudckkuiIMskMGpst4JkLgqkFG/Aq5L/d6h+AAAA&#10;//8DAFBLAQItABQABgAIAAAAIQC2gziS/gAAAOEBAAATAAAAAAAAAAAAAAAAAAAAAABbQ29udGVu&#10;dF9UeXBlc10ueG1sUEsBAi0AFAAGAAgAAAAhADj9If/WAAAAlAEAAAsAAAAAAAAAAAAAAAAALwEA&#10;AF9yZWxzLy5yZWxzUEsBAi0AFAAGAAgAAAAhAKKtlmTAAQAA0AMAAA4AAAAAAAAAAAAAAAAALgIA&#10;AGRycy9lMm9Eb2MueG1sUEsBAi0AFAAGAAgAAAAhANqtq8HcAAAACwEAAA8AAAAAAAAAAAAAAAAA&#10;GgQAAGRycy9kb3ducmV2LnhtbFBLBQYAAAAABAAEAPMAAAAjBQAAAAA=&#10;" strokecolor="#4f81bd [3204]" strokeweight="2pt">
                <v:stroke endarrow="block"/>
                <v:shadow on="t" color="black" opacity="24903f" origin=",.5" offset="0,.55556mm"/>
                <w10:wrap anchorx="margin"/>
              </v:shape>
            </w:pict>
          </mc:Fallback>
        </mc:AlternateContent>
      </w:r>
      <w:r w:rsidR="00C55AEC" w:rsidRPr="00FA2FA7">
        <w:rPr>
          <w:rFonts w:ascii="Arial" w:hAnsi="Arial" w:cs="Arial"/>
          <w:sz w:val="24"/>
          <w:szCs w:val="24"/>
          <w:lang w:val="en-GB"/>
        </w:rPr>
        <w:t>Your Summaries page will now</w:t>
      </w:r>
      <w:r w:rsidRPr="00FA2FA7">
        <w:rPr>
          <w:rFonts w:ascii="Arial" w:hAnsi="Arial" w:cs="Arial"/>
          <w:sz w:val="24"/>
          <w:szCs w:val="24"/>
          <w:lang w:val="en-GB"/>
        </w:rPr>
        <w:t xml:space="preserve"> display an updated</w:t>
      </w:r>
      <w:r w:rsidR="00C55AEC" w:rsidRPr="00FA2FA7">
        <w:rPr>
          <w:rFonts w:ascii="Arial" w:hAnsi="Arial" w:cs="Arial"/>
          <w:sz w:val="24"/>
          <w:szCs w:val="24"/>
          <w:lang w:val="en-GB"/>
        </w:rPr>
        <w:t xml:space="preserve"> status column show</w:t>
      </w:r>
      <w:r w:rsidRPr="00FA2FA7">
        <w:rPr>
          <w:rFonts w:ascii="Arial" w:hAnsi="Arial" w:cs="Arial"/>
          <w:sz w:val="24"/>
          <w:szCs w:val="24"/>
          <w:lang w:val="en-GB"/>
        </w:rPr>
        <w:t>ing what summaries require</w:t>
      </w:r>
      <w:r w:rsidR="00C55AEC" w:rsidRPr="00FA2FA7">
        <w:rPr>
          <w:rFonts w:ascii="Arial" w:hAnsi="Arial" w:cs="Arial"/>
          <w:sz w:val="24"/>
          <w:szCs w:val="24"/>
          <w:lang w:val="en-GB"/>
        </w:rPr>
        <w:t xml:space="preserve"> </w:t>
      </w:r>
      <w:r w:rsidRPr="00D82BB0">
        <w:rPr>
          <w:rFonts w:ascii="Arial" w:hAnsi="Arial" w:cs="Arial"/>
          <w:b/>
          <w:bCs/>
          <w:sz w:val="24"/>
          <w:szCs w:val="24"/>
          <w:lang w:val="en-GB"/>
        </w:rPr>
        <w:t>C</w:t>
      </w:r>
      <w:r w:rsidR="00C55AEC" w:rsidRPr="00D82BB0">
        <w:rPr>
          <w:rFonts w:ascii="Arial" w:hAnsi="Arial" w:cs="Arial"/>
          <w:b/>
          <w:bCs/>
          <w:sz w:val="24"/>
          <w:szCs w:val="24"/>
          <w:lang w:val="en-GB"/>
        </w:rPr>
        <w:t>hanges</w:t>
      </w:r>
      <w:r w:rsidRPr="00FA2FA7">
        <w:rPr>
          <w:rFonts w:ascii="Arial" w:hAnsi="Arial" w:cs="Arial"/>
          <w:b/>
          <w:bCs/>
          <w:i/>
          <w:iCs/>
          <w:sz w:val="24"/>
          <w:szCs w:val="24"/>
          <w:lang w:val="en-GB"/>
        </w:rPr>
        <w:t>.</w:t>
      </w:r>
      <w:r w:rsidRPr="00FA2FA7">
        <w:rPr>
          <w:rFonts w:ascii="Arial" w:hAnsi="Arial" w:cs="Arial"/>
          <w:b/>
          <w:bCs/>
          <w:noProof/>
          <w:sz w:val="24"/>
          <w:szCs w:val="24"/>
        </w:rPr>
        <w:t xml:space="preserve"> </w:t>
      </w:r>
    </w:p>
    <w:p w14:paraId="11071133" w14:textId="77777777" w:rsidR="004B12CF" w:rsidRPr="00FA2FA7" w:rsidRDefault="004B12CF" w:rsidP="004B12CF">
      <w:pPr>
        <w:rPr>
          <w:rFonts w:ascii="Arial" w:hAnsi="Arial" w:cs="Arial"/>
          <w:sz w:val="24"/>
          <w:szCs w:val="24"/>
          <w:lang w:val="en-GB"/>
        </w:rPr>
      </w:pPr>
    </w:p>
    <w:p w14:paraId="04431B1A" w14:textId="77777777" w:rsidR="004B12CF" w:rsidRPr="00684C6D" w:rsidRDefault="004B12CF" w:rsidP="004B12CF">
      <w:pPr>
        <w:rPr>
          <w:rFonts w:ascii="Arial" w:hAnsi="Arial" w:cs="Arial"/>
          <w:lang w:val="en-GB"/>
        </w:rPr>
      </w:pPr>
    </w:p>
    <w:p w14:paraId="11C0E292" w14:textId="7ADC84CA" w:rsidR="004B12CF" w:rsidRPr="00684C6D" w:rsidRDefault="004B12CF" w:rsidP="004B12CF">
      <w:pPr>
        <w:tabs>
          <w:tab w:val="left" w:pos="1090"/>
        </w:tabs>
        <w:rPr>
          <w:rFonts w:ascii="Arial" w:hAnsi="Arial" w:cs="Arial"/>
        </w:rPr>
      </w:pPr>
      <w:r w:rsidRPr="00684C6D">
        <w:rPr>
          <w:rFonts w:ascii="Arial" w:hAnsi="Arial" w:cs="Arial"/>
          <w:lang w:val="en-GB"/>
        </w:rPr>
        <w:tab/>
      </w:r>
      <w:bookmarkEnd w:id="13"/>
    </w:p>
    <w:p w14:paraId="6F46625C" w14:textId="0BB09E98" w:rsidR="004F44F7" w:rsidRPr="00684C6D" w:rsidRDefault="004F44F7" w:rsidP="001B645A">
      <w:r w:rsidRPr="00684C6D">
        <w:rPr>
          <w:noProof/>
        </w:rPr>
        <w:lastRenderedPageBreak/>
        <w:drawing>
          <wp:anchor distT="0" distB="0" distL="114300" distR="114300" simplePos="0" relativeHeight="251981312" behindDoc="0" locked="0" layoutInCell="1" allowOverlap="1" wp14:anchorId="0BDA9023" wp14:editId="19BEC628">
            <wp:simplePos x="0" y="0"/>
            <wp:positionH relativeFrom="column">
              <wp:posOffset>3129280</wp:posOffset>
            </wp:positionH>
            <wp:positionV relativeFrom="paragraph">
              <wp:posOffset>15875</wp:posOffset>
            </wp:positionV>
            <wp:extent cx="2877185" cy="4306570"/>
            <wp:effectExtent l="0" t="0" r="0" b="0"/>
            <wp:wrapSquare wrapText="bothSides"/>
            <wp:docPr id="2011551935" name="Picture 1" descr="Review Summary page showing a suggested changes banner with buttons to amend answers or reject changes, the summary information panel, and a highlighted suggested‑changes section within the Summary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1551935" name="Picture 1" descr="Review Summary page showing a suggested changes banner with buttons to amend answers or reject changes, the summary information panel, and a highlighted suggested‑changes section within the Summary Details."/>
                    <pic:cNvPicPr/>
                  </pic:nvPicPr>
                  <pic:blipFill>
                    <a:blip r:embed="rId89"/>
                    <a:stretch>
                      <a:fillRect/>
                    </a:stretch>
                  </pic:blipFill>
                  <pic:spPr>
                    <a:xfrm>
                      <a:off x="0" y="0"/>
                      <a:ext cx="2877185" cy="4306570"/>
                    </a:xfrm>
                    <a:prstGeom prst="rect">
                      <a:avLst/>
                    </a:prstGeom>
                  </pic:spPr>
                </pic:pic>
              </a:graphicData>
            </a:graphic>
            <wp14:sizeRelH relativeFrom="margin">
              <wp14:pctWidth>0</wp14:pctWidth>
            </wp14:sizeRelH>
            <wp14:sizeRelV relativeFrom="margin">
              <wp14:pctHeight>0</wp14:pctHeight>
            </wp14:sizeRelV>
          </wp:anchor>
        </w:drawing>
      </w:r>
    </w:p>
    <w:p w14:paraId="360B96A8" w14:textId="32AC7806" w:rsidR="001B645A" w:rsidRPr="00FA2FA7" w:rsidRDefault="00890772">
      <w:pPr>
        <w:pStyle w:val="ListParagraph"/>
        <w:numPr>
          <w:ilvl w:val="0"/>
          <w:numId w:val="15"/>
        </w:numPr>
        <w:rPr>
          <w:rFonts w:ascii="Arial" w:hAnsi="Arial" w:cs="Arial"/>
          <w:sz w:val="24"/>
          <w:szCs w:val="24"/>
          <w:lang w:val="en-GB"/>
        </w:rPr>
      </w:pPr>
      <w:r w:rsidRPr="00FA2FA7">
        <w:rPr>
          <w:rFonts w:ascii="Arial" w:hAnsi="Arial" w:cs="Arial"/>
          <w:sz w:val="24"/>
          <w:szCs w:val="24"/>
          <w:lang w:val="en-GB"/>
        </w:rPr>
        <w:t xml:space="preserve">When you open a summary that requires changes, you—as the </w:t>
      </w:r>
      <w:r w:rsidR="0011579F">
        <w:rPr>
          <w:rFonts w:ascii="Arial" w:hAnsi="Arial" w:cs="Arial"/>
          <w:sz w:val="24"/>
          <w:szCs w:val="24"/>
          <w:lang w:val="en-GB"/>
        </w:rPr>
        <w:t>Rural Needs Coordinator</w:t>
      </w:r>
      <w:r w:rsidRPr="00FA2FA7">
        <w:rPr>
          <w:rFonts w:ascii="Arial" w:hAnsi="Arial" w:cs="Arial"/>
          <w:sz w:val="24"/>
          <w:szCs w:val="24"/>
          <w:lang w:val="en-GB"/>
        </w:rPr>
        <w:t xml:space="preserve">—can either reassign it back to the original </w:t>
      </w:r>
      <w:r w:rsidR="00862EED" w:rsidRPr="00FA2FA7">
        <w:rPr>
          <w:rFonts w:ascii="Arial" w:hAnsi="Arial" w:cs="Arial"/>
          <w:sz w:val="24"/>
          <w:szCs w:val="24"/>
          <w:lang w:val="en-GB"/>
        </w:rPr>
        <w:t>Policy Lead</w:t>
      </w:r>
      <w:r w:rsidRPr="00FA2FA7">
        <w:rPr>
          <w:rFonts w:ascii="Arial" w:hAnsi="Arial" w:cs="Arial"/>
          <w:sz w:val="24"/>
          <w:szCs w:val="24"/>
          <w:lang w:val="en-GB"/>
        </w:rPr>
        <w:t xml:space="preserve"> in your Public Authority or make the changes yourself.</w:t>
      </w:r>
    </w:p>
    <w:p w14:paraId="021E232E" w14:textId="77777777" w:rsidR="001B645A" w:rsidRPr="00FA2FA7" w:rsidRDefault="001B645A" w:rsidP="001B645A">
      <w:pPr>
        <w:pStyle w:val="ListParagraph"/>
        <w:ind w:left="360"/>
        <w:rPr>
          <w:rFonts w:ascii="Arial" w:hAnsi="Arial" w:cs="Arial"/>
          <w:sz w:val="24"/>
          <w:szCs w:val="24"/>
          <w:lang w:val="en-GB"/>
        </w:rPr>
      </w:pPr>
    </w:p>
    <w:p w14:paraId="6F0F5396" w14:textId="77777777" w:rsidR="001B645A" w:rsidRPr="00FA2FA7" w:rsidRDefault="001B645A" w:rsidP="001B645A">
      <w:pPr>
        <w:pStyle w:val="ListParagraph"/>
        <w:ind w:left="360"/>
        <w:rPr>
          <w:rFonts w:ascii="Arial" w:hAnsi="Arial" w:cs="Arial"/>
          <w:sz w:val="24"/>
          <w:szCs w:val="24"/>
          <w:lang w:val="en-GB"/>
        </w:rPr>
      </w:pPr>
    </w:p>
    <w:p w14:paraId="2C16F42C" w14:textId="77777777" w:rsidR="001B645A" w:rsidRPr="00FA2FA7" w:rsidRDefault="001B645A" w:rsidP="001B645A">
      <w:pPr>
        <w:pStyle w:val="ListParagraph"/>
        <w:ind w:left="360"/>
        <w:rPr>
          <w:rFonts w:ascii="Arial" w:hAnsi="Arial" w:cs="Arial"/>
          <w:sz w:val="24"/>
          <w:szCs w:val="24"/>
          <w:lang w:val="en-GB"/>
        </w:rPr>
      </w:pPr>
    </w:p>
    <w:p w14:paraId="3DF113E6" w14:textId="77777777" w:rsidR="001B645A" w:rsidRPr="00FA2FA7" w:rsidRDefault="00B70DDF" w:rsidP="001B645A">
      <w:pPr>
        <w:pStyle w:val="ListParagraph"/>
        <w:ind w:left="360"/>
        <w:rPr>
          <w:rFonts w:ascii="Arial" w:hAnsi="Arial" w:cs="Arial"/>
          <w:b/>
          <w:bCs/>
          <w:sz w:val="24"/>
          <w:szCs w:val="24"/>
        </w:rPr>
      </w:pPr>
      <w:r w:rsidRPr="00FA2FA7">
        <w:rPr>
          <w:rFonts w:ascii="Arial" w:hAnsi="Arial" w:cs="Arial"/>
          <w:sz w:val="24"/>
          <w:szCs w:val="24"/>
        </w:rPr>
        <w:t>Whoever has been assigned to make the changes should</w:t>
      </w:r>
      <w:r w:rsidR="004F44F7" w:rsidRPr="00FA2FA7">
        <w:rPr>
          <w:rFonts w:ascii="Arial" w:hAnsi="Arial" w:cs="Arial"/>
          <w:sz w:val="24"/>
          <w:szCs w:val="24"/>
        </w:rPr>
        <w:t xml:space="preserve"> select </w:t>
      </w:r>
      <w:r w:rsidR="00B21769" w:rsidRPr="00FA2FA7">
        <w:rPr>
          <w:rFonts w:ascii="Arial" w:hAnsi="Arial" w:cs="Arial"/>
          <w:sz w:val="24"/>
          <w:szCs w:val="24"/>
        </w:rPr>
        <w:t xml:space="preserve">either the </w:t>
      </w:r>
      <w:r w:rsidR="00B21769" w:rsidRPr="00D82BB0">
        <w:rPr>
          <w:rFonts w:ascii="Arial" w:hAnsi="Arial" w:cs="Arial"/>
          <w:b/>
          <w:bCs/>
          <w:sz w:val="24"/>
          <w:szCs w:val="24"/>
        </w:rPr>
        <w:t>green amend answers</w:t>
      </w:r>
      <w:r w:rsidR="00B21769" w:rsidRPr="00D82BB0">
        <w:rPr>
          <w:rFonts w:ascii="Arial" w:hAnsi="Arial" w:cs="Arial"/>
          <w:sz w:val="24"/>
          <w:szCs w:val="24"/>
        </w:rPr>
        <w:t xml:space="preserve"> or</w:t>
      </w:r>
      <w:r w:rsidR="004F44F7" w:rsidRPr="00D82BB0">
        <w:rPr>
          <w:rFonts w:ascii="Arial" w:hAnsi="Arial" w:cs="Arial"/>
          <w:sz w:val="24"/>
          <w:szCs w:val="24"/>
        </w:rPr>
        <w:t xml:space="preserve"> the </w:t>
      </w:r>
      <w:r w:rsidR="004F44F7" w:rsidRPr="00D82BB0">
        <w:rPr>
          <w:rFonts w:ascii="Arial" w:hAnsi="Arial" w:cs="Arial"/>
          <w:b/>
          <w:bCs/>
          <w:sz w:val="24"/>
          <w:szCs w:val="24"/>
        </w:rPr>
        <w:t>red</w:t>
      </w:r>
      <w:r w:rsidR="00B21769" w:rsidRPr="00D82BB0">
        <w:rPr>
          <w:rFonts w:ascii="Arial" w:hAnsi="Arial" w:cs="Arial"/>
          <w:b/>
          <w:bCs/>
          <w:sz w:val="24"/>
          <w:szCs w:val="24"/>
        </w:rPr>
        <w:t xml:space="preserve"> reject</w:t>
      </w:r>
      <w:r w:rsidR="00B21769" w:rsidRPr="00FA2FA7">
        <w:rPr>
          <w:rFonts w:ascii="Arial" w:hAnsi="Arial" w:cs="Arial"/>
          <w:b/>
          <w:bCs/>
          <w:i/>
          <w:iCs/>
          <w:sz w:val="24"/>
          <w:szCs w:val="24"/>
        </w:rPr>
        <w:t xml:space="preserve"> </w:t>
      </w:r>
      <w:r w:rsidR="00B21769" w:rsidRPr="00D82BB0">
        <w:rPr>
          <w:rFonts w:ascii="Arial" w:hAnsi="Arial" w:cs="Arial"/>
          <w:b/>
          <w:bCs/>
          <w:sz w:val="24"/>
          <w:szCs w:val="24"/>
        </w:rPr>
        <w:t>changes</w:t>
      </w:r>
      <w:r w:rsidR="004F44F7" w:rsidRPr="00D82BB0">
        <w:rPr>
          <w:rFonts w:ascii="Arial" w:hAnsi="Arial" w:cs="Arial"/>
          <w:sz w:val="24"/>
          <w:szCs w:val="24"/>
        </w:rPr>
        <w:t xml:space="preserve"> </w:t>
      </w:r>
      <w:r w:rsidR="004F44F7" w:rsidRPr="00FA2FA7">
        <w:rPr>
          <w:rFonts w:ascii="Arial" w:hAnsi="Arial" w:cs="Arial"/>
          <w:sz w:val="24"/>
          <w:szCs w:val="24"/>
        </w:rPr>
        <w:t>button</w:t>
      </w:r>
      <w:r w:rsidR="00B21769" w:rsidRPr="00FA2FA7">
        <w:rPr>
          <w:rFonts w:ascii="Arial" w:hAnsi="Arial" w:cs="Arial"/>
          <w:sz w:val="24"/>
          <w:szCs w:val="24"/>
        </w:rPr>
        <w:t xml:space="preserve"> at the top of the </w:t>
      </w:r>
      <w:r w:rsidR="004F44F7" w:rsidRPr="00FA2FA7">
        <w:rPr>
          <w:rFonts w:ascii="Arial" w:hAnsi="Arial" w:cs="Arial"/>
          <w:b/>
          <w:bCs/>
          <w:sz w:val="24"/>
          <w:szCs w:val="24"/>
        </w:rPr>
        <w:t>R</w:t>
      </w:r>
      <w:r w:rsidR="00B21769" w:rsidRPr="00FA2FA7">
        <w:rPr>
          <w:rFonts w:ascii="Arial" w:hAnsi="Arial" w:cs="Arial"/>
          <w:b/>
          <w:bCs/>
          <w:sz w:val="24"/>
          <w:szCs w:val="24"/>
        </w:rPr>
        <w:t xml:space="preserve">eview </w:t>
      </w:r>
      <w:r w:rsidR="004F44F7" w:rsidRPr="00FA2FA7">
        <w:rPr>
          <w:rFonts w:ascii="Arial" w:hAnsi="Arial" w:cs="Arial"/>
          <w:b/>
          <w:bCs/>
          <w:sz w:val="24"/>
          <w:szCs w:val="24"/>
        </w:rPr>
        <w:t>S</w:t>
      </w:r>
      <w:r w:rsidR="00B21769" w:rsidRPr="00FA2FA7">
        <w:rPr>
          <w:rFonts w:ascii="Arial" w:hAnsi="Arial" w:cs="Arial"/>
          <w:b/>
          <w:bCs/>
          <w:sz w:val="24"/>
          <w:szCs w:val="24"/>
        </w:rPr>
        <w:t xml:space="preserve">ummary </w:t>
      </w:r>
      <w:r w:rsidR="004F44F7" w:rsidRPr="00FA2FA7">
        <w:rPr>
          <w:rFonts w:ascii="Arial" w:hAnsi="Arial" w:cs="Arial"/>
          <w:b/>
          <w:bCs/>
          <w:sz w:val="24"/>
          <w:szCs w:val="24"/>
        </w:rPr>
        <w:t>S</w:t>
      </w:r>
      <w:r w:rsidR="00B21769" w:rsidRPr="00FA2FA7">
        <w:rPr>
          <w:rFonts w:ascii="Arial" w:hAnsi="Arial" w:cs="Arial"/>
          <w:b/>
          <w:bCs/>
          <w:sz w:val="24"/>
          <w:szCs w:val="24"/>
        </w:rPr>
        <w:t>creen</w:t>
      </w:r>
      <w:r w:rsidR="00890772" w:rsidRPr="00FA2FA7">
        <w:rPr>
          <w:rFonts w:ascii="Arial" w:hAnsi="Arial" w:cs="Arial"/>
          <w:b/>
          <w:bCs/>
          <w:sz w:val="24"/>
          <w:szCs w:val="24"/>
        </w:rPr>
        <w:t xml:space="preserve"> </w:t>
      </w:r>
      <w:r w:rsidR="00890772" w:rsidRPr="00FA2FA7">
        <w:rPr>
          <w:rFonts w:ascii="Arial" w:hAnsi="Arial" w:cs="Arial"/>
          <w:sz w:val="24"/>
          <w:szCs w:val="24"/>
        </w:rPr>
        <w:t xml:space="preserve">on their </w:t>
      </w:r>
      <w:r w:rsidR="00890772" w:rsidRPr="00FA2FA7">
        <w:rPr>
          <w:rFonts w:ascii="Arial" w:hAnsi="Arial" w:cs="Arial"/>
          <w:b/>
          <w:bCs/>
          <w:sz w:val="24"/>
          <w:szCs w:val="24"/>
        </w:rPr>
        <w:t>Submission Dashboard</w:t>
      </w:r>
      <w:r w:rsidR="004F44F7" w:rsidRPr="00FA2FA7">
        <w:rPr>
          <w:rFonts w:ascii="Arial" w:hAnsi="Arial" w:cs="Arial"/>
          <w:b/>
          <w:bCs/>
          <w:sz w:val="24"/>
          <w:szCs w:val="24"/>
        </w:rPr>
        <w:t>.</w:t>
      </w:r>
    </w:p>
    <w:p w14:paraId="3A25A1DC" w14:textId="77777777" w:rsidR="001B645A" w:rsidRPr="00FA2FA7" w:rsidRDefault="001B645A" w:rsidP="001B645A">
      <w:pPr>
        <w:pStyle w:val="ListParagraph"/>
        <w:ind w:left="360"/>
        <w:rPr>
          <w:rFonts w:ascii="Arial" w:hAnsi="Arial" w:cs="Arial"/>
          <w:b/>
          <w:bCs/>
          <w:sz w:val="24"/>
          <w:szCs w:val="24"/>
        </w:rPr>
      </w:pPr>
    </w:p>
    <w:p w14:paraId="2A26D1C4" w14:textId="78B987D8" w:rsidR="00EC478E" w:rsidRPr="001B645A" w:rsidRDefault="00FA2FA7" w:rsidP="001B645A">
      <w:pPr>
        <w:pStyle w:val="ListParagraph"/>
        <w:ind w:left="357"/>
        <w:rPr>
          <w:rFonts w:ascii="Arial" w:hAnsi="Arial" w:cs="Arial"/>
          <w:lang w:val="en-GB"/>
        </w:rPr>
      </w:pPr>
      <w:r w:rsidRPr="00684C6D">
        <w:rPr>
          <w:rFonts w:ascii="Arial" w:hAnsi="Arial" w:cs="Arial"/>
          <w:b/>
          <w:bCs/>
          <w:noProof/>
        </w:rPr>
        <mc:AlternateContent>
          <mc:Choice Requires="wps">
            <w:drawing>
              <wp:anchor distT="0" distB="0" distL="114300" distR="114300" simplePos="0" relativeHeight="251991552" behindDoc="0" locked="0" layoutInCell="1" allowOverlap="1" wp14:anchorId="7FA665B7" wp14:editId="3B9F9202">
                <wp:simplePos x="0" y="0"/>
                <wp:positionH relativeFrom="margin">
                  <wp:posOffset>2686050</wp:posOffset>
                </wp:positionH>
                <wp:positionV relativeFrom="paragraph">
                  <wp:posOffset>647065</wp:posOffset>
                </wp:positionV>
                <wp:extent cx="400050" cy="228600"/>
                <wp:effectExtent l="38100" t="19050" r="95250" b="95250"/>
                <wp:wrapNone/>
                <wp:docPr id="248041903" name="Straight Arrow Connector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400050" cy="228600"/>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0A7C87E" id="Straight Arrow Connector 1" o:spid="_x0000_s1026" type="#_x0000_t32" alt="&quot;&quot;" style="position:absolute;margin-left:211.5pt;margin-top:50.95pt;width:31.5pt;height:18pt;z-index:25199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bJjwAEAAM8DAAAOAAAAZHJzL2Uyb0RvYy54bWysU9uO0zAQfUfiHyy/06QRrFZV033oAi8I&#10;VsB+gNcZJ5Z8kz00yd8zdtoUAQJptS8TX+bMOXM82d9N1rATxKS9a/l2U3MGTvpOu77lj98/vLnl&#10;LKFwnTDeQctnSPzu8PrVfgw7aPzgTQeRURGXdmNo+YAYdlWV5ABWpI0P4OhS+WgF0jb2VRfFSNWt&#10;qZq6vqlGH7sQvYSU6PR+ueSHUl8pkPhFqQTITMtJG5YYS3zKsTrsxa6PIgxanmWIZ6iwQjsiXUvd&#10;CxTsR9R/lLJaRp+8wo30tvJKaQmlB+pmW//WzbdBBCi9kDkprDallysrP5+O7iGSDWNIuxQeYu5i&#10;UtHmL+ljUzFrXs2CCZmkw7d1Xb8jSyVdNc3tTV3MrK7gEBN+BG9ZXrQ8YRS6H/DonaNn8XFbDBOn&#10;TwmJnoAXQGY2LkcU2rx3HcM50Oxg1ML1BvKjUXpOqa6qywpnAwv8KyimO9LZFJoyUHA0kZ0EjYKQ&#10;Ehxu10qUnWFKG7MC6/8Dz/kZCmXYVvDS3D9ZV0Rh9g5XsNXOx7+x43SRrJb8iwNL39mCJ9/N5T2L&#10;NTQ1xavzhOex/HVf4Nf/8PATAAD//wMAUEsDBBQABgAIAAAAIQBHZGus3AAAAAsBAAAPAAAAZHJz&#10;L2Rvd25yZXYueG1sTI/NbsIwEITvlXgHa5F6Kw4QpZDGQVUl7gXa+xI7PyJeR7YTwtt3e2qPOzOa&#10;/aY4zLYXk/Ghc6RgvUpAGKqc7qhR8HU5vuxAhIiksXdkFDxMgEO5eCow1+5OJzOdYyO4hEKOCtoY&#10;h1zKULXGYli5wRB7tfMWI5++kdrjncttLzdJkkmLHfGHFgfz0Zrqdh6tgs9jNWWhHk+XOvOP7zFF&#10;vM2o1PNyfn8DEc0c/8Lwi8/oUDLT1Y2kg+gVpJstb4lsJOs9CE6ku4yVKyvb1z3IspD/N5Q/AAAA&#10;//8DAFBLAQItABQABgAIAAAAIQC2gziS/gAAAOEBAAATAAAAAAAAAAAAAAAAAAAAAABbQ29udGVu&#10;dF9UeXBlc10ueG1sUEsBAi0AFAAGAAgAAAAhADj9If/WAAAAlAEAAAsAAAAAAAAAAAAAAAAALwEA&#10;AF9yZWxzLy5yZWxzUEsBAi0AFAAGAAgAAAAhAGjtsmPAAQAAzwMAAA4AAAAAAAAAAAAAAAAALgIA&#10;AGRycy9lMm9Eb2MueG1sUEsBAi0AFAAGAAgAAAAhAEdka6zcAAAACwEAAA8AAAAAAAAAAAAAAAAA&#10;GgQAAGRycy9kb3ducmV2LnhtbFBLBQYAAAAABAAEAPMAAAAjBQAAAAA=&#10;" strokecolor="#4f81bd [3204]" strokeweight="2pt">
                <v:stroke endarrow="block"/>
                <v:shadow on="t" color="black" opacity="24903f" origin=",.5" offset="0,.55556mm"/>
                <w10:wrap anchorx="margin"/>
              </v:shape>
            </w:pict>
          </mc:Fallback>
        </mc:AlternateContent>
      </w:r>
      <w:r w:rsidR="00EC478E" w:rsidRPr="00FA2FA7">
        <w:rPr>
          <w:rFonts w:ascii="Arial" w:hAnsi="Arial" w:cs="Arial"/>
          <w:sz w:val="24"/>
          <w:szCs w:val="24"/>
          <w:lang w:val="en-GB"/>
        </w:rPr>
        <w:t>All suggested changes will appear in a text box beneath each relevant question in the Summary Details, as highlighted in yellow</w:t>
      </w:r>
      <w:r w:rsidR="00EC478E" w:rsidRPr="001B645A">
        <w:rPr>
          <w:rFonts w:ascii="Arial" w:hAnsi="Arial" w:cs="Arial"/>
          <w:lang w:val="en-GB"/>
        </w:rPr>
        <w:t>.</w:t>
      </w:r>
    </w:p>
    <w:p w14:paraId="7BBC6CC1" w14:textId="5235E5B1" w:rsidR="004F44F7" w:rsidRPr="00684C6D" w:rsidRDefault="004F44F7" w:rsidP="00B21769">
      <w:pPr>
        <w:pStyle w:val="ListParagraph"/>
        <w:ind w:left="643"/>
        <w:rPr>
          <w:rFonts w:ascii="Arial" w:hAnsi="Arial" w:cs="Arial"/>
        </w:rPr>
      </w:pPr>
    </w:p>
    <w:p w14:paraId="7E1554D9" w14:textId="77777777" w:rsidR="00B70DDF" w:rsidRPr="00684C6D" w:rsidRDefault="00B70DDF" w:rsidP="00B21769">
      <w:pPr>
        <w:pStyle w:val="ListParagraph"/>
        <w:ind w:left="643"/>
        <w:rPr>
          <w:rFonts w:ascii="Arial" w:hAnsi="Arial" w:cs="Arial"/>
        </w:rPr>
      </w:pPr>
    </w:p>
    <w:p w14:paraId="1A3767EE" w14:textId="77777777" w:rsidR="00B70DDF" w:rsidRPr="00684C6D" w:rsidRDefault="00B70DDF" w:rsidP="00B21769">
      <w:pPr>
        <w:pStyle w:val="ListParagraph"/>
        <w:ind w:left="643"/>
        <w:rPr>
          <w:rFonts w:ascii="Arial" w:hAnsi="Arial" w:cs="Arial"/>
        </w:rPr>
      </w:pPr>
    </w:p>
    <w:p w14:paraId="355F2F5E" w14:textId="77777777" w:rsidR="00B70DDF" w:rsidRPr="00684C6D" w:rsidRDefault="00B70DDF" w:rsidP="00684C6D">
      <w:pPr>
        <w:rPr>
          <w:rFonts w:ascii="Arial" w:hAnsi="Arial" w:cs="Arial"/>
        </w:rPr>
      </w:pPr>
    </w:p>
    <w:p w14:paraId="2E805CA4" w14:textId="77777777" w:rsidR="00B70DDF" w:rsidRPr="00684C6D" w:rsidRDefault="00B70DDF" w:rsidP="00B21769">
      <w:pPr>
        <w:pStyle w:val="ListParagraph"/>
        <w:ind w:left="643"/>
        <w:rPr>
          <w:rFonts w:ascii="Arial" w:hAnsi="Arial" w:cs="Arial"/>
        </w:rPr>
      </w:pPr>
    </w:p>
    <w:p w14:paraId="6D50554E" w14:textId="21C23258" w:rsidR="00B70DDF" w:rsidRPr="00684C6D" w:rsidRDefault="00B70DDF" w:rsidP="00B21769">
      <w:pPr>
        <w:pStyle w:val="ListParagraph"/>
        <w:ind w:left="643"/>
        <w:rPr>
          <w:rFonts w:ascii="Arial" w:hAnsi="Arial" w:cs="Arial"/>
        </w:rPr>
      </w:pPr>
    </w:p>
    <w:p w14:paraId="4C83820E" w14:textId="4F44CE8B" w:rsidR="004F44F7" w:rsidRPr="00684C6D" w:rsidRDefault="00B70DDF" w:rsidP="00B21769">
      <w:pPr>
        <w:pStyle w:val="ListParagraph"/>
        <w:ind w:left="643"/>
        <w:rPr>
          <w:rFonts w:ascii="Arial" w:hAnsi="Arial" w:cs="Arial"/>
        </w:rPr>
      </w:pPr>
      <w:r w:rsidRPr="00684C6D">
        <w:rPr>
          <w:rFonts w:ascii="Arial" w:hAnsi="Arial" w:cs="Arial"/>
          <w:noProof/>
        </w:rPr>
        <w:drawing>
          <wp:anchor distT="0" distB="0" distL="114300" distR="114300" simplePos="0" relativeHeight="251982336" behindDoc="0" locked="0" layoutInCell="1" allowOverlap="1" wp14:anchorId="25A22B5F" wp14:editId="00E7EA89">
            <wp:simplePos x="0" y="0"/>
            <wp:positionH relativeFrom="margin">
              <wp:align>right</wp:align>
            </wp:positionH>
            <wp:positionV relativeFrom="paragraph">
              <wp:posOffset>8890</wp:posOffset>
            </wp:positionV>
            <wp:extent cx="3130550" cy="1498600"/>
            <wp:effectExtent l="0" t="0" r="0" b="6350"/>
            <wp:wrapSquare wrapText="bothSides"/>
            <wp:docPr id="1802334482" name="Picture 1" descr="Amendment confirmation page with radio‑button options to create a new version or cancel, and Continue and Cancel butt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2334482" name="Picture 1" descr="Amendment confirmation page with radio‑button options to create a new version or cancel, and Continue and Cancel buttons."/>
                    <pic:cNvPicPr/>
                  </pic:nvPicPr>
                  <pic:blipFill>
                    <a:blip r:embed="rId90"/>
                    <a:stretch>
                      <a:fillRect/>
                    </a:stretch>
                  </pic:blipFill>
                  <pic:spPr>
                    <a:xfrm>
                      <a:off x="0" y="0"/>
                      <a:ext cx="3130550" cy="1498600"/>
                    </a:xfrm>
                    <a:prstGeom prst="rect">
                      <a:avLst/>
                    </a:prstGeom>
                  </pic:spPr>
                </pic:pic>
              </a:graphicData>
            </a:graphic>
            <wp14:sizeRelH relativeFrom="margin">
              <wp14:pctWidth>0</wp14:pctWidth>
            </wp14:sizeRelH>
            <wp14:sizeRelV relativeFrom="margin">
              <wp14:pctHeight>0</wp14:pctHeight>
            </wp14:sizeRelV>
          </wp:anchor>
        </w:drawing>
      </w:r>
    </w:p>
    <w:p w14:paraId="15B8F1FE" w14:textId="721CA076" w:rsidR="00EC17A1" w:rsidRPr="00FA2FA7" w:rsidRDefault="00EC17A1">
      <w:pPr>
        <w:pStyle w:val="ListParagraph"/>
        <w:numPr>
          <w:ilvl w:val="0"/>
          <w:numId w:val="15"/>
        </w:numPr>
        <w:rPr>
          <w:rFonts w:ascii="Arial" w:hAnsi="Arial" w:cs="Arial"/>
          <w:sz w:val="24"/>
          <w:szCs w:val="24"/>
          <w:lang w:val="en-GB"/>
        </w:rPr>
      </w:pPr>
      <w:r w:rsidRPr="00FA2FA7">
        <w:rPr>
          <w:rFonts w:ascii="Arial" w:hAnsi="Arial" w:cs="Arial"/>
          <w:sz w:val="24"/>
          <w:szCs w:val="24"/>
          <w:lang w:val="en-GB"/>
        </w:rPr>
        <w:t xml:space="preserve">If you agree to amend the answers as suggested by the DAERA Rural Needs Team, select </w:t>
      </w:r>
      <w:r w:rsidRPr="00D82BB0">
        <w:rPr>
          <w:rFonts w:ascii="Arial" w:hAnsi="Arial" w:cs="Arial"/>
          <w:b/>
          <w:bCs/>
          <w:sz w:val="24"/>
          <w:szCs w:val="24"/>
          <w:lang w:val="en-GB"/>
        </w:rPr>
        <w:t>Create a new version</w:t>
      </w:r>
      <w:r w:rsidRPr="00FA2FA7">
        <w:rPr>
          <w:rFonts w:ascii="Arial" w:hAnsi="Arial" w:cs="Arial"/>
          <w:sz w:val="24"/>
          <w:szCs w:val="24"/>
          <w:lang w:val="en-GB"/>
        </w:rPr>
        <w:t>.</w:t>
      </w:r>
    </w:p>
    <w:p w14:paraId="3528AEB8" w14:textId="375A76B6" w:rsidR="00EC17A1" w:rsidRPr="00FA2FA7" w:rsidRDefault="00EC17A1" w:rsidP="00EC17A1">
      <w:pPr>
        <w:pStyle w:val="ListParagraph"/>
        <w:ind w:left="643"/>
        <w:rPr>
          <w:rFonts w:ascii="Arial" w:hAnsi="Arial" w:cs="Arial"/>
          <w:sz w:val="24"/>
          <w:szCs w:val="24"/>
          <w:lang w:val="en-GB"/>
        </w:rPr>
      </w:pPr>
    </w:p>
    <w:p w14:paraId="73286BDF" w14:textId="09AFE315" w:rsidR="00EC17A1" w:rsidRPr="00FA2FA7" w:rsidRDefault="00531950" w:rsidP="00EC17A1">
      <w:pPr>
        <w:pStyle w:val="ListParagraph"/>
        <w:ind w:left="643"/>
        <w:rPr>
          <w:rFonts w:ascii="Arial" w:hAnsi="Arial" w:cs="Arial"/>
          <w:b/>
          <w:bCs/>
          <w:sz w:val="24"/>
          <w:szCs w:val="24"/>
          <w:lang w:val="en-GB"/>
        </w:rPr>
      </w:pPr>
      <w:r w:rsidRPr="00FA2FA7">
        <w:rPr>
          <w:rFonts w:ascii="Arial" w:hAnsi="Arial" w:cs="Arial"/>
          <w:sz w:val="24"/>
          <w:szCs w:val="24"/>
          <w:lang w:val="en-GB"/>
        </w:rPr>
        <w:t>S</w:t>
      </w:r>
      <w:r w:rsidR="00EC17A1" w:rsidRPr="00FA2FA7">
        <w:rPr>
          <w:rFonts w:ascii="Arial" w:hAnsi="Arial" w:cs="Arial"/>
          <w:sz w:val="24"/>
          <w:szCs w:val="24"/>
          <w:lang w:val="en-GB"/>
        </w:rPr>
        <w:t xml:space="preserve">elect </w:t>
      </w:r>
      <w:r w:rsidR="00EC17A1" w:rsidRPr="00D82BB0">
        <w:rPr>
          <w:rFonts w:ascii="Arial" w:hAnsi="Arial" w:cs="Arial"/>
          <w:b/>
          <w:bCs/>
          <w:sz w:val="24"/>
          <w:szCs w:val="24"/>
          <w:lang w:val="en-GB"/>
        </w:rPr>
        <w:t>Continue</w:t>
      </w:r>
      <w:r w:rsidR="00EC17A1" w:rsidRPr="00FA2FA7">
        <w:rPr>
          <w:rFonts w:ascii="Arial" w:hAnsi="Arial" w:cs="Arial"/>
          <w:b/>
          <w:bCs/>
          <w:sz w:val="24"/>
          <w:szCs w:val="24"/>
          <w:lang w:val="en-GB"/>
        </w:rPr>
        <w:t>.</w:t>
      </w:r>
    </w:p>
    <w:p w14:paraId="5B4D5192" w14:textId="74C3A96C" w:rsidR="004F44F7" w:rsidRPr="00684C6D" w:rsidRDefault="004F44F7" w:rsidP="004F44F7">
      <w:pPr>
        <w:pStyle w:val="ListParagraph"/>
        <w:ind w:left="643"/>
        <w:rPr>
          <w:rFonts w:ascii="Arial" w:hAnsi="Arial" w:cs="Arial"/>
        </w:rPr>
      </w:pPr>
    </w:p>
    <w:p w14:paraId="7AAAA3D2" w14:textId="2BEDDB1A" w:rsidR="004F44F7" w:rsidRPr="00684C6D" w:rsidRDefault="004F44F7" w:rsidP="00B21769">
      <w:pPr>
        <w:pStyle w:val="ListParagraph"/>
        <w:ind w:left="643"/>
        <w:rPr>
          <w:rFonts w:ascii="Arial" w:hAnsi="Arial" w:cs="Arial"/>
        </w:rPr>
      </w:pPr>
    </w:p>
    <w:p w14:paraId="7A5A299A" w14:textId="30B9EFA2" w:rsidR="004F44F7" w:rsidRPr="00684C6D" w:rsidRDefault="004F44F7" w:rsidP="00B21769">
      <w:pPr>
        <w:pStyle w:val="ListParagraph"/>
        <w:ind w:left="643"/>
        <w:rPr>
          <w:rFonts w:ascii="Arial" w:hAnsi="Arial" w:cs="Arial"/>
        </w:rPr>
      </w:pPr>
    </w:p>
    <w:p w14:paraId="095A8262" w14:textId="5A043EA6" w:rsidR="004F44F7" w:rsidRPr="00684C6D" w:rsidRDefault="00DF4CC7" w:rsidP="00B21769">
      <w:pPr>
        <w:pStyle w:val="ListParagraph"/>
        <w:ind w:left="643"/>
        <w:rPr>
          <w:rFonts w:ascii="Arial" w:hAnsi="Arial" w:cs="Arial"/>
        </w:rPr>
      </w:pPr>
      <w:r w:rsidRPr="00684C6D">
        <w:rPr>
          <w:rFonts w:ascii="Arial" w:hAnsi="Arial" w:cs="Arial"/>
          <w:noProof/>
        </w:rPr>
        <w:lastRenderedPageBreak/>
        <w:drawing>
          <wp:anchor distT="0" distB="0" distL="114300" distR="114300" simplePos="0" relativeHeight="251983360" behindDoc="0" locked="0" layoutInCell="1" allowOverlap="1" wp14:anchorId="1E0AC11E" wp14:editId="57BAC9B5">
            <wp:simplePos x="0" y="0"/>
            <wp:positionH relativeFrom="margin">
              <wp:posOffset>2747645</wp:posOffset>
            </wp:positionH>
            <wp:positionV relativeFrom="paragraph">
              <wp:posOffset>57150</wp:posOffset>
            </wp:positionV>
            <wp:extent cx="3481070" cy="3803650"/>
            <wp:effectExtent l="0" t="0" r="5080" b="6350"/>
            <wp:wrapSquare wrapText="bothSides"/>
            <wp:docPr id="1639218723" name="Picture 1" descr="Updated version of the summary form showing a ‘Version created’ banner, form fields for reporting period and activity description, a guidance panel, and a highlighted suggested‑changes box beneath a ques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218723" name="Picture 1" descr="Updated version of the summary form showing a ‘Version created’ banner, form fields for reporting period and activity description, a guidance panel, and a highlighted suggested‑changes box beneath a question."/>
                    <pic:cNvPicPr/>
                  </pic:nvPicPr>
                  <pic:blipFill>
                    <a:blip r:embed="rId91"/>
                    <a:stretch>
                      <a:fillRect/>
                    </a:stretch>
                  </pic:blipFill>
                  <pic:spPr>
                    <a:xfrm>
                      <a:off x="0" y="0"/>
                      <a:ext cx="3481070" cy="3803650"/>
                    </a:xfrm>
                    <a:prstGeom prst="rect">
                      <a:avLst/>
                    </a:prstGeom>
                  </pic:spPr>
                </pic:pic>
              </a:graphicData>
            </a:graphic>
            <wp14:sizeRelH relativeFrom="margin">
              <wp14:pctWidth>0</wp14:pctWidth>
            </wp14:sizeRelH>
            <wp14:sizeRelV relativeFrom="margin">
              <wp14:pctHeight>0</wp14:pctHeight>
            </wp14:sizeRelV>
          </wp:anchor>
        </w:drawing>
      </w:r>
    </w:p>
    <w:p w14:paraId="2EAD43B2" w14:textId="32B20EF5" w:rsidR="004F44F7" w:rsidRPr="00684C6D" w:rsidRDefault="004F44F7" w:rsidP="00B21769">
      <w:pPr>
        <w:pStyle w:val="ListParagraph"/>
        <w:ind w:left="643"/>
        <w:rPr>
          <w:rFonts w:ascii="Arial" w:hAnsi="Arial" w:cs="Arial"/>
        </w:rPr>
      </w:pPr>
    </w:p>
    <w:p w14:paraId="4F71313E" w14:textId="77777777" w:rsidR="00B70DDF" w:rsidRPr="00684C6D" w:rsidRDefault="00B70DDF" w:rsidP="00B21769">
      <w:pPr>
        <w:pStyle w:val="ListParagraph"/>
        <w:ind w:left="643"/>
        <w:rPr>
          <w:rFonts w:ascii="Arial" w:hAnsi="Arial" w:cs="Arial"/>
        </w:rPr>
      </w:pPr>
    </w:p>
    <w:p w14:paraId="35B2F0A2" w14:textId="0DAB2E7E" w:rsidR="004F44F7" w:rsidRPr="00684C6D" w:rsidRDefault="004F44F7" w:rsidP="00B21769">
      <w:pPr>
        <w:pStyle w:val="ListParagraph"/>
        <w:ind w:left="643"/>
        <w:rPr>
          <w:rFonts w:ascii="Arial" w:hAnsi="Arial" w:cs="Arial"/>
        </w:rPr>
      </w:pPr>
    </w:p>
    <w:p w14:paraId="04EA4BF1" w14:textId="3F153C50" w:rsidR="00B21769" w:rsidRPr="00FA2FA7" w:rsidRDefault="00DF4CC7">
      <w:pPr>
        <w:pStyle w:val="ListParagraph"/>
        <w:numPr>
          <w:ilvl w:val="0"/>
          <w:numId w:val="15"/>
        </w:numPr>
        <w:rPr>
          <w:rFonts w:ascii="Arial" w:hAnsi="Arial" w:cs="Arial"/>
          <w:sz w:val="24"/>
          <w:szCs w:val="24"/>
        </w:rPr>
      </w:pPr>
      <w:r w:rsidRPr="00FA2FA7">
        <w:rPr>
          <w:rFonts w:ascii="Arial" w:hAnsi="Arial" w:cs="Arial"/>
          <w:sz w:val="24"/>
          <w:szCs w:val="24"/>
        </w:rPr>
        <w:t>A new version of the summary has been created</w:t>
      </w:r>
      <w:r w:rsidR="00593C0F" w:rsidRPr="00FA2FA7">
        <w:rPr>
          <w:rFonts w:ascii="Arial" w:hAnsi="Arial" w:cs="Arial"/>
          <w:sz w:val="24"/>
          <w:szCs w:val="24"/>
        </w:rPr>
        <w:t xml:space="preserve">, </w:t>
      </w:r>
      <w:r w:rsidRPr="00FA2FA7">
        <w:rPr>
          <w:rFonts w:ascii="Arial" w:hAnsi="Arial" w:cs="Arial"/>
          <w:sz w:val="24"/>
          <w:szCs w:val="24"/>
        </w:rPr>
        <w:t>and a</w:t>
      </w:r>
      <w:r w:rsidR="004F44F7" w:rsidRPr="00FA2FA7">
        <w:rPr>
          <w:rFonts w:ascii="Arial" w:hAnsi="Arial" w:cs="Arial"/>
          <w:sz w:val="24"/>
          <w:szCs w:val="24"/>
        </w:rPr>
        <w:t>ll</w:t>
      </w:r>
      <w:r w:rsidR="00B21769" w:rsidRPr="00FA2FA7">
        <w:rPr>
          <w:rFonts w:ascii="Arial" w:hAnsi="Arial" w:cs="Arial"/>
          <w:sz w:val="24"/>
          <w:szCs w:val="24"/>
        </w:rPr>
        <w:t xml:space="preserve"> suggest</w:t>
      </w:r>
      <w:r w:rsidR="004F44F7" w:rsidRPr="00FA2FA7">
        <w:rPr>
          <w:rFonts w:ascii="Arial" w:hAnsi="Arial" w:cs="Arial"/>
          <w:sz w:val="24"/>
          <w:szCs w:val="24"/>
        </w:rPr>
        <w:t>ed</w:t>
      </w:r>
      <w:r w:rsidR="00B21769" w:rsidRPr="00FA2FA7">
        <w:rPr>
          <w:rFonts w:ascii="Arial" w:hAnsi="Arial" w:cs="Arial"/>
          <w:sz w:val="24"/>
          <w:szCs w:val="24"/>
        </w:rPr>
        <w:t xml:space="preserve"> changes will </w:t>
      </w:r>
      <w:r w:rsidR="004F44F7" w:rsidRPr="00FA2FA7">
        <w:rPr>
          <w:rFonts w:ascii="Arial" w:hAnsi="Arial" w:cs="Arial"/>
          <w:sz w:val="24"/>
          <w:szCs w:val="24"/>
        </w:rPr>
        <w:t>appear</w:t>
      </w:r>
      <w:r w:rsidR="00B21769" w:rsidRPr="00FA2FA7">
        <w:rPr>
          <w:rFonts w:ascii="Arial" w:hAnsi="Arial" w:cs="Arial"/>
          <w:sz w:val="24"/>
          <w:szCs w:val="24"/>
        </w:rPr>
        <w:t xml:space="preserve"> in a</w:t>
      </w:r>
      <w:r w:rsidR="004F44F7" w:rsidRPr="00FA2FA7">
        <w:rPr>
          <w:rFonts w:ascii="Arial" w:hAnsi="Arial" w:cs="Arial"/>
          <w:sz w:val="24"/>
          <w:szCs w:val="24"/>
        </w:rPr>
        <w:t xml:space="preserve"> t</w:t>
      </w:r>
      <w:r w:rsidR="00B21769" w:rsidRPr="00FA2FA7">
        <w:rPr>
          <w:rFonts w:ascii="Arial" w:hAnsi="Arial" w:cs="Arial"/>
          <w:sz w:val="24"/>
          <w:szCs w:val="24"/>
        </w:rPr>
        <w:t xml:space="preserve">ext box </w:t>
      </w:r>
      <w:r w:rsidR="004F44F7" w:rsidRPr="00FA2FA7">
        <w:rPr>
          <w:rFonts w:ascii="Arial" w:hAnsi="Arial" w:cs="Arial"/>
          <w:sz w:val="24"/>
          <w:szCs w:val="24"/>
        </w:rPr>
        <w:t xml:space="preserve">beneath each relevant </w:t>
      </w:r>
      <w:r w:rsidR="00B21769" w:rsidRPr="00FA2FA7">
        <w:rPr>
          <w:rFonts w:ascii="Arial" w:hAnsi="Arial" w:cs="Arial"/>
          <w:sz w:val="24"/>
          <w:szCs w:val="24"/>
        </w:rPr>
        <w:t xml:space="preserve">question.  It is then the responsibility of the </w:t>
      </w:r>
      <w:r w:rsidR="004F44F7" w:rsidRPr="00FA2FA7">
        <w:rPr>
          <w:rFonts w:ascii="Arial" w:hAnsi="Arial" w:cs="Arial"/>
          <w:sz w:val="24"/>
          <w:szCs w:val="24"/>
        </w:rPr>
        <w:t>Public Authority to update the summary</w:t>
      </w:r>
      <w:r w:rsidR="00593C0F" w:rsidRPr="00FA2FA7">
        <w:rPr>
          <w:rFonts w:ascii="Arial" w:hAnsi="Arial" w:cs="Arial"/>
          <w:sz w:val="24"/>
          <w:szCs w:val="24"/>
        </w:rPr>
        <w:t xml:space="preserve"> in line with the </w:t>
      </w:r>
      <w:r w:rsidR="004F44F7" w:rsidRPr="00FA2FA7">
        <w:rPr>
          <w:rFonts w:ascii="Arial" w:hAnsi="Arial" w:cs="Arial"/>
          <w:sz w:val="24"/>
          <w:szCs w:val="24"/>
        </w:rPr>
        <w:t>suggested</w:t>
      </w:r>
      <w:r w:rsidR="00593C0F" w:rsidRPr="00FA2FA7">
        <w:rPr>
          <w:rFonts w:ascii="Arial" w:hAnsi="Arial" w:cs="Arial"/>
          <w:sz w:val="24"/>
          <w:szCs w:val="24"/>
        </w:rPr>
        <w:t xml:space="preserve"> changes.</w:t>
      </w:r>
    </w:p>
    <w:p w14:paraId="59E1EA0E" w14:textId="77777777" w:rsidR="00593C0F" w:rsidRPr="00FA2FA7" w:rsidRDefault="00593C0F" w:rsidP="00B21769">
      <w:pPr>
        <w:pStyle w:val="ListParagraph"/>
        <w:ind w:left="643"/>
        <w:rPr>
          <w:rFonts w:ascii="Arial" w:hAnsi="Arial" w:cs="Arial"/>
          <w:sz w:val="24"/>
          <w:szCs w:val="24"/>
        </w:rPr>
      </w:pPr>
    </w:p>
    <w:p w14:paraId="012EAFDA" w14:textId="77777777" w:rsidR="00B70DDF" w:rsidRPr="00684C6D" w:rsidRDefault="00B70DDF" w:rsidP="00B21769">
      <w:pPr>
        <w:pStyle w:val="ListParagraph"/>
        <w:ind w:left="643"/>
        <w:rPr>
          <w:rFonts w:ascii="Arial" w:hAnsi="Arial" w:cs="Arial"/>
        </w:rPr>
      </w:pPr>
    </w:p>
    <w:p w14:paraId="2A289F6A" w14:textId="77777777" w:rsidR="00B70DDF" w:rsidRPr="00684C6D" w:rsidRDefault="00B70DDF" w:rsidP="00B21769">
      <w:pPr>
        <w:pStyle w:val="ListParagraph"/>
        <w:ind w:left="643"/>
        <w:rPr>
          <w:rFonts w:ascii="Arial" w:hAnsi="Arial" w:cs="Arial"/>
        </w:rPr>
      </w:pPr>
    </w:p>
    <w:p w14:paraId="6B8A46C0" w14:textId="77777777" w:rsidR="00B70DDF" w:rsidRPr="00684C6D" w:rsidRDefault="00B70DDF" w:rsidP="00B21769">
      <w:pPr>
        <w:pStyle w:val="ListParagraph"/>
        <w:ind w:left="643"/>
        <w:rPr>
          <w:rFonts w:ascii="Arial" w:hAnsi="Arial" w:cs="Arial"/>
        </w:rPr>
      </w:pPr>
    </w:p>
    <w:p w14:paraId="69A782BC" w14:textId="77777777" w:rsidR="00B70DDF" w:rsidRPr="00684C6D" w:rsidRDefault="00B70DDF" w:rsidP="00B21769">
      <w:pPr>
        <w:pStyle w:val="ListParagraph"/>
        <w:ind w:left="643"/>
        <w:rPr>
          <w:rFonts w:ascii="Arial" w:hAnsi="Arial" w:cs="Arial"/>
        </w:rPr>
      </w:pPr>
    </w:p>
    <w:p w14:paraId="362C1FE2" w14:textId="77777777" w:rsidR="007054B3" w:rsidRPr="00684C6D" w:rsidRDefault="007054B3" w:rsidP="00B21769">
      <w:pPr>
        <w:pStyle w:val="ListParagraph"/>
        <w:ind w:left="643"/>
        <w:rPr>
          <w:rFonts w:ascii="Arial" w:hAnsi="Arial" w:cs="Arial"/>
        </w:rPr>
      </w:pPr>
    </w:p>
    <w:p w14:paraId="274ADC2E" w14:textId="77777777" w:rsidR="007054B3" w:rsidRPr="00684C6D" w:rsidRDefault="007054B3" w:rsidP="00B21769">
      <w:pPr>
        <w:pStyle w:val="ListParagraph"/>
        <w:ind w:left="643"/>
        <w:rPr>
          <w:rFonts w:ascii="Arial" w:hAnsi="Arial" w:cs="Arial"/>
        </w:rPr>
      </w:pPr>
    </w:p>
    <w:p w14:paraId="208CA238" w14:textId="77777777" w:rsidR="007054B3" w:rsidRPr="00684C6D" w:rsidRDefault="007054B3" w:rsidP="00B21769">
      <w:pPr>
        <w:pStyle w:val="ListParagraph"/>
        <w:ind w:left="643"/>
        <w:rPr>
          <w:rFonts w:ascii="Arial" w:hAnsi="Arial" w:cs="Arial"/>
        </w:rPr>
      </w:pPr>
    </w:p>
    <w:p w14:paraId="3CCBEA93" w14:textId="77777777" w:rsidR="00700BED" w:rsidRPr="00684C6D" w:rsidRDefault="00700BED" w:rsidP="00B21769">
      <w:pPr>
        <w:pStyle w:val="ListParagraph"/>
        <w:ind w:left="643"/>
        <w:rPr>
          <w:rFonts w:ascii="Arial" w:hAnsi="Arial" w:cs="Arial"/>
        </w:rPr>
      </w:pPr>
    </w:p>
    <w:p w14:paraId="53955357" w14:textId="77777777" w:rsidR="007054B3" w:rsidRPr="00684C6D" w:rsidRDefault="007054B3" w:rsidP="00B21769">
      <w:pPr>
        <w:pStyle w:val="ListParagraph"/>
        <w:ind w:left="643"/>
        <w:rPr>
          <w:rFonts w:ascii="Arial" w:hAnsi="Arial" w:cs="Arial"/>
        </w:rPr>
      </w:pPr>
    </w:p>
    <w:p w14:paraId="63A7E50E" w14:textId="77777777" w:rsidR="007054B3" w:rsidRDefault="007054B3" w:rsidP="00B21769">
      <w:pPr>
        <w:pStyle w:val="ListParagraph"/>
        <w:ind w:left="643"/>
        <w:rPr>
          <w:rFonts w:ascii="Arial" w:hAnsi="Arial" w:cs="Arial"/>
        </w:rPr>
      </w:pPr>
    </w:p>
    <w:p w14:paraId="5D86A3E9" w14:textId="77777777" w:rsidR="00684C6D" w:rsidRDefault="00684C6D" w:rsidP="00B21769">
      <w:pPr>
        <w:pStyle w:val="ListParagraph"/>
        <w:ind w:left="643"/>
        <w:rPr>
          <w:rFonts w:ascii="Arial" w:hAnsi="Arial" w:cs="Arial"/>
        </w:rPr>
      </w:pPr>
    </w:p>
    <w:p w14:paraId="06AC9E0E" w14:textId="77777777" w:rsidR="00684C6D" w:rsidRPr="00684C6D" w:rsidRDefault="00684C6D" w:rsidP="00B21769">
      <w:pPr>
        <w:pStyle w:val="ListParagraph"/>
        <w:ind w:left="643"/>
        <w:rPr>
          <w:rFonts w:ascii="Arial" w:hAnsi="Arial" w:cs="Arial"/>
        </w:rPr>
      </w:pPr>
    </w:p>
    <w:p w14:paraId="318D6D17" w14:textId="488CE3F9" w:rsidR="00593C0F" w:rsidRPr="00D82BB0" w:rsidRDefault="00593C0F">
      <w:pPr>
        <w:pStyle w:val="ListParagraph"/>
        <w:numPr>
          <w:ilvl w:val="0"/>
          <w:numId w:val="15"/>
        </w:numPr>
        <w:rPr>
          <w:rFonts w:ascii="Arial" w:hAnsi="Arial" w:cs="Arial"/>
          <w:sz w:val="24"/>
          <w:szCs w:val="24"/>
        </w:rPr>
      </w:pPr>
      <w:r w:rsidRPr="00FA2FA7">
        <w:rPr>
          <w:rFonts w:ascii="Arial" w:hAnsi="Arial" w:cs="Arial"/>
          <w:sz w:val="24"/>
          <w:szCs w:val="24"/>
        </w:rPr>
        <w:t>Once the relevant changes have been made</w:t>
      </w:r>
      <w:r w:rsidR="002127C2" w:rsidRPr="00FA2FA7">
        <w:rPr>
          <w:rFonts w:ascii="Arial" w:hAnsi="Arial" w:cs="Arial"/>
          <w:sz w:val="24"/>
          <w:szCs w:val="24"/>
        </w:rPr>
        <w:t xml:space="preserve"> </w:t>
      </w:r>
      <w:r w:rsidR="0062649F" w:rsidRPr="00FA2FA7">
        <w:rPr>
          <w:rFonts w:ascii="Arial" w:hAnsi="Arial" w:cs="Arial"/>
          <w:sz w:val="24"/>
          <w:szCs w:val="24"/>
        </w:rPr>
        <w:t>- either</w:t>
      </w:r>
      <w:r w:rsidRPr="00FA2FA7">
        <w:rPr>
          <w:rFonts w:ascii="Arial" w:hAnsi="Arial" w:cs="Arial"/>
          <w:sz w:val="24"/>
          <w:szCs w:val="24"/>
        </w:rPr>
        <w:t xml:space="preserve"> by the Public Authority </w:t>
      </w:r>
      <w:r w:rsidR="00862EED" w:rsidRPr="00FA2FA7">
        <w:rPr>
          <w:rFonts w:ascii="Arial" w:hAnsi="Arial" w:cs="Arial"/>
          <w:sz w:val="24"/>
          <w:szCs w:val="24"/>
        </w:rPr>
        <w:t>Policy Lead</w:t>
      </w:r>
      <w:r w:rsidRPr="00FA2FA7">
        <w:rPr>
          <w:rFonts w:ascii="Arial" w:hAnsi="Arial" w:cs="Arial"/>
          <w:sz w:val="24"/>
          <w:szCs w:val="24"/>
        </w:rPr>
        <w:t xml:space="preserve"> who c</w:t>
      </w:r>
      <w:r w:rsidR="002127C2" w:rsidRPr="00FA2FA7">
        <w:rPr>
          <w:rFonts w:ascii="Arial" w:hAnsi="Arial" w:cs="Arial"/>
          <w:sz w:val="24"/>
          <w:szCs w:val="24"/>
        </w:rPr>
        <w:t>reated</w:t>
      </w:r>
      <w:r w:rsidRPr="00FA2FA7">
        <w:rPr>
          <w:rFonts w:ascii="Arial" w:hAnsi="Arial" w:cs="Arial"/>
          <w:sz w:val="24"/>
          <w:szCs w:val="24"/>
        </w:rPr>
        <w:t xml:space="preserve"> </w:t>
      </w:r>
      <w:r w:rsidR="001E1B38" w:rsidRPr="00FA2FA7">
        <w:rPr>
          <w:rFonts w:ascii="Arial" w:hAnsi="Arial" w:cs="Arial"/>
          <w:sz w:val="24"/>
          <w:szCs w:val="24"/>
        </w:rPr>
        <w:t xml:space="preserve">the </w:t>
      </w:r>
      <w:r w:rsidRPr="00FA2FA7">
        <w:rPr>
          <w:rFonts w:ascii="Arial" w:hAnsi="Arial" w:cs="Arial"/>
          <w:sz w:val="24"/>
          <w:szCs w:val="24"/>
        </w:rPr>
        <w:t>summary or</w:t>
      </w:r>
      <w:r w:rsidR="002127C2" w:rsidRPr="00FA2FA7">
        <w:rPr>
          <w:rFonts w:ascii="Arial" w:hAnsi="Arial" w:cs="Arial"/>
          <w:sz w:val="24"/>
          <w:szCs w:val="24"/>
        </w:rPr>
        <w:t xml:space="preserve"> by</w:t>
      </w:r>
      <w:r w:rsidRPr="00FA2FA7">
        <w:rPr>
          <w:rFonts w:ascii="Arial" w:hAnsi="Arial" w:cs="Arial"/>
          <w:sz w:val="24"/>
          <w:szCs w:val="24"/>
        </w:rPr>
        <w:t xml:space="preserve"> the </w:t>
      </w:r>
      <w:r w:rsidR="0011579F">
        <w:rPr>
          <w:rFonts w:ascii="Arial" w:hAnsi="Arial" w:cs="Arial"/>
          <w:sz w:val="24"/>
          <w:szCs w:val="24"/>
        </w:rPr>
        <w:t>Rural Needs Coordinator</w:t>
      </w:r>
      <w:r w:rsidRPr="00FA2FA7">
        <w:rPr>
          <w:rFonts w:ascii="Arial" w:hAnsi="Arial" w:cs="Arial"/>
          <w:sz w:val="24"/>
          <w:szCs w:val="24"/>
        </w:rPr>
        <w:t xml:space="preserve"> </w:t>
      </w:r>
      <w:r w:rsidR="00B70DDF" w:rsidRPr="00FA2FA7">
        <w:rPr>
          <w:rFonts w:ascii="Arial" w:hAnsi="Arial" w:cs="Arial"/>
          <w:sz w:val="24"/>
          <w:szCs w:val="24"/>
        </w:rPr>
        <w:t xml:space="preserve">who is </w:t>
      </w:r>
      <w:r w:rsidRPr="00FA2FA7">
        <w:rPr>
          <w:rFonts w:ascii="Arial" w:hAnsi="Arial" w:cs="Arial"/>
          <w:sz w:val="24"/>
          <w:szCs w:val="24"/>
        </w:rPr>
        <w:t>content to make the changes</w:t>
      </w:r>
      <w:r w:rsidR="00B70DDF" w:rsidRPr="00FA2FA7">
        <w:rPr>
          <w:rFonts w:ascii="Arial" w:hAnsi="Arial" w:cs="Arial"/>
          <w:sz w:val="24"/>
          <w:szCs w:val="24"/>
        </w:rPr>
        <w:t xml:space="preserve"> - the summary must be returned to the </w:t>
      </w:r>
      <w:r w:rsidR="0011579F">
        <w:rPr>
          <w:rFonts w:ascii="Arial" w:hAnsi="Arial" w:cs="Arial"/>
          <w:sz w:val="24"/>
          <w:szCs w:val="24"/>
        </w:rPr>
        <w:t>Rural Needs Coordinator</w:t>
      </w:r>
      <w:r w:rsidR="00235E20" w:rsidRPr="00FA2FA7">
        <w:rPr>
          <w:rFonts w:ascii="Arial" w:hAnsi="Arial" w:cs="Arial"/>
          <w:sz w:val="24"/>
          <w:szCs w:val="24"/>
        </w:rPr>
        <w:t>’s</w:t>
      </w:r>
      <w:r w:rsidR="00B70DDF" w:rsidRPr="00FA2FA7">
        <w:rPr>
          <w:rFonts w:ascii="Arial" w:hAnsi="Arial" w:cs="Arial"/>
          <w:sz w:val="24"/>
          <w:szCs w:val="24"/>
        </w:rPr>
        <w:t xml:space="preserve"> Submission Dashboard by selecting </w:t>
      </w:r>
      <w:r w:rsidR="00B70DDF" w:rsidRPr="00D82BB0">
        <w:rPr>
          <w:rFonts w:ascii="Arial" w:hAnsi="Arial" w:cs="Arial"/>
          <w:b/>
          <w:bCs/>
          <w:sz w:val="24"/>
          <w:szCs w:val="24"/>
        </w:rPr>
        <w:t xml:space="preserve">Send to </w:t>
      </w:r>
      <w:r w:rsidR="0011579F" w:rsidRPr="00D82BB0">
        <w:rPr>
          <w:rFonts w:ascii="Arial" w:hAnsi="Arial" w:cs="Arial"/>
          <w:b/>
          <w:bCs/>
          <w:sz w:val="24"/>
          <w:szCs w:val="24"/>
        </w:rPr>
        <w:t>Rural Needs Coordinator</w:t>
      </w:r>
      <w:r w:rsidR="00700BED" w:rsidRPr="00D82BB0">
        <w:rPr>
          <w:rFonts w:ascii="Arial" w:hAnsi="Arial" w:cs="Arial"/>
          <w:sz w:val="24"/>
          <w:szCs w:val="24"/>
        </w:rPr>
        <w:t>.</w:t>
      </w:r>
    </w:p>
    <w:p w14:paraId="374AE758" w14:textId="74A27A4C" w:rsidR="00593C0F" w:rsidRPr="00FA2FA7" w:rsidRDefault="00684C6D" w:rsidP="00B21769">
      <w:pPr>
        <w:pStyle w:val="ListParagraph"/>
        <w:ind w:left="643"/>
        <w:rPr>
          <w:rFonts w:ascii="Arial" w:hAnsi="Arial" w:cs="Arial"/>
          <w:sz w:val="24"/>
          <w:szCs w:val="24"/>
        </w:rPr>
      </w:pPr>
      <w:r w:rsidRPr="00FA2FA7">
        <w:rPr>
          <w:rFonts w:ascii="Arial" w:hAnsi="Arial" w:cs="Arial"/>
          <w:noProof/>
          <w:sz w:val="24"/>
          <w:szCs w:val="24"/>
        </w:rPr>
        <w:drawing>
          <wp:anchor distT="0" distB="0" distL="114300" distR="114300" simplePos="0" relativeHeight="251992576" behindDoc="0" locked="0" layoutInCell="1" allowOverlap="1" wp14:anchorId="2620B6AC" wp14:editId="2717423B">
            <wp:simplePos x="0" y="0"/>
            <wp:positionH relativeFrom="page">
              <wp:posOffset>2315523</wp:posOffset>
            </wp:positionH>
            <wp:positionV relativeFrom="paragraph">
              <wp:posOffset>118993</wp:posOffset>
            </wp:positionV>
            <wp:extent cx="3526155" cy="317500"/>
            <wp:effectExtent l="0" t="0" r="0" b="6350"/>
            <wp:wrapSquare wrapText="bothSides"/>
            <wp:docPr id="491063847" name="Picture 1" descr="Action buttons for Save draft, Send to coordinator, and Can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063847" name="Picture 1" descr="Action buttons for Save draft, Send to coordinator, and Cancel."/>
                    <pic:cNvPicPr/>
                  </pic:nvPicPr>
                  <pic:blipFill rotWithShape="1">
                    <a:blip r:embed="rId92"/>
                    <a:srcRect l="7468" t="13499" r="12781" b="30258"/>
                    <a:stretch>
                      <a:fillRect/>
                    </a:stretch>
                  </pic:blipFill>
                  <pic:spPr bwMode="auto">
                    <a:xfrm>
                      <a:off x="0" y="0"/>
                      <a:ext cx="3526155" cy="3175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A461D27" w14:textId="63039169" w:rsidR="00A777E1" w:rsidRPr="00684C6D" w:rsidRDefault="00A777E1" w:rsidP="00B21769">
      <w:pPr>
        <w:pStyle w:val="ListParagraph"/>
        <w:ind w:left="643"/>
        <w:rPr>
          <w:rFonts w:ascii="Arial" w:hAnsi="Arial" w:cs="Arial"/>
        </w:rPr>
      </w:pPr>
    </w:p>
    <w:p w14:paraId="6CD6A31F" w14:textId="77777777" w:rsidR="00A777E1" w:rsidRPr="00684C6D" w:rsidRDefault="00A777E1" w:rsidP="00B21769">
      <w:pPr>
        <w:pStyle w:val="ListParagraph"/>
        <w:ind w:left="643"/>
        <w:rPr>
          <w:rFonts w:ascii="Arial" w:hAnsi="Arial" w:cs="Arial"/>
        </w:rPr>
      </w:pPr>
    </w:p>
    <w:p w14:paraId="171C1065" w14:textId="77777777" w:rsidR="00A777E1" w:rsidRPr="00684C6D" w:rsidRDefault="00A777E1" w:rsidP="00B21769">
      <w:pPr>
        <w:pStyle w:val="ListParagraph"/>
        <w:ind w:left="643"/>
        <w:rPr>
          <w:rFonts w:ascii="Arial" w:hAnsi="Arial" w:cs="Arial"/>
        </w:rPr>
      </w:pPr>
    </w:p>
    <w:p w14:paraId="62EC3B5F" w14:textId="77777777" w:rsidR="00A777E1" w:rsidRDefault="00A777E1" w:rsidP="00B21769">
      <w:pPr>
        <w:pStyle w:val="ListParagraph"/>
        <w:ind w:left="643"/>
        <w:rPr>
          <w:rFonts w:ascii="Arial" w:hAnsi="Arial" w:cs="Arial"/>
        </w:rPr>
      </w:pPr>
    </w:p>
    <w:p w14:paraId="046F81D8" w14:textId="77777777" w:rsidR="00D73F62" w:rsidRDefault="00D73F62" w:rsidP="00B21769">
      <w:pPr>
        <w:pStyle w:val="ListParagraph"/>
        <w:ind w:left="643"/>
        <w:rPr>
          <w:rFonts w:ascii="Arial" w:hAnsi="Arial" w:cs="Arial"/>
        </w:rPr>
      </w:pPr>
    </w:p>
    <w:p w14:paraId="38CE20DA" w14:textId="77777777" w:rsidR="00D73F62" w:rsidRDefault="00D73F62" w:rsidP="00B21769">
      <w:pPr>
        <w:pStyle w:val="ListParagraph"/>
        <w:ind w:left="643"/>
        <w:rPr>
          <w:rFonts w:ascii="Arial" w:hAnsi="Arial" w:cs="Arial"/>
        </w:rPr>
      </w:pPr>
    </w:p>
    <w:p w14:paraId="6436F728" w14:textId="77777777" w:rsidR="00D73F62" w:rsidRDefault="00D73F62" w:rsidP="00B21769">
      <w:pPr>
        <w:pStyle w:val="ListParagraph"/>
        <w:ind w:left="643"/>
        <w:rPr>
          <w:rFonts w:ascii="Arial" w:hAnsi="Arial" w:cs="Arial"/>
        </w:rPr>
      </w:pPr>
    </w:p>
    <w:p w14:paraId="499A9447" w14:textId="77777777" w:rsidR="00D73F62" w:rsidRDefault="00D73F62" w:rsidP="00B21769">
      <w:pPr>
        <w:pStyle w:val="ListParagraph"/>
        <w:ind w:left="643"/>
        <w:rPr>
          <w:rFonts w:ascii="Arial" w:hAnsi="Arial" w:cs="Arial"/>
        </w:rPr>
      </w:pPr>
    </w:p>
    <w:p w14:paraId="463985E0" w14:textId="77777777" w:rsidR="00D73F62" w:rsidRDefault="00D73F62" w:rsidP="00B21769">
      <w:pPr>
        <w:pStyle w:val="ListParagraph"/>
        <w:ind w:left="643"/>
        <w:rPr>
          <w:rFonts w:ascii="Arial" w:hAnsi="Arial" w:cs="Arial"/>
        </w:rPr>
      </w:pPr>
    </w:p>
    <w:p w14:paraId="341FFC4D" w14:textId="77777777" w:rsidR="00D73F62" w:rsidRDefault="00D73F62" w:rsidP="00B21769">
      <w:pPr>
        <w:pStyle w:val="ListParagraph"/>
        <w:ind w:left="643"/>
        <w:rPr>
          <w:rFonts w:ascii="Arial" w:hAnsi="Arial" w:cs="Arial"/>
        </w:rPr>
      </w:pPr>
    </w:p>
    <w:p w14:paraId="1D284FAA" w14:textId="77777777" w:rsidR="00D73F62" w:rsidRPr="00684C6D" w:rsidRDefault="00D73F62" w:rsidP="00B21769">
      <w:pPr>
        <w:pStyle w:val="ListParagraph"/>
        <w:ind w:left="643"/>
        <w:rPr>
          <w:rFonts w:ascii="Arial" w:hAnsi="Arial" w:cs="Arial"/>
        </w:rPr>
      </w:pPr>
    </w:p>
    <w:p w14:paraId="125402DA" w14:textId="77777777" w:rsidR="00A777E1" w:rsidRPr="00684C6D" w:rsidRDefault="00A777E1" w:rsidP="00B21769">
      <w:pPr>
        <w:pStyle w:val="ListParagraph"/>
        <w:ind w:left="643"/>
        <w:rPr>
          <w:rFonts w:ascii="Arial" w:hAnsi="Arial" w:cs="Arial"/>
        </w:rPr>
      </w:pPr>
    </w:p>
    <w:p w14:paraId="21132CFB" w14:textId="123A080C" w:rsidR="00A777E1" w:rsidRPr="00684C6D" w:rsidRDefault="00A777E1" w:rsidP="00B21769">
      <w:pPr>
        <w:pStyle w:val="ListParagraph"/>
        <w:ind w:left="643"/>
        <w:rPr>
          <w:rFonts w:ascii="Arial" w:hAnsi="Arial" w:cs="Arial"/>
        </w:rPr>
      </w:pPr>
    </w:p>
    <w:p w14:paraId="2EA390A7" w14:textId="43898BE3" w:rsidR="00A777E1" w:rsidRPr="00FA2FA7" w:rsidRDefault="00A777E1" w:rsidP="00684C6D">
      <w:pPr>
        <w:pStyle w:val="DAERAHeading"/>
        <w:jc w:val="left"/>
        <w:rPr>
          <w:color w:val="002060"/>
          <w:sz w:val="28"/>
          <w:szCs w:val="28"/>
          <w:lang w:val="en-GB"/>
        </w:rPr>
      </w:pPr>
      <w:bookmarkStart w:id="23" w:name="ResubmittingaSubmissiontoDAERARural"/>
      <w:r w:rsidRPr="00FA2FA7">
        <w:rPr>
          <w:color w:val="002060"/>
          <w:sz w:val="28"/>
          <w:szCs w:val="28"/>
          <w:lang w:val="en-GB"/>
        </w:rPr>
        <w:lastRenderedPageBreak/>
        <w:t xml:space="preserve">Resubmitting a Submission to DAERA Rural Needs Team by </w:t>
      </w:r>
      <w:r w:rsidR="0011579F">
        <w:rPr>
          <w:color w:val="002060"/>
          <w:sz w:val="28"/>
          <w:szCs w:val="28"/>
          <w:lang w:val="en-GB"/>
        </w:rPr>
        <w:t>Rural Needs Coordinator</w:t>
      </w:r>
    </w:p>
    <w:bookmarkEnd w:id="23"/>
    <w:p w14:paraId="43FBD191" w14:textId="77777777" w:rsidR="00A777E1" w:rsidRPr="00684C6D" w:rsidRDefault="00A777E1" w:rsidP="00B21769">
      <w:pPr>
        <w:pStyle w:val="ListParagraph"/>
        <w:ind w:left="643"/>
        <w:rPr>
          <w:rFonts w:ascii="Arial" w:hAnsi="Arial" w:cs="Arial"/>
        </w:rPr>
      </w:pPr>
    </w:p>
    <w:p w14:paraId="1922A9ED" w14:textId="7ED92E6A" w:rsidR="00531950" w:rsidRPr="00684C6D" w:rsidRDefault="001E1B38" w:rsidP="00B21769">
      <w:pPr>
        <w:pStyle w:val="ListParagraph"/>
        <w:ind w:left="643"/>
        <w:rPr>
          <w:rFonts w:ascii="Arial" w:hAnsi="Arial" w:cs="Arial"/>
        </w:rPr>
      </w:pPr>
      <w:r w:rsidRPr="00684C6D">
        <w:rPr>
          <w:rFonts w:ascii="Arial" w:hAnsi="Arial" w:cs="Arial"/>
          <w:noProof/>
        </w:rPr>
        <w:drawing>
          <wp:anchor distT="0" distB="0" distL="114300" distR="114300" simplePos="0" relativeHeight="252041728" behindDoc="0" locked="0" layoutInCell="1" allowOverlap="1" wp14:anchorId="641A693E" wp14:editId="6477C0DE">
            <wp:simplePos x="0" y="0"/>
            <wp:positionH relativeFrom="column">
              <wp:posOffset>2406650</wp:posOffset>
            </wp:positionH>
            <wp:positionV relativeFrom="paragraph">
              <wp:posOffset>90805</wp:posOffset>
            </wp:positionV>
            <wp:extent cx="3606800" cy="2571750"/>
            <wp:effectExtent l="0" t="0" r="0" b="0"/>
            <wp:wrapSquare wrapText="bothSides"/>
            <wp:docPr id="378402433" name="Picture 1" descr="Submission Dashboard showing a ‘Submission Sent’ banner and updated status panels, including ‘Submitted’ under Overall status and ‘DAERA Rural Needs Team reviewing’ under Next st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402433" name="Picture 1" descr="Submission Dashboard showing a ‘Submission Sent’ banner and updated status panels, including ‘Submitted’ under Overall status and ‘DAERA Rural Needs Team reviewing’ under Next steps."/>
                    <pic:cNvPicPr/>
                  </pic:nvPicPr>
                  <pic:blipFill>
                    <a:blip r:embed="rId93"/>
                    <a:stretch>
                      <a:fillRect/>
                    </a:stretch>
                  </pic:blipFill>
                  <pic:spPr>
                    <a:xfrm>
                      <a:off x="0" y="0"/>
                      <a:ext cx="3606800" cy="2571750"/>
                    </a:xfrm>
                    <a:prstGeom prst="rect">
                      <a:avLst/>
                    </a:prstGeom>
                  </pic:spPr>
                </pic:pic>
              </a:graphicData>
            </a:graphic>
          </wp:anchor>
        </w:drawing>
      </w:r>
    </w:p>
    <w:p w14:paraId="222BDB09" w14:textId="413B61E3" w:rsidR="001E1B38" w:rsidRPr="00684C6D" w:rsidRDefault="001E1B38" w:rsidP="00B21769">
      <w:pPr>
        <w:pStyle w:val="ListParagraph"/>
        <w:ind w:left="643"/>
        <w:rPr>
          <w:rFonts w:ascii="Arial" w:hAnsi="Arial" w:cs="Arial"/>
        </w:rPr>
      </w:pPr>
    </w:p>
    <w:p w14:paraId="21406802" w14:textId="77777777" w:rsidR="001E1B38" w:rsidRPr="00684C6D" w:rsidRDefault="001E1B38" w:rsidP="00B21769">
      <w:pPr>
        <w:pStyle w:val="ListParagraph"/>
        <w:ind w:left="643"/>
        <w:rPr>
          <w:rFonts w:ascii="Arial" w:hAnsi="Arial" w:cs="Arial"/>
        </w:rPr>
      </w:pPr>
    </w:p>
    <w:p w14:paraId="1FE7B1E3" w14:textId="3C2A8563" w:rsidR="001E1B38" w:rsidRPr="00FA2FA7" w:rsidRDefault="001E1B38">
      <w:pPr>
        <w:pStyle w:val="ListParagraph"/>
        <w:numPr>
          <w:ilvl w:val="0"/>
          <w:numId w:val="15"/>
        </w:numPr>
        <w:rPr>
          <w:rFonts w:ascii="Arial" w:hAnsi="Arial" w:cs="Arial"/>
          <w:b/>
          <w:bCs/>
          <w:i/>
          <w:iCs/>
          <w:sz w:val="24"/>
          <w:szCs w:val="24"/>
          <w:lang w:val="en-GB"/>
        </w:rPr>
      </w:pPr>
      <w:r w:rsidRPr="00FA2FA7">
        <w:rPr>
          <w:rFonts w:ascii="Arial" w:hAnsi="Arial" w:cs="Arial"/>
          <w:sz w:val="24"/>
          <w:szCs w:val="24"/>
          <w:lang w:val="en-GB"/>
        </w:rPr>
        <w:t xml:space="preserve">As in the previous steps, the </w:t>
      </w:r>
      <w:r w:rsidR="0011579F">
        <w:rPr>
          <w:rFonts w:ascii="Arial" w:hAnsi="Arial" w:cs="Arial"/>
          <w:sz w:val="24"/>
          <w:szCs w:val="24"/>
          <w:lang w:val="en-GB"/>
        </w:rPr>
        <w:t>Rural Needs Coordinator</w:t>
      </w:r>
      <w:r w:rsidRPr="00FA2FA7">
        <w:rPr>
          <w:rFonts w:ascii="Arial" w:hAnsi="Arial" w:cs="Arial"/>
          <w:sz w:val="24"/>
          <w:szCs w:val="24"/>
          <w:lang w:val="en-GB"/>
        </w:rPr>
        <w:t xml:space="preserve"> will resubmit the overall submission for review by the DAERA Rural Needs Team, and the </w:t>
      </w:r>
      <w:r w:rsidR="0011579F">
        <w:rPr>
          <w:rFonts w:ascii="Arial" w:hAnsi="Arial" w:cs="Arial"/>
          <w:sz w:val="24"/>
          <w:szCs w:val="24"/>
          <w:lang w:val="en-GB"/>
        </w:rPr>
        <w:t>Rural Needs Coordinator</w:t>
      </w:r>
      <w:r w:rsidRPr="00FA2FA7">
        <w:rPr>
          <w:rFonts w:ascii="Arial" w:hAnsi="Arial" w:cs="Arial"/>
          <w:sz w:val="24"/>
          <w:szCs w:val="24"/>
          <w:lang w:val="en-GB"/>
        </w:rPr>
        <w:t xml:space="preserve"> Submission Dashboard will update to reflect this</w:t>
      </w:r>
      <w:r w:rsidRPr="00FA2FA7">
        <w:rPr>
          <w:rFonts w:ascii="Arial" w:hAnsi="Arial" w:cs="Arial"/>
          <w:b/>
          <w:bCs/>
          <w:i/>
          <w:iCs/>
          <w:sz w:val="24"/>
          <w:szCs w:val="24"/>
          <w:lang w:val="en-GB"/>
        </w:rPr>
        <w:t>.</w:t>
      </w:r>
    </w:p>
    <w:p w14:paraId="5415A71D" w14:textId="4EB807C4" w:rsidR="00EA57E9" w:rsidRPr="00684C6D" w:rsidRDefault="00EA57E9" w:rsidP="00EA57E9">
      <w:pPr>
        <w:rPr>
          <w:rFonts w:ascii="Arial" w:hAnsi="Arial" w:cs="Arial"/>
        </w:rPr>
      </w:pPr>
    </w:p>
    <w:p w14:paraId="79B3AC53" w14:textId="77777777" w:rsidR="00700BED" w:rsidRPr="00684C6D" w:rsidRDefault="00700BED" w:rsidP="00EA57E9">
      <w:pPr>
        <w:rPr>
          <w:rFonts w:ascii="Arial" w:hAnsi="Arial" w:cs="Arial"/>
        </w:rPr>
      </w:pPr>
    </w:p>
    <w:p w14:paraId="425C6CED" w14:textId="77777777" w:rsidR="00700BED" w:rsidRPr="00684C6D" w:rsidRDefault="00700BED" w:rsidP="00EA57E9">
      <w:pPr>
        <w:rPr>
          <w:rFonts w:ascii="Arial" w:hAnsi="Arial" w:cs="Arial"/>
        </w:rPr>
      </w:pPr>
    </w:p>
    <w:p w14:paraId="3D544EDD" w14:textId="56FE3D1A" w:rsidR="0000121E" w:rsidRPr="00684C6D" w:rsidRDefault="0000121E" w:rsidP="00EA57E9">
      <w:pPr>
        <w:rPr>
          <w:rFonts w:ascii="Arial" w:hAnsi="Arial" w:cs="Arial"/>
        </w:rPr>
      </w:pPr>
    </w:p>
    <w:p w14:paraId="03B69FAC" w14:textId="77777777" w:rsidR="00700BED" w:rsidRPr="00684C6D" w:rsidRDefault="00700BED" w:rsidP="00EA57E9">
      <w:pPr>
        <w:rPr>
          <w:rFonts w:ascii="Arial" w:hAnsi="Arial" w:cs="Arial"/>
        </w:rPr>
      </w:pPr>
    </w:p>
    <w:p w14:paraId="62A14736" w14:textId="14E243E2" w:rsidR="0000121E" w:rsidRPr="00684C6D" w:rsidRDefault="0000121E" w:rsidP="00EA57E9">
      <w:pPr>
        <w:rPr>
          <w:rFonts w:ascii="Arial" w:hAnsi="Arial" w:cs="Arial"/>
        </w:rPr>
      </w:pPr>
    </w:p>
    <w:p w14:paraId="478D3A92" w14:textId="7CED79CD" w:rsidR="00A777E1" w:rsidRPr="00684C6D" w:rsidRDefault="00A777E1">
      <w:pPr>
        <w:rPr>
          <w:rFonts w:ascii="Arial" w:hAnsi="Arial" w:cs="Arial"/>
          <w:b/>
          <w:bCs/>
          <w:color w:val="002060"/>
          <w:sz w:val="28"/>
          <w:szCs w:val="28"/>
          <w:lang w:val="en-GB"/>
        </w:rPr>
      </w:pPr>
      <w:r w:rsidRPr="00684C6D">
        <w:rPr>
          <w:rFonts w:ascii="Arial" w:hAnsi="Arial" w:cs="Arial"/>
          <w:b/>
          <w:bCs/>
          <w:color w:val="002060"/>
          <w:sz w:val="28"/>
          <w:szCs w:val="28"/>
          <w:lang w:val="en-GB"/>
        </w:rPr>
        <w:br w:type="page"/>
      </w:r>
    </w:p>
    <w:p w14:paraId="07DC816D" w14:textId="43CA6B90" w:rsidR="006507A8" w:rsidRPr="00FA2FA7" w:rsidRDefault="006507A8" w:rsidP="00684C6D">
      <w:pPr>
        <w:pStyle w:val="DAERAHeading"/>
        <w:jc w:val="left"/>
        <w:rPr>
          <w:color w:val="002060"/>
          <w:sz w:val="28"/>
          <w:szCs w:val="28"/>
          <w:lang w:val="en-GB"/>
        </w:rPr>
      </w:pPr>
      <w:bookmarkStart w:id="24" w:name="SubmissionApprovalbyDAERARuralNeeds"/>
      <w:r w:rsidRPr="00FA2FA7">
        <w:rPr>
          <w:color w:val="002060"/>
          <w:sz w:val="28"/>
          <w:szCs w:val="28"/>
          <w:lang w:val="en-GB"/>
        </w:rPr>
        <w:lastRenderedPageBreak/>
        <w:t>Submission Approval by DAERA Rural Needs Team</w:t>
      </w:r>
    </w:p>
    <w:bookmarkEnd w:id="24"/>
    <w:p w14:paraId="24EA459D" w14:textId="58E7CBB1" w:rsidR="006507A8" w:rsidRPr="00FA2FA7" w:rsidRDefault="006507A8" w:rsidP="00EA57E9">
      <w:pPr>
        <w:rPr>
          <w:rFonts w:ascii="Arial" w:hAnsi="Arial" w:cs="Arial"/>
          <w:sz w:val="24"/>
          <w:szCs w:val="24"/>
        </w:rPr>
      </w:pPr>
      <w:r w:rsidRPr="00684C6D">
        <w:rPr>
          <w:rFonts w:ascii="Arial" w:hAnsi="Arial" w:cs="Arial"/>
          <w:noProof/>
        </w:rPr>
        <w:drawing>
          <wp:anchor distT="0" distB="0" distL="114300" distR="114300" simplePos="0" relativeHeight="252042752" behindDoc="0" locked="0" layoutInCell="1" allowOverlap="1" wp14:anchorId="5C8BDBC0" wp14:editId="2587CED4">
            <wp:simplePos x="0" y="0"/>
            <wp:positionH relativeFrom="page">
              <wp:posOffset>2888615</wp:posOffset>
            </wp:positionH>
            <wp:positionV relativeFrom="paragraph">
              <wp:posOffset>203200</wp:posOffset>
            </wp:positionV>
            <wp:extent cx="4042410" cy="2254250"/>
            <wp:effectExtent l="0" t="0" r="0" b="0"/>
            <wp:wrapSquare wrapText="bothSides"/>
            <wp:docPr id="1061120135" name="Picture 1" descr="Submission Dashboard showing updated status panels, including ‘Submission Complete’ under Next steps and ‘Submitted’ under Overall sta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1120135" name="Picture 1" descr="Submission Dashboard showing updated status panels, including ‘Submission Complete’ under Next steps and ‘Submitted’ under Overall status."/>
                    <pic:cNvPicPr/>
                  </pic:nvPicPr>
                  <pic:blipFill>
                    <a:blip r:embed="rId94"/>
                    <a:stretch>
                      <a:fillRect/>
                    </a:stretch>
                  </pic:blipFill>
                  <pic:spPr>
                    <a:xfrm>
                      <a:off x="0" y="0"/>
                      <a:ext cx="4042410" cy="2254250"/>
                    </a:xfrm>
                    <a:prstGeom prst="rect">
                      <a:avLst/>
                    </a:prstGeom>
                  </pic:spPr>
                </pic:pic>
              </a:graphicData>
            </a:graphic>
            <wp14:sizeRelH relativeFrom="margin">
              <wp14:pctWidth>0</wp14:pctWidth>
            </wp14:sizeRelH>
            <wp14:sizeRelV relativeFrom="margin">
              <wp14:pctHeight>0</wp14:pctHeight>
            </wp14:sizeRelV>
          </wp:anchor>
        </w:drawing>
      </w:r>
    </w:p>
    <w:p w14:paraId="6BF2CAF9" w14:textId="22C53439" w:rsidR="006507A8" w:rsidRPr="00FA2FA7" w:rsidRDefault="006507A8">
      <w:pPr>
        <w:pStyle w:val="ListParagraph"/>
        <w:numPr>
          <w:ilvl w:val="0"/>
          <w:numId w:val="15"/>
        </w:numPr>
        <w:rPr>
          <w:rFonts w:ascii="Arial" w:hAnsi="Arial" w:cs="Arial"/>
          <w:sz w:val="24"/>
          <w:szCs w:val="24"/>
          <w:lang w:val="en-GB"/>
        </w:rPr>
      </w:pPr>
      <w:r w:rsidRPr="00FA2FA7">
        <w:rPr>
          <w:rFonts w:ascii="Arial" w:hAnsi="Arial" w:cs="Arial"/>
          <w:sz w:val="24"/>
          <w:szCs w:val="24"/>
          <w:lang w:val="en-GB"/>
        </w:rPr>
        <w:t xml:space="preserve">If the DAERA Rural Needs Team accepts the changes on their dashboard, the Public Authority dashboards will update to show the Overall Status as </w:t>
      </w:r>
      <w:r w:rsidRPr="00D82BB0">
        <w:rPr>
          <w:rFonts w:ascii="Arial" w:hAnsi="Arial" w:cs="Arial"/>
          <w:b/>
          <w:bCs/>
          <w:sz w:val="24"/>
          <w:szCs w:val="24"/>
          <w:lang w:val="en-GB"/>
        </w:rPr>
        <w:t>Submission Complete</w:t>
      </w:r>
      <w:r w:rsidRPr="00FA2FA7">
        <w:rPr>
          <w:rFonts w:ascii="Arial" w:hAnsi="Arial" w:cs="Arial"/>
          <w:b/>
          <w:bCs/>
          <w:i/>
          <w:iCs/>
          <w:sz w:val="24"/>
          <w:szCs w:val="24"/>
          <w:lang w:val="en-GB"/>
        </w:rPr>
        <w:t>.</w:t>
      </w:r>
    </w:p>
    <w:p w14:paraId="0E092F9A" w14:textId="5C61B595" w:rsidR="00333817" w:rsidRPr="00684C6D" w:rsidRDefault="00333817" w:rsidP="00EA57E9">
      <w:pPr>
        <w:rPr>
          <w:rFonts w:ascii="Arial" w:hAnsi="Arial" w:cs="Arial"/>
        </w:rPr>
      </w:pPr>
    </w:p>
    <w:p w14:paraId="066D6E78" w14:textId="4A2B3A5C" w:rsidR="00333817" w:rsidRPr="00684C6D" w:rsidRDefault="00333817" w:rsidP="00EA57E9">
      <w:pPr>
        <w:rPr>
          <w:rFonts w:ascii="Arial" w:hAnsi="Arial" w:cs="Arial"/>
        </w:rPr>
      </w:pPr>
    </w:p>
    <w:p w14:paraId="39A4C0EB" w14:textId="556A5ECE" w:rsidR="006507A8" w:rsidRPr="00FA2FA7" w:rsidRDefault="006507A8" w:rsidP="00EA57E9">
      <w:pPr>
        <w:rPr>
          <w:rFonts w:ascii="Arial" w:hAnsi="Arial" w:cs="Arial"/>
          <w:sz w:val="24"/>
          <w:szCs w:val="24"/>
        </w:rPr>
      </w:pPr>
    </w:p>
    <w:p w14:paraId="313EF241" w14:textId="63D50AB6" w:rsidR="00700BED" w:rsidRPr="0088302B" w:rsidRDefault="006507A8" w:rsidP="00BD7518">
      <w:pPr>
        <w:jc w:val="center"/>
        <w:rPr>
          <w:rFonts w:ascii="Arial" w:hAnsi="Arial" w:cs="Arial"/>
          <w:b/>
          <w:bCs/>
          <w:color w:val="A20000"/>
          <w:sz w:val="24"/>
          <w:szCs w:val="24"/>
          <w:lang w:val="en-GB"/>
        </w:rPr>
      </w:pPr>
      <w:r w:rsidRPr="0088302B">
        <w:rPr>
          <w:rFonts w:ascii="Arial" w:hAnsi="Arial" w:cs="Arial"/>
          <w:b/>
          <w:bCs/>
          <w:color w:val="A20000"/>
          <w:sz w:val="24"/>
          <w:szCs w:val="24"/>
          <w:lang w:val="en-GB"/>
        </w:rPr>
        <w:t>The submission for this Public Authority, for the selected reporting year, is now complete.</w:t>
      </w:r>
    </w:p>
    <w:p w14:paraId="54FAAD05" w14:textId="16420878" w:rsidR="008E12DD" w:rsidRPr="0088302B" w:rsidRDefault="008E12DD" w:rsidP="008E12DD">
      <w:pPr>
        <w:rPr>
          <w:rFonts w:ascii="Arial" w:hAnsi="Arial" w:cs="Arial"/>
          <w:b/>
          <w:bCs/>
          <w:color w:val="A20000"/>
          <w:lang w:val="en-GB"/>
        </w:rPr>
      </w:pPr>
    </w:p>
    <w:p w14:paraId="03233F60" w14:textId="456776A5" w:rsidR="008E12DD" w:rsidRDefault="008E12DD" w:rsidP="008E12DD">
      <w:pPr>
        <w:rPr>
          <w:rFonts w:ascii="Arial" w:hAnsi="Arial" w:cs="Arial"/>
          <w:b/>
          <w:bCs/>
          <w:color w:val="FF0000"/>
          <w:lang w:val="en-GB"/>
        </w:rPr>
      </w:pPr>
      <w:r w:rsidRPr="00684C6D">
        <w:rPr>
          <w:rFonts w:ascii="Arial" w:hAnsi="Arial" w:cs="Arial"/>
          <w:noProof/>
        </w:rPr>
        <w:drawing>
          <wp:anchor distT="0" distB="0" distL="114300" distR="114300" simplePos="0" relativeHeight="252043776" behindDoc="0" locked="0" layoutInCell="1" allowOverlap="1" wp14:anchorId="05BA1937" wp14:editId="23C4CD03">
            <wp:simplePos x="0" y="0"/>
            <wp:positionH relativeFrom="column">
              <wp:posOffset>1929130</wp:posOffset>
            </wp:positionH>
            <wp:positionV relativeFrom="paragraph">
              <wp:posOffset>36195</wp:posOffset>
            </wp:positionV>
            <wp:extent cx="4081780" cy="2660650"/>
            <wp:effectExtent l="0" t="0" r="0" b="6350"/>
            <wp:wrapSquare wrapText="bothSides"/>
            <wp:docPr id="494897129" name="Picture 1" descr="Review Summary page showing submission information with the current status set to ‘Submitted’, along with assigned user details and version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897129" name="Picture 1" descr="Review Summary page showing submission information with the current status set to ‘Submitted’, along with assigned user details and version information."/>
                    <pic:cNvPicPr/>
                  </pic:nvPicPr>
                  <pic:blipFill>
                    <a:blip r:embed="rId95"/>
                    <a:stretch>
                      <a:fillRect/>
                    </a:stretch>
                  </pic:blipFill>
                  <pic:spPr>
                    <a:xfrm>
                      <a:off x="0" y="0"/>
                      <a:ext cx="4081780" cy="2660650"/>
                    </a:xfrm>
                    <a:prstGeom prst="rect">
                      <a:avLst/>
                    </a:prstGeom>
                  </pic:spPr>
                </pic:pic>
              </a:graphicData>
            </a:graphic>
            <wp14:sizeRelH relativeFrom="margin">
              <wp14:pctWidth>0</wp14:pctWidth>
            </wp14:sizeRelH>
            <wp14:sizeRelV relativeFrom="margin">
              <wp14:pctHeight>0</wp14:pctHeight>
            </wp14:sizeRelV>
          </wp:anchor>
        </w:drawing>
      </w:r>
    </w:p>
    <w:p w14:paraId="5C7F4ECA" w14:textId="2D3AD76F" w:rsidR="008E12DD" w:rsidRPr="008E12DD" w:rsidRDefault="008E12DD" w:rsidP="008E12DD">
      <w:pPr>
        <w:rPr>
          <w:rFonts w:ascii="Arial" w:hAnsi="Arial" w:cs="Arial"/>
          <w:b/>
          <w:bCs/>
          <w:color w:val="FF0000"/>
          <w:lang w:val="en-GB"/>
        </w:rPr>
      </w:pPr>
    </w:p>
    <w:p w14:paraId="5965CBE8" w14:textId="2417C5F0" w:rsidR="00700BED" w:rsidRPr="00FA2FA7" w:rsidRDefault="00700BED" w:rsidP="006507A8">
      <w:pPr>
        <w:pStyle w:val="ListParagraph"/>
        <w:ind w:left="643"/>
        <w:rPr>
          <w:rFonts w:ascii="Arial" w:hAnsi="Arial" w:cs="Arial"/>
          <w:sz w:val="24"/>
          <w:szCs w:val="24"/>
        </w:rPr>
      </w:pPr>
    </w:p>
    <w:p w14:paraId="3D012D66" w14:textId="025DCBB3" w:rsidR="006507A8" w:rsidRPr="00C6333B" w:rsidRDefault="00C57BFD">
      <w:pPr>
        <w:pStyle w:val="ListParagraph"/>
        <w:numPr>
          <w:ilvl w:val="0"/>
          <w:numId w:val="15"/>
        </w:numPr>
        <w:rPr>
          <w:rFonts w:ascii="Arial" w:hAnsi="Arial" w:cs="Arial"/>
        </w:rPr>
      </w:pPr>
      <w:r w:rsidRPr="00C6333B">
        <w:rPr>
          <w:rFonts w:ascii="Arial" w:hAnsi="Arial" w:cs="Arial"/>
          <w:sz w:val="24"/>
          <w:szCs w:val="24"/>
          <w:lang w:val="en-GB"/>
        </w:rPr>
        <w:t xml:space="preserve">Once submitted and accepted by the DAERA Rural Needs Team, the Public Authority can no longer edit or </w:t>
      </w:r>
      <w:r w:rsidR="00C6333B" w:rsidRPr="00C6333B">
        <w:rPr>
          <w:rFonts w:ascii="Arial" w:hAnsi="Arial" w:cs="Arial"/>
          <w:sz w:val="24"/>
          <w:szCs w:val="24"/>
          <w:lang w:val="en-GB"/>
        </w:rPr>
        <w:t xml:space="preserve">re-assign their summaries; however, the summaries will </w:t>
      </w:r>
      <w:proofErr w:type="gramStart"/>
      <w:r w:rsidR="00C6333B" w:rsidRPr="00C6333B">
        <w:rPr>
          <w:rFonts w:ascii="Arial" w:hAnsi="Arial" w:cs="Arial"/>
          <w:sz w:val="24"/>
          <w:szCs w:val="24"/>
          <w:lang w:val="en-GB"/>
        </w:rPr>
        <w:t>still remain</w:t>
      </w:r>
      <w:proofErr w:type="gramEnd"/>
      <w:r w:rsidR="00C6333B" w:rsidRPr="00C6333B">
        <w:rPr>
          <w:rFonts w:ascii="Arial" w:hAnsi="Arial" w:cs="Arial"/>
          <w:sz w:val="24"/>
          <w:szCs w:val="24"/>
          <w:lang w:val="en-GB"/>
        </w:rPr>
        <w:t xml:space="preserve"> viewable</w:t>
      </w:r>
      <w:r w:rsidR="00C6333B">
        <w:rPr>
          <w:rFonts w:ascii="Arial" w:hAnsi="Arial" w:cs="Arial"/>
          <w:sz w:val="24"/>
          <w:szCs w:val="24"/>
          <w:lang w:val="en-GB"/>
        </w:rPr>
        <w:t>.</w:t>
      </w:r>
    </w:p>
    <w:p w14:paraId="689E943F" w14:textId="3F46973E" w:rsidR="00333817" w:rsidRPr="00684C6D" w:rsidRDefault="006507A8" w:rsidP="00EA57E9">
      <w:pPr>
        <w:rPr>
          <w:rFonts w:ascii="Arial" w:hAnsi="Arial" w:cs="Arial"/>
        </w:rPr>
      </w:pPr>
      <w:r w:rsidRPr="00684C6D">
        <w:rPr>
          <w:rFonts w:ascii="Arial" w:hAnsi="Arial" w:cs="Arial"/>
          <w:noProof/>
        </w:rPr>
        <w:t xml:space="preserve"> </w:t>
      </w:r>
    </w:p>
    <w:p w14:paraId="69705449" w14:textId="1D6364CA" w:rsidR="00455CE2" w:rsidRDefault="00455CE2">
      <w:pPr>
        <w:rPr>
          <w:rFonts w:ascii="Arial" w:hAnsi="Arial" w:cs="Arial"/>
        </w:rPr>
      </w:pPr>
      <w:r>
        <w:rPr>
          <w:rFonts w:ascii="Arial" w:hAnsi="Arial" w:cs="Arial"/>
        </w:rPr>
        <w:br w:type="page"/>
      </w:r>
    </w:p>
    <w:p w14:paraId="07056A21" w14:textId="3E58D187" w:rsidR="003D7C92" w:rsidRDefault="003D7C92" w:rsidP="003D7C92">
      <w:pPr>
        <w:rPr>
          <w:rFonts w:ascii="Arial" w:hAnsi="Arial" w:cs="Arial"/>
          <w:b/>
          <w:bCs/>
          <w:color w:val="005E00"/>
          <w:sz w:val="32"/>
          <w:szCs w:val="32"/>
          <w:lang w:val="en-GB"/>
        </w:rPr>
      </w:pPr>
      <w:r>
        <w:rPr>
          <w:rFonts w:ascii="Arial" w:hAnsi="Arial" w:cs="Arial"/>
          <w:b/>
          <w:bCs/>
          <w:color w:val="005E00"/>
          <w:sz w:val="32"/>
          <w:szCs w:val="32"/>
          <w:lang w:val="en-GB"/>
        </w:rPr>
        <w:lastRenderedPageBreak/>
        <w:t>Downloading and Printing Your Sum</w:t>
      </w:r>
      <w:bookmarkStart w:id="25" w:name="downloadingandprinting"/>
      <w:bookmarkEnd w:id="25"/>
      <w:r>
        <w:rPr>
          <w:rFonts w:ascii="Arial" w:hAnsi="Arial" w:cs="Arial"/>
          <w:b/>
          <w:bCs/>
          <w:color w:val="005E00"/>
          <w:sz w:val="32"/>
          <w:szCs w:val="32"/>
          <w:lang w:val="en-GB"/>
        </w:rPr>
        <w:t>mary</w:t>
      </w:r>
    </w:p>
    <w:p w14:paraId="348A72DD" w14:textId="77777777" w:rsidR="0042236F" w:rsidRPr="0042236F" w:rsidRDefault="0042236F" w:rsidP="0042236F">
      <w:pPr>
        <w:rPr>
          <w:b/>
          <w:bCs/>
          <w:color w:val="002060"/>
          <w:sz w:val="28"/>
          <w:szCs w:val="28"/>
        </w:rPr>
      </w:pPr>
      <w:r w:rsidRPr="0042236F">
        <w:rPr>
          <w:rFonts w:ascii="Arial" w:hAnsi="Arial" w:cs="Arial"/>
          <w:b/>
          <w:bCs/>
          <w:color w:val="002060"/>
          <w:sz w:val="28"/>
          <w:szCs w:val="28"/>
        </w:rPr>
        <w:t>Downloading and Printing Your Summary (Policy Lead or Rural Needs Coordinator)</w:t>
      </w:r>
    </w:p>
    <w:p w14:paraId="123F4E81" w14:textId="77777777" w:rsidR="0042236F" w:rsidRDefault="0042236F" w:rsidP="003D7C92">
      <w:pPr>
        <w:rPr>
          <w:rFonts w:ascii="Arial" w:hAnsi="Arial" w:cs="Arial"/>
          <w:sz w:val="24"/>
          <w:szCs w:val="24"/>
        </w:rPr>
      </w:pPr>
    </w:p>
    <w:p w14:paraId="63525347" w14:textId="18550F79" w:rsidR="003D7C92" w:rsidRPr="009F7C02" w:rsidRDefault="003D7C92" w:rsidP="003D7C92">
      <w:pPr>
        <w:rPr>
          <w:rFonts w:ascii="Arial" w:hAnsi="Arial" w:cs="Arial"/>
          <w:sz w:val="24"/>
          <w:szCs w:val="24"/>
        </w:rPr>
      </w:pPr>
      <w:r w:rsidRPr="009F7C02">
        <w:rPr>
          <w:rFonts w:ascii="Arial" w:hAnsi="Arial" w:cs="Arial"/>
          <w:sz w:val="24"/>
          <w:szCs w:val="24"/>
        </w:rPr>
        <w:t>You can download a copy of a summary at any stage (Draft, Pending, Ready or Submitted) for your own records or internal review.</w:t>
      </w:r>
    </w:p>
    <w:p w14:paraId="5AFD6842" w14:textId="273242DC" w:rsidR="00455CE2" w:rsidRDefault="00455CE2" w:rsidP="003D7C92"/>
    <w:p w14:paraId="5A5507E9" w14:textId="4199FC90" w:rsidR="003D7C92" w:rsidRPr="00455CE2" w:rsidRDefault="00455CE2">
      <w:pPr>
        <w:pStyle w:val="ListParagraph"/>
        <w:numPr>
          <w:ilvl w:val="0"/>
          <w:numId w:val="17"/>
        </w:numPr>
        <w:contextualSpacing w:val="0"/>
        <w:rPr>
          <w:rFonts w:eastAsia="Times New Roman"/>
        </w:rPr>
      </w:pPr>
      <w:r>
        <w:rPr>
          <w:rFonts w:ascii="Arial" w:eastAsia="Times New Roman" w:hAnsi="Arial" w:cs="Arial"/>
          <w:noProof/>
          <w:sz w:val="24"/>
          <w:szCs w:val="24"/>
        </w:rPr>
        <mc:AlternateContent>
          <mc:Choice Requires="wps">
            <w:drawing>
              <wp:anchor distT="0" distB="0" distL="114300" distR="114300" simplePos="0" relativeHeight="252082688" behindDoc="0" locked="0" layoutInCell="1" allowOverlap="1" wp14:anchorId="5CB0CF88" wp14:editId="7DDC29D3">
                <wp:simplePos x="0" y="0"/>
                <wp:positionH relativeFrom="margin">
                  <wp:posOffset>2204720</wp:posOffset>
                </wp:positionH>
                <wp:positionV relativeFrom="paragraph">
                  <wp:posOffset>865505</wp:posOffset>
                </wp:positionV>
                <wp:extent cx="2296795" cy="464185"/>
                <wp:effectExtent l="38100" t="38100" r="46355" b="126365"/>
                <wp:wrapSquare wrapText="bothSides"/>
                <wp:docPr id="1491155459" name="Straight Arrow Connector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2296795" cy="464185"/>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785A541" id="_x0000_t32" coordsize="21600,21600" o:spt="32" o:oned="t" path="m,l21600,21600e" filled="f">
                <v:path arrowok="t" fillok="f" o:connecttype="none"/>
                <o:lock v:ext="edit" shapetype="t"/>
              </v:shapetype>
              <v:shape id="Straight Arrow Connector 5" o:spid="_x0000_s1026" type="#_x0000_t32" alt="&quot;&quot;" style="position:absolute;margin-left:173.6pt;margin-top:68.15pt;width:180.85pt;height:36.55pt;z-index:252082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4DKwQEAANADAAAOAAAAZHJzL2Uyb0RvYy54bWysU9uO0zAQfUfiHyy/0yTVbtmNmu5DF3hB&#10;sOLyAV5nnFhybGs8NMnfYzttigCBhHiZ+DLnzMzxyf5hGgw7AQbtbMOrTckZWOlabbuGf/3y9tUd&#10;Z4GEbYVxFho+Q+APh5cv9qOvYet6Z1pAFklsqEff8J7I10URZA+DCBvnwcZL5XAQFLfYFS2KMbIP&#10;ptiW5a4YHbYenYQQ4unjcskPmV8pkPRRqQDETMNjb5Qj5vicYnHYi7pD4Xstz22If+hiENrGoivV&#10;oyDBvqH+hWrQEl1wijbSDYVTSkvIM8RpqvKnaT73wkOeJYoT/CpT+H+08sPpaJ8wyjD6UAf/hGmK&#10;SeGQvrE/NmWx5lUsmIjJeLjd3u9e399yJuPdze6murtNahZXtMdA78ANLC0aHgiF7no6Omvjuzis&#10;smLi9D7QArwAUmljUyShzRvbMpp9NA+hFrYzcK6TUopr23lFs4EF/gkU021qNJfJjoKjQXYS0QtC&#10;SrBUrUwxO8GUNmYFln8HnvMTFLLbVvAy3B+rrohc2VlawYO2Dn9XnaZLy2rJvyiwzJ0keHbtnB80&#10;SxNtk9/kbPHkyx/3GX79EQ/fAQAA//8DAFBLAwQUAAYACAAAACEAFmQbDd0AAAALAQAADwAAAGRy&#10;cy9kb3ducmV2LnhtbEyPy27CMBBF95X6D9ZU6q7YJFGAEAdVldgXaPdDPHmI2I5sJ4S/r7tql6N7&#10;dO+Z8rDogc3kfG+NhPVKACNTW9WbVsLX5fi2BeYDGoWDNSThQR4O1fNTiYWyd3Oi+RxaFkuML1BC&#10;F8JYcO7rjjT6lR3JxKyxTmOIp2u5cniP5XrgiRA519ibuNDhSB8d1bfzpCV8Hus59810ujS5e3xP&#10;GeJtQSlfX5b3PbBAS/iD4Vc/qkMVna52MsqzQUKabZKIxiDNU2CR2IjtDthVQiJ2GfCq5P9/qH4A&#10;AAD//wMAUEsBAi0AFAAGAAgAAAAhALaDOJL+AAAA4QEAABMAAAAAAAAAAAAAAAAAAAAAAFtDb250&#10;ZW50X1R5cGVzXS54bWxQSwECLQAUAAYACAAAACEAOP0h/9YAAACUAQAACwAAAAAAAAAAAAAAAAAv&#10;AQAAX3JlbHMvLnJlbHNQSwECLQAUAAYACAAAACEAz6+AysEBAADQAwAADgAAAAAAAAAAAAAAAAAu&#10;AgAAZHJzL2Uyb0RvYy54bWxQSwECLQAUAAYACAAAACEAFmQbDd0AAAALAQAADwAAAAAAAAAAAAAA&#10;AAAbBAAAZHJzL2Rvd25yZXYueG1sUEsFBgAAAAAEAAQA8wAAACUFAAAAAA==&#10;" strokecolor="#4f81bd [3204]" strokeweight="2pt">
                <v:stroke endarrow="block"/>
                <v:shadow on="t" color="black" opacity="24903f" origin=",.5" offset="0,.55556mm"/>
                <w10:wrap type="square" anchorx="margin"/>
              </v:shape>
            </w:pict>
          </mc:Fallback>
        </mc:AlternateContent>
      </w:r>
      <w:r>
        <w:rPr>
          <w:rFonts w:ascii="Arial" w:eastAsia="Times New Roman" w:hAnsi="Arial" w:cs="Arial"/>
          <w:noProof/>
          <w:sz w:val="24"/>
          <w:szCs w:val="24"/>
        </w:rPr>
        <mc:AlternateContent>
          <mc:Choice Requires="wps">
            <w:drawing>
              <wp:anchor distT="0" distB="0" distL="114300" distR="114300" simplePos="0" relativeHeight="252080640" behindDoc="0" locked="0" layoutInCell="1" allowOverlap="1" wp14:anchorId="3B903156" wp14:editId="59D5E5C2">
                <wp:simplePos x="0" y="0"/>
                <wp:positionH relativeFrom="margin">
                  <wp:posOffset>2216552</wp:posOffset>
                </wp:positionH>
                <wp:positionV relativeFrom="paragraph">
                  <wp:posOffset>888784</wp:posOffset>
                </wp:positionV>
                <wp:extent cx="513401" cy="398756"/>
                <wp:effectExtent l="38100" t="19050" r="58420" b="97155"/>
                <wp:wrapNone/>
                <wp:docPr id="1714393531" name="Straight Arrow Connector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13401" cy="398756"/>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9EAA9FA" id="Straight Arrow Connector 5" o:spid="_x0000_s1026" type="#_x0000_t32" alt="&quot;&quot;" style="position:absolute;margin-left:174.55pt;margin-top:70pt;width:40.45pt;height:31.4pt;z-index:252080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nzuwQEAAM8DAAAOAAAAZHJzL2Uyb0RvYy54bWysU9tu1DAQfUfiHyy/s0m2tLTRZvuwBV4Q&#10;VFw+wHXGiSXHtsbDJvl7bGc3iwBRCfEy8WXOmZnjk939NBh2BAza2YZXm5IzsNK12nYN//b13atb&#10;zgIJ2wrjLDR8hsDv9y9f7EZfw9b1zrSALJLYUI++4T2Rr4siyB4GETbOg42XyuEgKG6xK1oUY2Qf&#10;TLEty5tidNh6dBJCiKcPyyXfZ36lQNInpQIQMw2PvVGOmONTisV+J+oOhe+1PLUh/qGLQWgbi65U&#10;D4IE+476N6pBS3TBKdpINxROKS0hzxCnqcpfpvnSCw95lihO8KtM4f/Ryo/Hg33EKMPoQx38I6Yp&#10;JoVD+sb+2JTFmlexYCIm4+F1dfW6rDiT8erq7vbN9U0Ss7iAPQZ6D25gadHwQCh019PBWRufxWGV&#10;BRPHD4EW4BmQKhubIglt3tqW0eyjdwi1sJ2BU52UUly6ziuaDSzwz6CYbmOf21wmGwoOBtlRRCsI&#10;KcFStTLF7ART2pgVWD4PPOUnKGSzreBluL9WXRG5srO0ggdtHf6pOk3nltWSf1ZgmTtJ8OTaOb9n&#10;lia6Jr/JyeHJlj/vM/zyH+5/AAAA//8DAFBLAwQUAAYACAAAACEAhe6HCNwAAAALAQAADwAAAGRy&#10;cy9kb3ducmV2LnhtbEyPzW7CMBCE75X6DtZW6q3YhCiiaRxUVeJeoNyX2PkR8TqKnRDevsupve1o&#10;Ps3OFLvF9WK2Y+g8aVivFAhLlTcdNRp+Tvu3LYgQkQz2nqyGuw2wK5+fCsyNv9HBzsfYCA6hkKOG&#10;NsYhlzJUrXUYVn6wxF7tR4eR5dhIM+KNw10vE6Uy6bAj/tDiYL9aW12Pk9Pwva/mLNTT4VRn4/08&#10;pYjXBbV+fVk+P0BEu8Q/GB71uTqU3OniJzJB9Bo26fuaUTZSxaOYSDeP46IhUckWZFnI/xvKXwAA&#10;AP//AwBQSwECLQAUAAYACAAAACEAtoM4kv4AAADhAQAAEwAAAAAAAAAAAAAAAAAAAAAAW0NvbnRl&#10;bnRfVHlwZXNdLnhtbFBLAQItABQABgAIAAAAIQA4/SH/1gAAAJQBAAALAAAAAAAAAAAAAAAAAC8B&#10;AABfcmVscy8ucmVsc1BLAQItABQABgAIAAAAIQBFwnzuwQEAAM8DAAAOAAAAAAAAAAAAAAAAAC4C&#10;AABkcnMvZTJvRG9jLnhtbFBLAQItABQABgAIAAAAIQCF7ocI3AAAAAsBAAAPAAAAAAAAAAAAAAAA&#10;ABsEAABkcnMvZG93bnJldi54bWxQSwUGAAAAAAQABADzAAAAJAUAAAAA&#10;" strokecolor="#4f81bd [3204]" strokeweight="2pt">
                <v:stroke endarrow="block"/>
                <v:shadow on="t" color="black" opacity="24903f" origin=",.5" offset="0,.55556mm"/>
                <w10:wrap anchorx="margin"/>
              </v:shape>
            </w:pict>
          </mc:Fallback>
        </mc:AlternateContent>
      </w:r>
      <w:r w:rsidRPr="00455CE2">
        <w:rPr>
          <w:rFonts w:eastAsia="Times New Roman"/>
          <w:noProof/>
        </w:rPr>
        <w:drawing>
          <wp:anchor distT="0" distB="0" distL="114300" distR="114300" simplePos="0" relativeHeight="252079616" behindDoc="0" locked="0" layoutInCell="1" allowOverlap="1" wp14:anchorId="565872AC" wp14:editId="2E3FCEA8">
            <wp:simplePos x="0" y="0"/>
            <wp:positionH relativeFrom="column">
              <wp:posOffset>2615854</wp:posOffset>
            </wp:positionH>
            <wp:positionV relativeFrom="paragraph">
              <wp:posOffset>3850</wp:posOffset>
            </wp:positionV>
            <wp:extent cx="3667125" cy="1579880"/>
            <wp:effectExtent l="0" t="0" r="9525" b="1270"/>
            <wp:wrapSquare wrapText="bothSides"/>
            <wp:docPr id="1827130435" name="Picture 1" descr="2025-2026 Submission panel showing the number of summaries in this submission, the number that have been reviewed and a link to view them. Also shows a My Summaries panel with a link to view my summa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7130435" name="Picture 1" descr="2025-2026 Submission panel showing the number of summaries in this submission, the number that have been reviewed and a link to view them. Also shows a My Summaries panel with a link to view my summaries."/>
                    <pic:cNvPicPr/>
                  </pic:nvPicPr>
                  <pic:blipFill>
                    <a:blip r:embed="rId96"/>
                    <a:stretch>
                      <a:fillRect/>
                    </a:stretch>
                  </pic:blipFill>
                  <pic:spPr>
                    <a:xfrm>
                      <a:off x="0" y="0"/>
                      <a:ext cx="3667125" cy="1579880"/>
                    </a:xfrm>
                    <a:prstGeom prst="rect">
                      <a:avLst/>
                    </a:prstGeom>
                  </pic:spPr>
                </pic:pic>
              </a:graphicData>
            </a:graphic>
            <wp14:sizeRelH relativeFrom="margin">
              <wp14:pctWidth>0</wp14:pctWidth>
            </wp14:sizeRelH>
            <wp14:sizeRelV relativeFrom="margin">
              <wp14:pctHeight>0</wp14:pctHeight>
            </wp14:sizeRelV>
          </wp:anchor>
        </w:drawing>
      </w:r>
      <w:r w:rsidR="003D7C92">
        <w:rPr>
          <w:rFonts w:ascii="Arial" w:eastAsia="Times New Roman" w:hAnsi="Arial" w:cs="Arial"/>
          <w:sz w:val="24"/>
          <w:szCs w:val="24"/>
        </w:rPr>
        <w:t xml:space="preserve">From the </w:t>
      </w:r>
      <w:r w:rsidR="003D7C92">
        <w:rPr>
          <w:rFonts w:ascii="Arial" w:eastAsia="Times New Roman" w:hAnsi="Arial" w:cs="Arial"/>
          <w:b/>
          <w:bCs/>
          <w:sz w:val="24"/>
          <w:szCs w:val="24"/>
        </w:rPr>
        <w:t>Submission Dashboard</w:t>
      </w:r>
      <w:r w:rsidR="003D7C92">
        <w:rPr>
          <w:rFonts w:ascii="Arial" w:eastAsia="Times New Roman" w:hAnsi="Arial" w:cs="Arial"/>
          <w:sz w:val="24"/>
          <w:szCs w:val="24"/>
        </w:rPr>
        <w:t xml:space="preserve">, open your summary by selecting </w:t>
      </w:r>
      <w:r w:rsidR="003D7C92">
        <w:rPr>
          <w:rFonts w:ascii="Arial" w:eastAsia="Times New Roman" w:hAnsi="Arial" w:cs="Arial"/>
          <w:b/>
          <w:bCs/>
          <w:sz w:val="24"/>
          <w:szCs w:val="24"/>
        </w:rPr>
        <w:t>View my summaries</w:t>
      </w:r>
      <w:r w:rsidR="003D7C92">
        <w:rPr>
          <w:rFonts w:ascii="Arial" w:eastAsia="Times New Roman" w:hAnsi="Arial" w:cs="Arial"/>
          <w:sz w:val="24"/>
          <w:szCs w:val="24"/>
        </w:rPr>
        <w:t xml:space="preserve"> (or </w:t>
      </w:r>
      <w:r w:rsidR="00607FF1">
        <w:rPr>
          <w:rFonts w:ascii="Arial" w:eastAsia="Times New Roman" w:hAnsi="Arial" w:cs="Arial"/>
          <w:b/>
          <w:bCs/>
          <w:sz w:val="24"/>
          <w:szCs w:val="24"/>
        </w:rPr>
        <w:t>view</w:t>
      </w:r>
      <w:r w:rsidR="003D7C92">
        <w:rPr>
          <w:rFonts w:ascii="Arial" w:eastAsia="Times New Roman" w:hAnsi="Arial" w:cs="Arial"/>
          <w:b/>
          <w:bCs/>
          <w:sz w:val="24"/>
          <w:szCs w:val="24"/>
        </w:rPr>
        <w:t xml:space="preserve"> all summaries</w:t>
      </w:r>
      <w:r w:rsidR="003D7C92">
        <w:rPr>
          <w:rFonts w:ascii="Arial" w:eastAsia="Times New Roman" w:hAnsi="Arial" w:cs="Arial"/>
          <w:sz w:val="24"/>
          <w:szCs w:val="24"/>
        </w:rPr>
        <w:t xml:space="preserve"> if you are a Rural Needs Coordinator), then select the blue link in the </w:t>
      </w:r>
      <w:r w:rsidR="003D7C92">
        <w:rPr>
          <w:rFonts w:ascii="Arial" w:eastAsia="Times New Roman" w:hAnsi="Arial" w:cs="Arial"/>
          <w:b/>
          <w:bCs/>
          <w:sz w:val="24"/>
          <w:szCs w:val="24"/>
        </w:rPr>
        <w:t>Title</w:t>
      </w:r>
      <w:r w:rsidR="003D7C92">
        <w:rPr>
          <w:rFonts w:ascii="Arial" w:eastAsia="Times New Roman" w:hAnsi="Arial" w:cs="Arial"/>
          <w:sz w:val="24"/>
          <w:szCs w:val="24"/>
        </w:rPr>
        <w:t xml:space="preserve"> column.</w:t>
      </w:r>
    </w:p>
    <w:p w14:paraId="7C16E02B" w14:textId="77777777" w:rsidR="0042236F" w:rsidRDefault="0042236F" w:rsidP="00455CE2">
      <w:pPr>
        <w:rPr>
          <w:rFonts w:eastAsia="Times New Roman"/>
        </w:rPr>
      </w:pPr>
    </w:p>
    <w:p w14:paraId="42673F48" w14:textId="77777777" w:rsidR="0042236F" w:rsidRDefault="0042236F" w:rsidP="00455CE2">
      <w:pPr>
        <w:rPr>
          <w:rFonts w:eastAsia="Times New Roman"/>
        </w:rPr>
      </w:pPr>
    </w:p>
    <w:p w14:paraId="1FC59642" w14:textId="14A2BE32" w:rsidR="008B0FAE" w:rsidRDefault="008B0FAE" w:rsidP="00455CE2">
      <w:pPr>
        <w:rPr>
          <w:rFonts w:eastAsia="Times New Roman"/>
        </w:rPr>
      </w:pPr>
      <w:r w:rsidRPr="00455CE2">
        <w:rPr>
          <w:rFonts w:eastAsia="Times New Roman"/>
          <w:noProof/>
        </w:rPr>
        <w:drawing>
          <wp:anchor distT="0" distB="0" distL="114300" distR="114300" simplePos="0" relativeHeight="252077568" behindDoc="0" locked="0" layoutInCell="1" allowOverlap="1" wp14:anchorId="119D0C40" wp14:editId="11E4358D">
            <wp:simplePos x="0" y="0"/>
            <wp:positionH relativeFrom="margin">
              <wp:posOffset>2446109</wp:posOffset>
            </wp:positionH>
            <wp:positionV relativeFrom="paragraph">
              <wp:posOffset>11334</wp:posOffset>
            </wp:positionV>
            <wp:extent cx="3843020" cy="2153285"/>
            <wp:effectExtent l="0" t="0" r="5080" b="0"/>
            <wp:wrapSquare wrapText="bothSides"/>
            <wp:docPr id="1548035020" name="Picture 1" descr="2025-2026 Submission Summaries page with filter op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8035020" name="Picture 1" descr="2025-2026 Submission Summaries page with filter options "/>
                    <pic:cNvPicPr/>
                  </pic:nvPicPr>
                  <pic:blipFill>
                    <a:blip r:embed="rId97"/>
                    <a:stretch>
                      <a:fillRect/>
                    </a:stretch>
                  </pic:blipFill>
                  <pic:spPr>
                    <a:xfrm>
                      <a:off x="0" y="0"/>
                      <a:ext cx="3843020" cy="2153285"/>
                    </a:xfrm>
                    <a:prstGeom prst="rect">
                      <a:avLst/>
                    </a:prstGeom>
                  </pic:spPr>
                </pic:pic>
              </a:graphicData>
            </a:graphic>
            <wp14:sizeRelH relativeFrom="margin">
              <wp14:pctWidth>0</wp14:pctWidth>
            </wp14:sizeRelH>
            <wp14:sizeRelV relativeFrom="margin">
              <wp14:pctHeight>0</wp14:pctHeight>
            </wp14:sizeRelV>
          </wp:anchor>
        </w:drawing>
      </w:r>
    </w:p>
    <w:p w14:paraId="177F74AF" w14:textId="77193AD9" w:rsidR="00455CE2" w:rsidRPr="00455CE2" w:rsidRDefault="00455CE2" w:rsidP="00455CE2">
      <w:pPr>
        <w:rPr>
          <w:rFonts w:eastAsia="Times New Roman"/>
        </w:rPr>
      </w:pPr>
    </w:p>
    <w:p w14:paraId="0FFF91B5" w14:textId="77777777" w:rsidR="008779B8" w:rsidRDefault="008779B8">
      <w:pPr>
        <w:pStyle w:val="ListParagraph"/>
        <w:numPr>
          <w:ilvl w:val="0"/>
          <w:numId w:val="17"/>
        </w:numPr>
        <w:contextualSpacing w:val="0"/>
        <w:rPr>
          <w:rFonts w:eastAsia="Times New Roman"/>
        </w:rPr>
      </w:pPr>
      <w:r>
        <w:rPr>
          <w:rFonts w:ascii="Arial" w:eastAsia="Times New Roman" w:hAnsi="Arial" w:cs="Arial"/>
          <w:sz w:val="24"/>
          <w:szCs w:val="24"/>
        </w:rPr>
        <w:t xml:space="preserve">On the </w:t>
      </w:r>
      <w:r w:rsidRPr="008B0FAE">
        <w:rPr>
          <w:rFonts w:ascii="Arial" w:eastAsia="Times New Roman" w:hAnsi="Arial" w:cs="Arial"/>
          <w:sz w:val="24"/>
          <w:szCs w:val="24"/>
        </w:rPr>
        <w:t>Summaries</w:t>
      </w:r>
      <w:r>
        <w:rPr>
          <w:rFonts w:ascii="Arial" w:eastAsia="Times New Roman" w:hAnsi="Arial" w:cs="Arial"/>
          <w:sz w:val="24"/>
          <w:szCs w:val="24"/>
        </w:rPr>
        <w:t xml:space="preserve"> page, select </w:t>
      </w:r>
      <w:r>
        <w:rPr>
          <w:rFonts w:ascii="Arial" w:eastAsia="Times New Roman" w:hAnsi="Arial" w:cs="Arial"/>
          <w:b/>
          <w:bCs/>
          <w:sz w:val="24"/>
          <w:szCs w:val="24"/>
        </w:rPr>
        <w:t>Download Summaries</w:t>
      </w:r>
      <w:r>
        <w:rPr>
          <w:rFonts w:ascii="Arial" w:eastAsia="Times New Roman" w:hAnsi="Arial" w:cs="Arial"/>
          <w:sz w:val="24"/>
          <w:szCs w:val="24"/>
        </w:rPr>
        <w:t>.</w:t>
      </w:r>
    </w:p>
    <w:p w14:paraId="31E1860B" w14:textId="4B2708E9" w:rsidR="009F7C02" w:rsidRPr="009F7C02" w:rsidRDefault="009F7C02" w:rsidP="009F7C02">
      <w:pPr>
        <w:pStyle w:val="ListParagraph"/>
        <w:rPr>
          <w:rFonts w:eastAsia="Times New Roman"/>
        </w:rPr>
      </w:pPr>
    </w:p>
    <w:p w14:paraId="6447CF1D" w14:textId="0B1AF46F" w:rsidR="009F7C02" w:rsidRDefault="009F7C02" w:rsidP="009F7C02">
      <w:pPr>
        <w:rPr>
          <w:rFonts w:eastAsia="Times New Roman"/>
        </w:rPr>
      </w:pPr>
    </w:p>
    <w:p w14:paraId="7CBC517D" w14:textId="77777777" w:rsidR="008B0FAE" w:rsidRDefault="008B0FAE" w:rsidP="009F7C02">
      <w:pPr>
        <w:rPr>
          <w:rFonts w:eastAsia="Times New Roman"/>
        </w:rPr>
      </w:pPr>
    </w:p>
    <w:p w14:paraId="132414A1" w14:textId="77777777" w:rsidR="008B0FAE" w:rsidRDefault="008B0FAE" w:rsidP="009F7C02">
      <w:pPr>
        <w:rPr>
          <w:rFonts w:eastAsia="Times New Roman"/>
        </w:rPr>
      </w:pPr>
    </w:p>
    <w:p w14:paraId="05668B9F" w14:textId="77777777" w:rsidR="008B0FAE" w:rsidRDefault="008B0FAE" w:rsidP="009F7C02">
      <w:pPr>
        <w:rPr>
          <w:rFonts w:eastAsia="Times New Roman"/>
        </w:rPr>
      </w:pPr>
    </w:p>
    <w:p w14:paraId="27CB252F" w14:textId="6A381ABC" w:rsidR="009F7C02" w:rsidRDefault="009F7C02" w:rsidP="009F7C02">
      <w:pPr>
        <w:rPr>
          <w:rFonts w:eastAsia="Times New Roman"/>
        </w:rPr>
      </w:pPr>
      <w:r w:rsidRPr="009F7C02">
        <w:rPr>
          <w:rFonts w:eastAsia="Times New Roman"/>
          <w:noProof/>
        </w:rPr>
        <w:lastRenderedPageBreak/>
        <w:drawing>
          <wp:anchor distT="0" distB="0" distL="114300" distR="114300" simplePos="0" relativeHeight="252083712" behindDoc="0" locked="0" layoutInCell="1" allowOverlap="1" wp14:anchorId="24A3EA83" wp14:editId="6BE84B19">
            <wp:simplePos x="0" y="0"/>
            <wp:positionH relativeFrom="column">
              <wp:posOffset>3061335</wp:posOffset>
            </wp:positionH>
            <wp:positionV relativeFrom="paragraph">
              <wp:posOffset>40640</wp:posOffset>
            </wp:positionV>
            <wp:extent cx="2631440" cy="1894840"/>
            <wp:effectExtent l="0" t="0" r="0" b="0"/>
            <wp:wrapSquare wrapText="bothSides"/>
            <wp:docPr id="2075367206" name="Picture 1" descr="Download Summaries panel with tick boxes to select which summaries to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5367206" name="Picture 1" descr="Download Summaries panel with tick boxes to select which summaries to preview"/>
                    <pic:cNvPicPr/>
                  </pic:nvPicPr>
                  <pic:blipFill>
                    <a:blip r:embed="rId98"/>
                    <a:stretch>
                      <a:fillRect/>
                    </a:stretch>
                  </pic:blipFill>
                  <pic:spPr>
                    <a:xfrm>
                      <a:off x="0" y="0"/>
                      <a:ext cx="2631440" cy="1894840"/>
                    </a:xfrm>
                    <a:prstGeom prst="rect">
                      <a:avLst/>
                    </a:prstGeom>
                  </pic:spPr>
                </pic:pic>
              </a:graphicData>
            </a:graphic>
            <wp14:sizeRelH relativeFrom="margin">
              <wp14:pctWidth>0</wp14:pctWidth>
            </wp14:sizeRelH>
            <wp14:sizeRelV relativeFrom="margin">
              <wp14:pctHeight>0</wp14:pctHeight>
            </wp14:sizeRelV>
          </wp:anchor>
        </w:drawing>
      </w:r>
    </w:p>
    <w:p w14:paraId="0801FA4A" w14:textId="6E0A942F" w:rsidR="009F7C02" w:rsidRPr="009F7C02" w:rsidRDefault="009F7C02" w:rsidP="009F7C02">
      <w:pPr>
        <w:rPr>
          <w:rFonts w:eastAsia="Times New Roman"/>
        </w:rPr>
      </w:pPr>
    </w:p>
    <w:p w14:paraId="03F43375" w14:textId="0A33F354" w:rsidR="008B0FAE" w:rsidRDefault="00D242EF">
      <w:pPr>
        <w:pStyle w:val="ListParagraph"/>
        <w:numPr>
          <w:ilvl w:val="0"/>
          <w:numId w:val="17"/>
        </w:numPr>
        <w:contextualSpacing w:val="0"/>
        <w:rPr>
          <w:rFonts w:eastAsia="Times New Roman"/>
        </w:rPr>
      </w:pPr>
      <w:r>
        <w:rPr>
          <w:rFonts w:ascii="Arial" w:eastAsia="Times New Roman" w:hAnsi="Arial" w:cs="Arial"/>
          <w:noProof/>
          <w:sz w:val="24"/>
          <w:szCs w:val="24"/>
        </w:rPr>
        <mc:AlternateContent>
          <mc:Choice Requires="wps">
            <w:drawing>
              <wp:anchor distT="0" distB="0" distL="114300" distR="114300" simplePos="0" relativeHeight="252087808" behindDoc="0" locked="0" layoutInCell="1" allowOverlap="1" wp14:anchorId="37D46617" wp14:editId="3D953AC3">
                <wp:simplePos x="0" y="0"/>
                <wp:positionH relativeFrom="column">
                  <wp:posOffset>1774303</wp:posOffset>
                </wp:positionH>
                <wp:positionV relativeFrom="paragraph">
                  <wp:posOffset>498837</wp:posOffset>
                </wp:positionV>
                <wp:extent cx="1347542" cy="326502"/>
                <wp:effectExtent l="38100" t="38100" r="43180" b="111760"/>
                <wp:wrapNone/>
                <wp:docPr id="1501845486" name="Straight Arrow Connector 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347542" cy="326502"/>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CBD9283" id="Straight Arrow Connector 18" o:spid="_x0000_s1026" type="#_x0000_t32" alt="&quot;&quot;" style="position:absolute;margin-left:139.7pt;margin-top:39.3pt;width:106.1pt;height:25.7pt;z-index:25208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0AwQEAANADAAAOAAAAZHJzL2Uyb0RvYy54bWysU8uO1DAQvCPxD5bvTDLZByiazB5mgQuC&#10;FQsf4HXaiSXHttrNJPl7bGcmgwCx0opLx4+u6u5yZXc3DYYdAYN2tuHbTckZWOlabbuGf//24c07&#10;zgIJ2wrjLDR8hsDv9q9f7UZfQ+V6Z1pAFklsqEff8J7I10URZA+DCBvnwcZL5XAQFLfYFS2KMbIP&#10;pqjK8rYYHbYenYQQ4un9csn3mV8pkPRFqQDETMNjb5Qj5viUYrHfibpD4XstT22IF3QxCG1j0ZXq&#10;XpBgP1D/QTVoiS44RRvphsIppSXkGeI02/K3aR574SHPEsUJfpUp/D9a+fl4sA8YZRh9qIN/wDTF&#10;pHBI39gfm7JY8yoWTMRkPNxeXb+9ua44k/Huqrq9KaukZnFBewz0EdzA0qLhgVDorqeDsza+i8Nt&#10;VkwcPwVagGdAKm1siiS0eW9bRrOP5iHUwnYGTnVSSnFpO69oNrDAv4Jiuo2NVrlMdhQcDLKjiF4Q&#10;UoKl7coUsxNMaWNWYPk88JSfoJDdtoKX4f5ZdUXkys7SCh60dfi36jSdW1ZL/lmBZe4kwZNr5/yg&#10;WZpom/wmJ4snX/66z/DLj7j/CQAA//8DAFBLAwQUAAYACAAAACEAGS+I19wAAAAKAQAADwAAAGRy&#10;cy9kb3ducmV2LnhtbEyPTW/CMAyG75P2HyIj7TZSWFWgNEXTJO4Dtrtp0g/ROFWSlvLv5522my0/&#10;ev28xWG2vZiMD50jBatlAsJQ5XRHjYKvy/F1CyJEJI29I6PgYQIcyuenAnPt7nQy0zk2gkMo5Kig&#10;jXHIpQxVayyGpRsM8a123mLk1TdSe7xzuO3lOkkyabEj/tDiYD5aU93Oo1XweaymLNTj6VJn/vE9&#10;poi3GZV6WczvexDRzPEPhl99VoeSna5uJB1Er2C92aWMKthsMxAMpLsVD1cm35IEZFnI/xXKHwAA&#10;AP//AwBQSwECLQAUAAYACAAAACEAtoM4kv4AAADhAQAAEwAAAAAAAAAAAAAAAAAAAAAAW0NvbnRl&#10;bnRfVHlwZXNdLnhtbFBLAQItABQABgAIAAAAIQA4/SH/1gAAAJQBAAALAAAAAAAAAAAAAAAAAC8B&#10;AABfcmVscy8ucmVsc1BLAQItABQABgAIAAAAIQDm9+0AwQEAANADAAAOAAAAAAAAAAAAAAAAAC4C&#10;AABkcnMvZTJvRG9jLnhtbFBLAQItABQABgAIAAAAIQAZL4jX3AAAAAoBAAAPAAAAAAAAAAAAAAAA&#10;ABsEAABkcnMvZG93bnJldi54bWxQSwUGAAAAAAQABADzAAAAJAUAAAAA&#10;" strokecolor="#4f81bd [3204]" strokeweight="2pt">
                <v:stroke endarrow="block"/>
                <v:shadow on="t" color="black" opacity="24903f" origin=",.5" offset="0,.55556mm"/>
              </v:shape>
            </w:pict>
          </mc:Fallback>
        </mc:AlternateContent>
      </w:r>
      <w:r>
        <w:rPr>
          <w:rFonts w:ascii="Arial" w:eastAsia="Times New Roman" w:hAnsi="Arial" w:cs="Arial"/>
          <w:noProof/>
          <w:sz w:val="24"/>
          <w:szCs w:val="24"/>
        </w:rPr>
        <mc:AlternateContent>
          <mc:Choice Requires="wps">
            <w:drawing>
              <wp:anchor distT="0" distB="0" distL="114300" distR="114300" simplePos="0" relativeHeight="252089856" behindDoc="0" locked="0" layoutInCell="1" allowOverlap="1" wp14:anchorId="5E0F2FD7" wp14:editId="20FC0EBA">
                <wp:simplePos x="0" y="0"/>
                <wp:positionH relativeFrom="column">
                  <wp:posOffset>1782500</wp:posOffset>
                </wp:positionH>
                <wp:positionV relativeFrom="paragraph">
                  <wp:posOffset>498836</wp:posOffset>
                </wp:positionV>
                <wp:extent cx="1342085" cy="628923"/>
                <wp:effectExtent l="38100" t="38100" r="67945" b="95250"/>
                <wp:wrapNone/>
                <wp:docPr id="1871852404" name="Straight Arrow Connector 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342085" cy="628923"/>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115AB3C" id="Straight Arrow Connector 18" o:spid="_x0000_s1026" type="#_x0000_t32" alt="&quot;&quot;" style="position:absolute;margin-left:140.35pt;margin-top:39.3pt;width:105.7pt;height:49.5pt;z-index:25208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RMiwQEAANADAAAOAAAAZHJzL2Uyb0RvYy54bWysU9uO0zAQfUfiHyy/01wWViVqug9d4AXB&#10;issHeJ1xYsmxrfHQJn+P7bQpAgTSal8mvsw5M3N8srubRsOOgEE72/JqU3IGVrpO277l37+9f7Xl&#10;LJCwnTDOQstnCPxu//LF7uQbqN3gTAfIIokNzcm3fCDyTVEEOcAowsZ5sPFSORwFxS32RYfiFNlH&#10;U9RleVucHHYenYQQ4un9csn3mV8pkPRZqQDETMtjb5Qj5viYYrHfiaZH4Qctz22IJ3QxCm1j0ZXq&#10;XpBgP1D/QTVqiS44RRvpxsIppSXkGeI0VfnbNF8H4SHPEsUJfpUpPB+t/HQ82AeMMpx8aIJ/wDTF&#10;pHBM39gfm7JY8yoWTMRkPKxuXtfl9g1nMt7d1tu39U1Ss7iiPQb6AG5kadHyQCh0P9DBWRvfxWGV&#10;FRPHj4EW4AWQShubIglt3tmO0eyjeQi1sL2Bc52UUlzbziuaDSzwL6CY7mKjdS6THQUHg+wooheE&#10;lGCpWplidoIpbcwKLP8PPOcnKGS3reBluH9WXRG5srO0gkdtHf6tOk2XltWSf1FgmTtJ8Oi6OT9o&#10;libaJr/J2eLJl7/uM/z6I+5/AgAA//8DAFBLAwQUAAYACAAAACEA0UpwKNwAAAAKAQAADwAAAGRy&#10;cy9kb3ducmV2LnhtbEyPy07DMBBF90j8gzVI7KjTqEpCiFMhpO5pC/tpPHmosR3ZTpr+PcMKlqN7&#10;dO+Zar+aUSzkw+Csgu0mAUG2cXqwnYKv8+GlABEiWo2js6TgTgH29eNDhaV2N3uk5RQ7wSU2lKig&#10;j3EqpQxNTwbDxk1kOWudNxj59J3UHm9cbkaZJkkmDQ6WF3qc6KOn5nqajYLPQ7NkoZ2P5zbz9+95&#10;h3hdUannp/X9DUSkNf7B8KvP6lCz08XNVgcxKkiLJGdUQV5kIBjYvaZbEBcm8zwDWVfy/wv1DwAA&#10;AP//AwBQSwECLQAUAAYACAAAACEAtoM4kv4AAADhAQAAEwAAAAAAAAAAAAAAAAAAAAAAW0NvbnRl&#10;bnRfVHlwZXNdLnhtbFBLAQItABQABgAIAAAAIQA4/SH/1gAAAJQBAAALAAAAAAAAAAAAAAAAAC8B&#10;AABfcmVscy8ucmVsc1BLAQItABQABgAIAAAAIQBBmRMiwQEAANADAAAOAAAAAAAAAAAAAAAAAC4C&#10;AABkcnMvZTJvRG9jLnhtbFBLAQItABQABgAIAAAAIQDRSnAo3AAAAAoBAAAPAAAAAAAAAAAAAAAA&#10;ABsEAABkcnMvZG93bnJldi54bWxQSwUGAAAAAAQABADzAAAAJAUAAAAA&#10;" strokecolor="#4f81bd [3204]" strokeweight="2pt">
                <v:stroke endarrow="block"/>
                <v:shadow on="t" color="black" opacity="24903f" origin=",.5" offset="0,.55556mm"/>
              </v:shape>
            </w:pict>
          </mc:Fallback>
        </mc:AlternateContent>
      </w:r>
      <w:r w:rsidR="008B0FAE">
        <w:rPr>
          <w:rFonts w:ascii="Arial" w:eastAsia="Times New Roman" w:hAnsi="Arial" w:cs="Arial"/>
          <w:sz w:val="24"/>
          <w:szCs w:val="24"/>
        </w:rPr>
        <w:t>Tick the summary</w:t>
      </w:r>
      <w:r>
        <w:rPr>
          <w:rFonts w:ascii="Arial" w:eastAsia="Times New Roman" w:hAnsi="Arial" w:cs="Arial"/>
          <w:sz w:val="24"/>
          <w:szCs w:val="24"/>
        </w:rPr>
        <w:t xml:space="preserve"> or summaries</w:t>
      </w:r>
      <w:r w:rsidR="008B0FAE">
        <w:rPr>
          <w:rFonts w:ascii="Arial" w:eastAsia="Times New Roman" w:hAnsi="Arial" w:cs="Arial"/>
          <w:sz w:val="24"/>
          <w:szCs w:val="24"/>
        </w:rPr>
        <w:t xml:space="preserve"> you want</w:t>
      </w:r>
      <w:r>
        <w:rPr>
          <w:rFonts w:ascii="Arial" w:eastAsia="Times New Roman" w:hAnsi="Arial" w:cs="Arial"/>
          <w:sz w:val="24"/>
          <w:szCs w:val="24"/>
        </w:rPr>
        <w:t xml:space="preserve"> to download</w:t>
      </w:r>
      <w:r w:rsidR="008B0FAE">
        <w:rPr>
          <w:rFonts w:ascii="Arial" w:eastAsia="Times New Roman" w:hAnsi="Arial" w:cs="Arial"/>
          <w:sz w:val="24"/>
          <w:szCs w:val="24"/>
        </w:rPr>
        <w:t xml:space="preserve">, then select </w:t>
      </w:r>
      <w:r w:rsidR="008B0FAE">
        <w:rPr>
          <w:rFonts w:ascii="Arial" w:eastAsia="Times New Roman" w:hAnsi="Arial" w:cs="Arial"/>
          <w:b/>
          <w:bCs/>
          <w:sz w:val="24"/>
          <w:szCs w:val="24"/>
        </w:rPr>
        <w:t>Preview PDF</w:t>
      </w:r>
      <w:r w:rsidR="008B0FAE">
        <w:rPr>
          <w:rFonts w:ascii="Arial" w:eastAsia="Times New Roman" w:hAnsi="Arial" w:cs="Arial"/>
          <w:sz w:val="24"/>
          <w:szCs w:val="24"/>
        </w:rPr>
        <w:t>.</w:t>
      </w:r>
      <w:r w:rsidR="008B0FAE" w:rsidRPr="008B0FAE">
        <w:rPr>
          <w:rFonts w:ascii="Arial" w:eastAsia="Times New Roman" w:hAnsi="Arial" w:cs="Arial"/>
          <w:noProof/>
          <w:sz w:val="24"/>
          <w:szCs w:val="24"/>
        </w:rPr>
        <w:t xml:space="preserve"> </w:t>
      </w:r>
    </w:p>
    <w:p w14:paraId="32EBFE48" w14:textId="143A4DB5" w:rsidR="009F7C02" w:rsidRDefault="009F7C02" w:rsidP="009F7C02">
      <w:pPr>
        <w:rPr>
          <w:rFonts w:eastAsia="Times New Roman"/>
        </w:rPr>
      </w:pPr>
    </w:p>
    <w:p w14:paraId="6CE163AA" w14:textId="77777777" w:rsidR="009F7C02" w:rsidRDefault="009F7C02" w:rsidP="009F7C02">
      <w:pPr>
        <w:rPr>
          <w:rFonts w:eastAsia="Times New Roman"/>
        </w:rPr>
      </w:pPr>
    </w:p>
    <w:p w14:paraId="6D0D0C40" w14:textId="2EF4BE17" w:rsidR="009F7C02" w:rsidRDefault="009F7C02" w:rsidP="009F7C02">
      <w:pPr>
        <w:rPr>
          <w:rFonts w:eastAsia="Times New Roman"/>
        </w:rPr>
      </w:pPr>
    </w:p>
    <w:p w14:paraId="607E88EB" w14:textId="5868F0FA" w:rsidR="00607FF1" w:rsidRDefault="00607FF1" w:rsidP="00607FF1">
      <w:pPr>
        <w:pStyle w:val="ListParagraph"/>
        <w:rPr>
          <w:rFonts w:ascii="Arial" w:eastAsia="Times New Roman" w:hAnsi="Arial" w:cs="Arial"/>
          <w:sz w:val="24"/>
          <w:szCs w:val="24"/>
        </w:rPr>
      </w:pPr>
    </w:p>
    <w:p w14:paraId="4458F836" w14:textId="4CF19544" w:rsidR="00607FF1" w:rsidRDefault="0042236F" w:rsidP="00607FF1">
      <w:pPr>
        <w:pStyle w:val="ListParagraph"/>
        <w:rPr>
          <w:rFonts w:ascii="Arial" w:eastAsia="Times New Roman" w:hAnsi="Arial" w:cs="Arial"/>
          <w:sz w:val="24"/>
          <w:szCs w:val="24"/>
        </w:rPr>
      </w:pPr>
      <w:r w:rsidRPr="00607FF1">
        <w:rPr>
          <w:rFonts w:ascii="Arial" w:hAnsi="Arial" w:cs="Arial"/>
          <w:noProof/>
          <w:sz w:val="24"/>
          <w:szCs w:val="24"/>
        </w:rPr>
        <w:drawing>
          <wp:anchor distT="0" distB="0" distL="114300" distR="114300" simplePos="0" relativeHeight="252084736" behindDoc="0" locked="0" layoutInCell="1" allowOverlap="1" wp14:anchorId="25CD45FA" wp14:editId="407C0A21">
            <wp:simplePos x="0" y="0"/>
            <wp:positionH relativeFrom="margin">
              <wp:posOffset>3398351</wp:posOffset>
            </wp:positionH>
            <wp:positionV relativeFrom="paragraph">
              <wp:posOffset>145914</wp:posOffset>
            </wp:positionV>
            <wp:extent cx="2551430" cy="1967865"/>
            <wp:effectExtent l="0" t="0" r="1270" b="0"/>
            <wp:wrapSquare wrapText="bothSides"/>
            <wp:docPr id="611049824" name="Picture 1" descr="Download Preview panel with option to download PDF or can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1049824" name="Picture 1" descr="Download Preview panel with option to download PDF or cancel"/>
                    <pic:cNvPicPr/>
                  </pic:nvPicPr>
                  <pic:blipFill>
                    <a:blip r:embed="rId99"/>
                    <a:stretch>
                      <a:fillRect/>
                    </a:stretch>
                  </pic:blipFill>
                  <pic:spPr>
                    <a:xfrm>
                      <a:off x="0" y="0"/>
                      <a:ext cx="2551430" cy="1967865"/>
                    </a:xfrm>
                    <a:prstGeom prst="rect">
                      <a:avLst/>
                    </a:prstGeom>
                  </pic:spPr>
                </pic:pic>
              </a:graphicData>
            </a:graphic>
            <wp14:sizeRelH relativeFrom="margin">
              <wp14:pctWidth>0</wp14:pctWidth>
            </wp14:sizeRelH>
            <wp14:sizeRelV relativeFrom="margin">
              <wp14:pctHeight>0</wp14:pctHeight>
            </wp14:sizeRelV>
          </wp:anchor>
        </w:drawing>
      </w:r>
    </w:p>
    <w:p w14:paraId="6E1C630E" w14:textId="7DA19285" w:rsidR="00607FF1" w:rsidRDefault="00607FF1" w:rsidP="00607FF1">
      <w:pPr>
        <w:pStyle w:val="ListParagraph"/>
        <w:rPr>
          <w:rFonts w:ascii="Arial" w:eastAsia="Times New Roman" w:hAnsi="Arial" w:cs="Arial"/>
          <w:sz w:val="24"/>
          <w:szCs w:val="24"/>
        </w:rPr>
      </w:pPr>
    </w:p>
    <w:p w14:paraId="7E7DF621" w14:textId="12042563" w:rsidR="00607FF1" w:rsidRPr="00607FF1" w:rsidRDefault="00607FF1" w:rsidP="00607FF1">
      <w:pPr>
        <w:pStyle w:val="ListParagraph"/>
        <w:rPr>
          <w:rFonts w:ascii="Arial" w:eastAsia="Times New Roman" w:hAnsi="Arial" w:cs="Arial"/>
          <w:sz w:val="24"/>
          <w:szCs w:val="24"/>
        </w:rPr>
      </w:pPr>
    </w:p>
    <w:p w14:paraId="21DA5AC8" w14:textId="77777777" w:rsidR="008B0FAE" w:rsidRDefault="008B0FAE">
      <w:pPr>
        <w:pStyle w:val="ListParagraph"/>
        <w:numPr>
          <w:ilvl w:val="0"/>
          <w:numId w:val="17"/>
        </w:numPr>
        <w:rPr>
          <w:rFonts w:eastAsia="Times New Roman"/>
        </w:rPr>
      </w:pPr>
      <w:r>
        <w:rPr>
          <w:rFonts w:ascii="Arial" w:eastAsia="Times New Roman" w:hAnsi="Arial" w:cs="Arial"/>
          <w:sz w:val="24"/>
          <w:szCs w:val="24"/>
        </w:rPr>
        <w:t xml:space="preserve">If you are content, select </w:t>
      </w:r>
      <w:r>
        <w:rPr>
          <w:rFonts w:ascii="Arial" w:eastAsia="Times New Roman" w:hAnsi="Arial" w:cs="Arial"/>
          <w:b/>
          <w:bCs/>
          <w:sz w:val="24"/>
          <w:szCs w:val="24"/>
        </w:rPr>
        <w:t>Download PDF</w:t>
      </w:r>
      <w:r>
        <w:rPr>
          <w:rFonts w:ascii="Arial" w:eastAsia="Times New Roman" w:hAnsi="Arial" w:cs="Arial"/>
          <w:sz w:val="24"/>
          <w:szCs w:val="24"/>
        </w:rPr>
        <w:t>.</w:t>
      </w:r>
    </w:p>
    <w:p w14:paraId="6F95C367" w14:textId="46DCC5C1" w:rsidR="009F7C02" w:rsidRDefault="009F7C02" w:rsidP="009F7C02">
      <w:pPr>
        <w:rPr>
          <w:rFonts w:eastAsia="Times New Roman"/>
        </w:rPr>
      </w:pPr>
    </w:p>
    <w:p w14:paraId="559D293C" w14:textId="597E9C94" w:rsidR="009F7C02" w:rsidRDefault="009F7C02" w:rsidP="009F7C02">
      <w:pPr>
        <w:rPr>
          <w:rFonts w:eastAsia="Times New Roman"/>
        </w:rPr>
      </w:pPr>
    </w:p>
    <w:p w14:paraId="0EF8AA54" w14:textId="6BB4A3B3" w:rsidR="00607FF1" w:rsidRDefault="00607FF1" w:rsidP="009F7C02">
      <w:pPr>
        <w:rPr>
          <w:rFonts w:eastAsia="Times New Roman"/>
        </w:rPr>
      </w:pPr>
    </w:p>
    <w:p w14:paraId="3D631B5B" w14:textId="1C841EAD" w:rsidR="00607FF1" w:rsidRDefault="00607FF1" w:rsidP="009F7C02">
      <w:pPr>
        <w:rPr>
          <w:rFonts w:eastAsia="Times New Roman"/>
        </w:rPr>
      </w:pPr>
    </w:p>
    <w:p w14:paraId="14AB90D5" w14:textId="63C6FBE9" w:rsidR="008B0FAE" w:rsidRDefault="008B0FAE" w:rsidP="009F7C02">
      <w:pPr>
        <w:rPr>
          <w:rFonts w:eastAsia="Times New Roman"/>
        </w:rPr>
      </w:pPr>
      <w:r w:rsidRPr="00607FF1">
        <w:rPr>
          <w:rFonts w:eastAsia="Times New Roman"/>
          <w:noProof/>
        </w:rPr>
        <w:drawing>
          <wp:anchor distT="0" distB="0" distL="114300" distR="114300" simplePos="0" relativeHeight="252085760" behindDoc="0" locked="0" layoutInCell="1" allowOverlap="1" wp14:anchorId="021B570D" wp14:editId="35B0CF10">
            <wp:simplePos x="0" y="0"/>
            <wp:positionH relativeFrom="column">
              <wp:posOffset>2933242</wp:posOffset>
            </wp:positionH>
            <wp:positionV relativeFrom="paragraph">
              <wp:posOffset>249474</wp:posOffset>
            </wp:positionV>
            <wp:extent cx="3343275" cy="1023620"/>
            <wp:effectExtent l="0" t="0" r="9525" b="5080"/>
            <wp:wrapSquare wrapText="bothSides"/>
            <wp:docPr id="2086893327" name="Picture 1" descr="Downloads pop-up showing Summaries Report PDF and option to open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6893327" name="Picture 1" descr="Downloads pop-up showing Summaries Report PDF and option to open file"/>
                    <pic:cNvPicPr/>
                  </pic:nvPicPr>
                  <pic:blipFill>
                    <a:blip r:embed="rId100"/>
                    <a:stretch>
                      <a:fillRect/>
                    </a:stretch>
                  </pic:blipFill>
                  <pic:spPr>
                    <a:xfrm>
                      <a:off x="0" y="0"/>
                      <a:ext cx="3343275" cy="1023620"/>
                    </a:xfrm>
                    <a:prstGeom prst="rect">
                      <a:avLst/>
                    </a:prstGeom>
                  </pic:spPr>
                </pic:pic>
              </a:graphicData>
            </a:graphic>
            <wp14:sizeRelH relativeFrom="margin">
              <wp14:pctWidth>0</wp14:pctWidth>
            </wp14:sizeRelH>
            <wp14:sizeRelV relativeFrom="margin">
              <wp14:pctHeight>0</wp14:pctHeight>
            </wp14:sizeRelV>
          </wp:anchor>
        </w:drawing>
      </w:r>
    </w:p>
    <w:p w14:paraId="1BA4CDF7" w14:textId="77777777" w:rsidR="008B0FAE" w:rsidRPr="008B0FAE" w:rsidRDefault="008B0FAE" w:rsidP="008B0FAE">
      <w:pPr>
        <w:pStyle w:val="ListParagraph"/>
        <w:rPr>
          <w:rFonts w:eastAsia="Times New Roman"/>
        </w:rPr>
      </w:pPr>
    </w:p>
    <w:p w14:paraId="40695C04" w14:textId="3AFA9E1D" w:rsidR="008B0FAE" w:rsidRPr="008B0FAE" w:rsidRDefault="008B0FAE">
      <w:pPr>
        <w:pStyle w:val="ListParagraph"/>
        <w:numPr>
          <w:ilvl w:val="0"/>
          <w:numId w:val="17"/>
        </w:numPr>
        <w:rPr>
          <w:rFonts w:eastAsia="Times New Roman"/>
        </w:rPr>
      </w:pPr>
      <w:r w:rsidRPr="008B0FAE">
        <w:rPr>
          <w:rFonts w:ascii="Arial" w:eastAsia="Times New Roman" w:hAnsi="Arial" w:cs="Arial"/>
          <w:sz w:val="24"/>
          <w:szCs w:val="24"/>
        </w:rPr>
        <w:t xml:space="preserve">The download will appear at the top right of your screen. Select </w:t>
      </w:r>
      <w:r w:rsidRPr="008B0FAE">
        <w:rPr>
          <w:rFonts w:ascii="Arial" w:eastAsia="Times New Roman" w:hAnsi="Arial" w:cs="Arial"/>
          <w:b/>
          <w:bCs/>
          <w:sz w:val="24"/>
          <w:szCs w:val="24"/>
        </w:rPr>
        <w:t>Open file</w:t>
      </w:r>
      <w:r w:rsidRPr="008B0FAE">
        <w:rPr>
          <w:rFonts w:ascii="Arial" w:eastAsia="Times New Roman" w:hAnsi="Arial" w:cs="Arial"/>
          <w:sz w:val="24"/>
          <w:szCs w:val="24"/>
        </w:rPr>
        <w:t>.</w:t>
      </w:r>
    </w:p>
    <w:p w14:paraId="4063D1BC" w14:textId="5020E48B" w:rsidR="00607FF1" w:rsidRDefault="00607FF1" w:rsidP="00607FF1">
      <w:pPr>
        <w:pStyle w:val="ListParagraph"/>
        <w:rPr>
          <w:rFonts w:ascii="Arial" w:eastAsia="Times New Roman" w:hAnsi="Arial" w:cs="Arial"/>
          <w:sz w:val="24"/>
          <w:szCs w:val="24"/>
        </w:rPr>
      </w:pPr>
    </w:p>
    <w:p w14:paraId="6E727D5B" w14:textId="77777777" w:rsidR="00607FF1" w:rsidRDefault="00607FF1" w:rsidP="00607FF1">
      <w:pPr>
        <w:pStyle w:val="ListParagraph"/>
        <w:rPr>
          <w:rFonts w:ascii="Arial" w:eastAsia="Times New Roman" w:hAnsi="Arial" w:cs="Arial"/>
          <w:sz w:val="24"/>
          <w:szCs w:val="24"/>
        </w:rPr>
      </w:pPr>
    </w:p>
    <w:p w14:paraId="690C391E" w14:textId="77777777" w:rsidR="00607FF1" w:rsidRDefault="00607FF1" w:rsidP="00607FF1">
      <w:pPr>
        <w:pStyle w:val="ListParagraph"/>
        <w:rPr>
          <w:rFonts w:ascii="Arial" w:eastAsia="Times New Roman" w:hAnsi="Arial" w:cs="Arial"/>
          <w:sz w:val="24"/>
          <w:szCs w:val="24"/>
        </w:rPr>
      </w:pPr>
    </w:p>
    <w:p w14:paraId="77201BA9" w14:textId="77777777" w:rsidR="008B0FAE" w:rsidRDefault="008B0FAE" w:rsidP="00607FF1">
      <w:pPr>
        <w:pStyle w:val="ListParagraph"/>
        <w:rPr>
          <w:rFonts w:ascii="Arial" w:eastAsia="Times New Roman" w:hAnsi="Arial" w:cs="Arial"/>
          <w:sz w:val="24"/>
          <w:szCs w:val="24"/>
        </w:rPr>
      </w:pPr>
    </w:p>
    <w:p w14:paraId="223D667D" w14:textId="54A082F8" w:rsidR="0042236F" w:rsidRDefault="0042236F" w:rsidP="0042236F">
      <w:pPr>
        <w:rPr>
          <w:rFonts w:ascii="Arial" w:eastAsia="Times New Roman" w:hAnsi="Arial" w:cs="Arial"/>
          <w:sz w:val="24"/>
          <w:szCs w:val="24"/>
        </w:rPr>
      </w:pPr>
      <w:r>
        <w:rPr>
          <w:rFonts w:ascii="Arial" w:hAnsi="Arial" w:cs="Arial"/>
          <w:noProof/>
          <w:color w:val="005E00"/>
          <w:sz w:val="32"/>
          <w:szCs w:val="32"/>
          <w:lang w:val="en-GB"/>
        </w:rPr>
        <mc:AlternateContent>
          <mc:Choice Requires="wps">
            <w:drawing>
              <wp:anchor distT="0" distB="0" distL="114300" distR="114300" simplePos="0" relativeHeight="252090880" behindDoc="0" locked="0" layoutInCell="1" allowOverlap="1" wp14:anchorId="2E5E59C9" wp14:editId="6C09E401">
                <wp:simplePos x="0" y="0"/>
                <wp:positionH relativeFrom="margin">
                  <wp:posOffset>2708476</wp:posOffset>
                </wp:positionH>
                <wp:positionV relativeFrom="paragraph">
                  <wp:posOffset>185676</wp:posOffset>
                </wp:positionV>
                <wp:extent cx="2760208" cy="108995"/>
                <wp:effectExtent l="38100" t="76200" r="2540" b="81915"/>
                <wp:wrapNone/>
                <wp:docPr id="679363527" name="Straight Arrow Connector 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2760208" cy="108995"/>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FADA41B" id="Straight Arrow Connector 19" o:spid="_x0000_s1026" type="#_x0000_t32" alt="&quot;&quot;" style="position:absolute;margin-left:213.25pt;margin-top:14.6pt;width:217.35pt;height:8.6pt;flip:y;z-index:252090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9RvxgEAANoDAAAOAAAAZHJzL2Uyb0RvYy54bWysU01v1DAQvSPxHyzf2WRXorTRZnvYAhcE&#10;FV931xknlvwle9gk/56xs5siQCBVvYwce96beW8m+9vJGnaCmLR3Ld9uas7ASd9p17f829d3r645&#10;SyhcJ4x30PIZEr89vHyxH0MDOz9400FkROJSM4aWD4ihqaokB7AibXwAR4/KRyuQPmNfdVGMxG5N&#10;tavrq2r0sQvRS0iJbu+WR34o/EqBxE9KJUBmWk69YYmxxIccq8NeNH0UYdDy3IZ4QhdWaEdFV6o7&#10;gYL9iPoPKqtl9Mkr3EhvK6+UllA0kJpt/ZuaL4MIULSQOSmsNqXno5UfT0d3H8mGMaQmhfuYVUwq&#10;WqaMDt9ppkUXdcqmYtu82gYTMkmXuzdX9a6mQUt629bXNzevs6/VwpP5Qkz4Hrxl+dDyhFHofsCj&#10;d44m5ONSQ5w+JFyAF0AGG5cjCm3euo7hHGiNMGrhegPnOjmlehRQTjgbWOCfQTHd5UaLlLJbcDSR&#10;nQRthZASHG5XJsrOMKWNWYH1/4Hn/AyFsncreBH3z6orolT2Dlew1c7Hv1XH6dKyWvIvDiy6swUP&#10;vpvLaIs1tEBlJudlzxv663eBP/6Sh58AAAD//wMAUEsDBBQABgAIAAAAIQDXJxAj3gAAAAkBAAAP&#10;AAAAZHJzL2Rvd25yZXYueG1sTI9NT8MwDIbvSPyHyEjcWNpolNE1nRAIIS58bFx2yxrTVDRO1aRb&#10;+feYE9xsvY9eP642s+/FEcfYBdKQLzIQSE2wHbUaPnaPVysQMRmypg+EGr4xwqY+P6tMacOJ3vG4&#10;Ta3gEoql0eBSGkopY+PQm7gIAxJnn2H0JvE6ttKO5sTlvpcqywrpTUd8wZkB7x02X9vJa3h7CNmL&#10;eh2cyxs1TVE9P+1u9lpfXsx3axAJ5/QHw68+q0PNTocwkY2i17BUxTWjGtStAsHAqsh5OHBSLEHW&#10;lfz/Qf0DAAD//wMAUEsBAi0AFAAGAAgAAAAhALaDOJL+AAAA4QEAABMAAAAAAAAAAAAAAAAAAAAA&#10;AFtDb250ZW50X1R5cGVzXS54bWxQSwECLQAUAAYACAAAACEAOP0h/9YAAACUAQAACwAAAAAAAAAA&#10;AAAAAAAvAQAAX3JlbHMvLnJlbHNQSwECLQAUAAYACAAAACEAq9PUb8YBAADaAwAADgAAAAAAAAAA&#10;AAAAAAAuAgAAZHJzL2Uyb0RvYy54bWxQSwECLQAUAAYACAAAACEA1ycQI94AAAAJAQAADwAAAAAA&#10;AAAAAAAAAAAgBAAAZHJzL2Rvd25yZXYueG1sUEsFBgAAAAAEAAQA8wAAACsFAAAAAA==&#10;" strokecolor="#4f81bd [3204]" strokeweight="2pt">
                <v:stroke endarrow="block"/>
                <v:shadow on="t" color="black" opacity="24903f" origin=",.5" offset="0,.55556mm"/>
                <w10:wrap anchorx="margin"/>
              </v:shape>
            </w:pict>
          </mc:Fallback>
        </mc:AlternateContent>
      </w:r>
    </w:p>
    <w:p w14:paraId="4FB3850B" w14:textId="2895EA11" w:rsidR="008B0FAE" w:rsidRPr="009A5C16" w:rsidRDefault="008B0FAE" w:rsidP="009A5C16">
      <w:pPr>
        <w:pStyle w:val="ListParagraph"/>
        <w:numPr>
          <w:ilvl w:val="0"/>
          <w:numId w:val="17"/>
        </w:numPr>
        <w:rPr>
          <w:rFonts w:eastAsia="Times New Roman"/>
        </w:rPr>
      </w:pPr>
      <w:r w:rsidRPr="009A5C16">
        <w:rPr>
          <w:rFonts w:ascii="Arial" w:eastAsia="Times New Roman" w:hAnsi="Arial" w:cs="Arial"/>
          <w:sz w:val="24"/>
          <w:szCs w:val="24"/>
        </w:rPr>
        <w:t xml:space="preserve">To print, select </w:t>
      </w:r>
      <w:r w:rsidRPr="009A5C16">
        <w:rPr>
          <w:rFonts w:ascii="Arial" w:eastAsia="Times New Roman" w:hAnsi="Arial" w:cs="Arial"/>
          <w:b/>
          <w:bCs/>
          <w:sz w:val="24"/>
          <w:szCs w:val="24"/>
        </w:rPr>
        <w:t>Print</w:t>
      </w:r>
      <w:r w:rsidRPr="009A5C16">
        <w:rPr>
          <w:rFonts w:ascii="Arial" w:eastAsia="Times New Roman" w:hAnsi="Arial" w:cs="Arial"/>
          <w:sz w:val="24"/>
          <w:szCs w:val="24"/>
        </w:rPr>
        <w:t xml:space="preserve"> (or press </w:t>
      </w:r>
      <w:r w:rsidRPr="009A5C16">
        <w:rPr>
          <w:rFonts w:ascii="Arial" w:eastAsia="Times New Roman" w:hAnsi="Arial" w:cs="Arial"/>
          <w:b/>
          <w:bCs/>
          <w:sz w:val="24"/>
          <w:szCs w:val="24"/>
        </w:rPr>
        <w:t>Ctrl + P</w:t>
      </w:r>
      <w:r w:rsidRPr="009A5C16">
        <w:rPr>
          <w:rFonts w:ascii="Arial" w:eastAsia="Times New Roman" w:hAnsi="Arial" w:cs="Arial"/>
          <w:sz w:val="24"/>
          <w:szCs w:val="24"/>
        </w:rPr>
        <w:t>).</w:t>
      </w:r>
    </w:p>
    <w:p w14:paraId="7E9E45EA" w14:textId="77777777" w:rsidR="00607FF1" w:rsidRDefault="00607FF1" w:rsidP="00607FF1">
      <w:pPr>
        <w:rPr>
          <w:rFonts w:eastAsia="Times New Roman"/>
        </w:rPr>
      </w:pPr>
    </w:p>
    <w:p w14:paraId="1906D1AC" w14:textId="5C3C19FF" w:rsidR="00607FF1" w:rsidRDefault="0042236F" w:rsidP="00607FF1">
      <w:pPr>
        <w:pStyle w:val="ListParagraph"/>
        <w:rPr>
          <w:rFonts w:ascii="Arial" w:hAnsi="Arial" w:cs="Arial"/>
        </w:rPr>
      </w:pPr>
      <w:r w:rsidRPr="00607FF1">
        <w:rPr>
          <w:rFonts w:ascii="Arial" w:hAnsi="Arial" w:cs="Arial"/>
          <w:noProof/>
          <w:color w:val="005E00"/>
          <w:sz w:val="32"/>
          <w:szCs w:val="32"/>
          <w:lang w:val="en-GB"/>
        </w:rPr>
        <w:drawing>
          <wp:anchor distT="0" distB="0" distL="114300" distR="114300" simplePos="0" relativeHeight="252086784" behindDoc="0" locked="0" layoutInCell="1" allowOverlap="1" wp14:anchorId="208B94AC" wp14:editId="5589B572">
            <wp:simplePos x="0" y="0"/>
            <wp:positionH relativeFrom="margin">
              <wp:posOffset>2975441</wp:posOffset>
            </wp:positionH>
            <wp:positionV relativeFrom="paragraph">
              <wp:posOffset>-841906</wp:posOffset>
            </wp:positionV>
            <wp:extent cx="3383389" cy="1527858"/>
            <wp:effectExtent l="0" t="0" r="7620" b="0"/>
            <wp:wrapSquare wrapText="bothSides"/>
            <wp:docPr id="612125552" name="Picture 1" descr="Summaries Report document page with option to select 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2125552" name="Picture 1" descr="Summaries Report document page with option to select print"/>
                    <pic:cNvPicPr/>
                  </pic:nvPicPr>
                  <pic:blipFill>
                    <a:blip r:embed="rId101"/>
                    <a:stretch>
                      <a:fillRect/>
                    </a:stretch>
                  </pic:blipFill>
                  <pic:spPr>
                    <a:xfrm>
                      <a:off x="0" y="0"/>
                      <a:ext cx="3383389" cy="1527858"/>
                    </a:xfrm>
                    <a:prstGeom prst="rect">
                      <a:avLst/>
                    </a:prstGeom>
                  </pic:spPr>
                </pic:pic>
              </a:graphicData>
            </a:graphic>
            <wp14:sizeRelH relativeFrom="margin">
              <wp14:pctWidth>0</wp14:pctWidth>
            </wp14:sizeRelH>
            <wp14:sizeRelV relativeFrom="margin">
              <wp14:pctHeight>0</wp14:pctHeight>
            </wp14:sizeRelV>
          </wp:anchor>
        </w:drawing>
      </w:r>
      <w:r w:rsidR="00607FF1">
        <w:rPr>
          <w:rFonts w:ascii="Arial" w:hAnsi="Arial" w:cs="Arial"/>
        </w:rPr>
        <w:br w:type="page"/>
      </w:r>
    </w:p>
    <w:p w14:paraId="4954132A" w14:textId="1C1CD43C" w:rsidR="00333817" w:rsidRPr="00607FF1" w:rsidRDefault="00333817" w:rsidP="00607FF1">
      <w:pPr>
        <w:pStyle w:val="ListParagraph"/>
      </w:pPr>
      <w:bookmarkStart w:id="26" w:name="SubmissionProcessataGlance"/>
      <w:r w:rsidRPr="0088302B">
        <w:rPr>
          <w:rFonts w:ascii="Arial" w:hAnsi="Arial" w:cs="Arial"/>
          <w:b/>
          <w:bCs/>
          <w:color w:val="005E00"/>
          <w:sz w:val="32"/>
          <w:szCs w:val="32"/>
          <w:lang w:val="en-GB"/>
        </w:rPr>
        <w:lastRenderedPageBreak/>
        <w:t xml:space="preserve">Submission Process </w:t>
      </w:r>
      <w:proofErr w:type="gramStart"/>
      <w:r w:rsidRPr="0088302B">
        <w:rPr>
          <w:rFonts w:ascii="Arial" w:hAnsi="Arial" w:cs="Arial"/>
          <w:b/>
          <w:bCs/>
          <w:color w:val="005E00"/>
          <w:sz w:val="32"/>
          <w:szCs w:val="32"/>
          <w:lang w:val="en-GB"/>
        </w:rPr>
        <w:t>at a Glance</w:t>
      </w:r>
      <w:proofErr w:type="gramEnd"/>
    </w:p>
    <w:bookmarkEnd w:id="26"/>
    <w:p w14:paraId="70B75188" w14:textId="77777777" w:rsidR="00C46C79" w:rsidRPr="0088302B" w:rsidRDefault="00C46C79" w:rsidP="00FA2FA7">
      <w:pPr>
        <w:rPr>
          <w:rFonts w:ascii="Arial" w:hAnsi="Arial" w:cs="Arial"/>
          <w:b/>
          <w:bCs/>
          <w:color w:val="005E00"/>
          <w:sz w:val="32"/>
          <w:szCs w:val="32"/>
          <w:lang w:val="en-GB"/>
        </w:rPr>
      </w:pPr>
    </w:p>
    <w:p w14:paraId="528F9D01" w14:textId="4CBEF42F" w:rsidR="00333817" w:rsidRDefault="00C46C79" w:rsidP="00EA57E9">
      <w:pPr>
        <w:rPr>
          <w:rFonts w:ascii="Arial" w:hAnsi="Arial" w:cs="Arial"/>
          <w:b/>
          <w:color w:val="002060"/>
          <w:sz w:val="28"/>
          <w:szCs w:val="28"/>
        </w:rPr>
      </w:pPr>
      <w:r w:rsidRPr="00C46C79">
        <w:rPr>
          <w:rFonts w:ascii="Arial" w:hAnsi="Arial" w:cs="Arial"/>
          <w:b/>
          <w:color w:val="002060"/>
          <w:sz w:val="28"/>
          <w:szCs w:val="28"/>
        </w:rPr>
        <w:t>A Quick Guide to the Submission Work</w:t>
      </w:r>
      <w:r>
        <w:rPr>
          <w:rFonts w:ascii="Arial" w:hAnsi="Arial" w:cs="Arial"/>
          <w:b/>
          <w:color w:val="002060"/>
          <w:sz w:val="28"/>
          <w:szCs w:val="28"/>
        </w:rPr>
        <w:t>f</w:t>
      </w:r>
      <w:r w:rsidRPr="00C46C79">
        <w:rPr>
          <w:rFonts w:ascii="Arial" w:hAnsi="Arial" w:cs="Arial"/>
          <w:b/>
          <w:color w:val="002060"/>
          <w:sz w:val="28"/>
          <w:szCs w:val="28"/>
        </w:rPr>
        <w:t>low</w:t>
      </w:r>
    </w:p>
    <w:p w14:paraId="276811E3" w14:textId="77777777" w:rsidR="00C46C79" w:rsidRPr="00C46C79" w:rsidRDefault="00C46C79" w:rsidP="00EA57E9">
      <w:pPr>
        <w:rPr>
          <w:rFonts w:ascii="Arial" w:hAnsi="Arial" w:cs="Arial"/>
          <w:b/>
          <w:color w:val="002060"/>
          <w:sz w:val="28"/>
          <w:szCs w:val="28"/>
        </w:rPr>
      </w:pPr>
    </w:p>
    <w:p w14:paraId="58DAC8AD" w14:textId="091CE508" w:rsidR="00333817" w:rsidRPr="00FA2FA7" w:rsidRDefault="00333817">
      <w:pPr>
        <w:pStyle w:val="ListParagraph"/>
        <w:numPr>
          <w:ilvl w:val="0"/>
          <w:numId w:val="13"/>
        </w:numPr>
        <w:rPr>
          <w:rFonts w:ascii="Arial" w:hAnsi="Arial" w:cs="Arial"/>
          <w:sz w:val="24"/>
          <w:szCs w:val="24"/>
        </w:rPr>
      </w:pPr>
      <w:r w:rsidRPr="00FA2FA7">
        <w:rPr>
          <w:rFonts w:ascii="Arial" w:hAnsi="Arial" w:cs="Arial"/>
          <w:sz w:val="24"/>
          <w:szCs w:val="24"/>
        </w:rPr>
        <w:t>Log on to the Submissions Dashboard</w:t>
      </w:r>
    </w:p>
    <w:p w14:paraId="220F5878" w14:textId="77777777" w:rsidR="00333817" w:rsidRPr="00FA2FA7" w:rsidRDefault="00333817" w:rsidP="00333817">
      <w:pPr>
        <w:pStyle w:val="ListParagraph"/>
        <w:rPr>
          <w:rFonts w:ascii="Arial" w:hAnsi="Arial" w:cs="Arial"/>
          <w:sz w:val="24"/>
          <w:szCs w:val="24"/>
        </w:rPr>
      </w:pPr>
    </w:p>
    <w:p w14:paraId="5903E5A4" w14:textId="3A23E7C5" w:rsidR="00333817" w:rsidRPr="00FA2FA7" w:rsidRDefault="00333817">
      <w:pPr>
        <w:pStyle w:val="ListParagraph"/>
        <w:numPr>
          <w:ilvl w:val="0"/>
          <w:numId w:val="13"/>
        </w:numPr>
        <w:rPr>
          <w:rFonts w:ascii="Arial" w:hAnsi="Arial" w:cs="Arial"/>
          <w:sz w:val="24"/>
          <w:szCs w:val="24"/>
        </w:rPr>
      </w:pPr>
      <w:proofErr w:type="gramStart"/>
      <w:r w:rsidRPr="00FA2FA7">
        <w:rPr>
          <w:rFonts w:ascii="Arial" w:hAnsi="Arial" w:cs="Arial"/>
          <w:b/>
          <w:bCs/>
          <w:sz w:val="24"/>
          <w:szCs w:val="24"/>
        </w:rPr>
        <w:t>Create</w:t>
      </w:r>
      <w:proofErr w:type="gramEnd"/>
      <w:r w:rsidRPr="00FA2FA7">
        <w:rPr>
          <w:rFonts w:ascii="Arial" w:hAnsi="Arial" w:cs="Arial"/>
          <w:sz w:val="24"/>
          <w:szCs w:val="24"/>
        </w:rPr>
        <w:t xml:space="preserve"> a New Summary</w:t>
      </w:r>
    </w:p>
    <w:p w14:paraId="3E558226" w14:textId="77777777" w:rsidR="00333817" w:rsidRPr="00FA2FA7" w:rsidRDefault="00333817" w:rsidP="00333817">
      <w:pPr>
        <w:pStyle w:val="ListParagraph"/>
        <w:rPr>
          <w:rFonts w:ascii="Arial" w:hAnsi="Arial" w:cs="Arial"/>
          <w:sz w:val="24"/>
          <w:szCs w:val="24"/>
        </w:rPr>
      </w:pPr>
    </w:p>
    <w:p w14:paraId="7B675957" w14:textId="6C51D5CF" w:rsidR="00333817" w:rsidRPr="00FA2FA7" w:rsidRDefault="00333817">
      <w:pPr>
        <w:pStyle w:val="ListParagraph"/>
        <w:numPr>
          <w:ilvl w:val="0"/>
          <w:numId w:val="13"/>
        </w:numPr>
        <w:rPr>
          <w:rFonts w:ascii="Arial" w:hAnsi="Arial" w:cs="Arial"/>
          <w:sz w:val="24"/>
          <w:szCs w:val="24"/>
        </w:rPr>
      </w:pPr>
      <w:r w:rsidRPr="00FA2FA7">
        <w:rPr>
          <w:rFonts w:ascii="Arial" w:hAnsi="Arial" w:cs="Arial"/>
          <w:sz w:val="24"/>
          <w:szCs w:val="24"/>
        </w:rPr>
        <w:t xml:space="preserve">Once content Send it to your Public Authority </w:t>
      </w:r>
      <w:r w:rsidR="0011579F">
        <w:rPr>
          <w:rFonts w:ascii="Arial" w:hAnsi="Arial" w:cs="Arial"/>
          <w:sz w:val="24"/>
          <w:szCs w:val="24"/>
        </w:rPr>
        <w:t>Rural Needs Coordinator</w:t>
      </w:r>
      <w:r w:rsidRPr="00FA2FA7">
        <w:rPr>
          <w:rFonts w:ascii="Arial" w:hAnsi="Arial" w:cs="Arial"/>
          <w:sz w:val="24"/>
          <w:szCs w:val="24"/>
        </w:rPr>
        <w:t xml:space="preserve">. </w:t>
      </w:r>
    </w:p>
    <w:p w14:paraId="40D76D33" w14:textId="77777777" w:rsidR="00333817" w:rsidRPr="00FA2FA7" w:rsidRDefault="00333817" w:rsidP="00333817">
      <w:pPr>
        <w:pStyle w:val="ListParagraph"/>
        <w:rPr>
          <w:rFonts w:ascii="Arial" w:hAnsi="Arial" w:cs="Arial"/>
          <w:sz w:val="24"/>
          <w:szCs w:val="24"/>
        </w:rPr>
      </w:pPr>
    </w:p>
    <w:p w14:paraId="4BC0F9F3" w14:textId="60DB574F" w:rsidR="00333817" w:rsidRPr="00FA2FA7" w:rsidRDefault="00333817">
      <w:pPr>
        <w:pStyle w:val="ListParagraph"/>
        <w:numPr>
          <w:ilvl w:val="0"/>
          <w:numId w:val="13"/>
        </w:numPr>
        <w:rPr>
          <w:rFonts w:ascii="Arial" w:hAnsi="Arial" w:cs="Arial"/>
          <w:sz w:val="24"/>
          <w:szCs w:val="24"/>
          <w:lang w:val="en-GB"/>
        </w:rPr>
      </w:pPr>
      <w:r w:rsidRPr="00FA2FA7">
        <w:rPr>
          <w:rFonts w:ascii="Arial" w:hAnsi="Arial" w:cs="Arial"/>
          <w:sz w:val="24"/>
          <w:szCs w:val="24"/>
          <w:lang w:val="en-GB"/>
        </w:rPr>
        <w:t xml:space="preserve">The </w:t>
      </w:r>
      <w:r w:rsidR="0011579F">
        <w:rPr>
          <w:rFonts w:ascii="Arial" w:hAnsi="Arial" w:cs="Arial"/>
          <w:sz w:val="24"/>
          <w:szCs w:val="24"/>
          <w:lang w:val="en-GB"/>
        </w:rPr>
        <w:t>Rural Needs Coordinator</w:t>
      </w:r>
      <w:r w:rsidRPr="00FA2FA7">
        <w:rPr>
          <w:rFonts w:ascii="Arial" w:hAnsi="Arial" w:cs="Arial"/>
          <w:sz w:val="24"/>
          <w:szCs w:val="24"/>
          <w:lang w:val="en-GB"/>
        </w:rPr>
        <w:t xml:space="preserve"> will review your summary along with any others. Once all summaries are approved and set to </w:t>
      </w:r>
      <w:r w:rsidRPr="00FA2FA7">
        <w:rPr>
          <w:rFonts w:ascii="Arial" w:hAnsi="Arial" w:cs="Arial"/>
          <w:b/>
          <w:bCs/>
          <w:sz w:val="24"/>
          <w:szCs w:val="24"/>
          <w:lang w:val="en-GB"/>
        </w:rPr>
        <w:t>Ready</w:t>
      </w:r>
      <w:r w:rsidRPr="00FA2FA7">
        <w:rPr>
          <w:rFonts w:ascii="Arial" w:hAnsi="Arial" w:cs="Arial"/>
          <w:sz w:val="24"/>
          <w:szCs w:val="24"/>
          <w:lang w:val="en-GB"/>
        </w:rPr>
        <w:t xml:space="preserve">, the overall submission will be issued to the </w:t>
      </w:r>
      <w:r w:rsidRPr="00FA2FA7">
        <w:rPr>
          <w:rFonts w:ascii="Arial" w:hAnsi="Arial" w:cs="Arial"/>
          <w:b/>
          <w:bCs/>
          <w:sz w:val="24"/>
          <w:szCs w:val="24"/>
          <w:lang w:val="en-GB"/>
        </w:rPr>
        <w:t>DAERA Rural Needs Team</w:t>
      </w:r>
      <w:r w:rsidRPr="00FA2FA7">
        <w:rPr>
          <w:rFonts w:ascii="Arial" w:hAnsi="Arial" w:cs="Arial"/>
          <w:sz w:val="24"/>
          <w:szCs w:val="24"/>
          <w:lang w:val="en-GB"/>
        </w:rPr>
        <w:t xml:space="preserve"> for review.</w:t>
      </w:r>
    </w:p>
    <w:p w14:paraId="08B61143" w14:textId="77777777" w:rsidR="00333817" w:rsidRPr="00FA2FA7" w:rsidRDefault="00333817" w:rsidP="00333817">
      <w:pPr>
        <w:pStyle w:val="ListParagraph"/>
        <w:rPr>
          <w:rFonts w:ascii="Arial" w:hAnsi="Arial" w:cs="Arial"/>
          <w:sz w:val="24"/>
          <w:szCs w:val="24"/>
          <w:lang w:val="en-GB"/>
        </w:rPr>
      </w:pPr>
    </w:p>
    <w:p w14:paraId="46C5AED5" w14:textId="77777777" w:rsidR="00333817" w:rsidRPr="00FA2FA7" w:rsidRDefault="00333817">
      <w:pPr>
        <w:pStyle w:val="ListParagraph"/>
        <w:numPr>
          <w:ilvl w:val="0"/>
          <w:numId w:val="13"/>
        </w:numPr>
        <w:rPr>
          <w:rFonts w:ascii="Arial" w:hAnsi="Arial" w:cs="Arial"/>
          <w:sz w:val="24"/>
          <w:szCs w:val="24"/>
          <w:lang w:val="en-GB"/>
        </w:rPr>
      </w:pPr>
      <w:r w:rsidRPr="00FA2FA7">
        <w:rPr>
          <w:rFonts w:ascii="Arial" w:hAnsi="Arial" w:cs="Arial"/>
          <w:sz w:val="24"/>
          <w:szCs w:val="24"/>
          <w:lang w:val="en-GB"/>
        </w:rPr>
        <w:t xml:space="preserve">If the Rural Needs Team returns the submission with </w:t>
      </w:r>
      <w:r w:rsidRPr="00FA2FA7">
        <w:rPr>
          <w:rFonts w:ascii="Arial" w:hAnsi="Arial" w:cs="Arial"/>
          <w:b/>
          <w:bCs/>
          <w:sz w:val="24"/>
          <w:szCs w:val="24"/>
          <w:lang w:val="en-GB"/>
        </w:rPr>
        <w:t>Suggested Changes</w:t>
      </w:r>
      <w:r w:rsidRPr="00FA2FA7">
        <w:rPr>
          <w:rFonts w:ascii="Arial" w:hAnsi="Arial" w:cs="Arial"/>
          <w:sz w:val="24"/>
          <w:szCs w:val="24"/>
          <w:lang w:val="en-GB"/>
        </w:rPr>
        <w:t>, these must be either accepted or rejected following the correct process.</w:t>
      </w:r>
    </w:p>
    <w:p w14:paraId="05A4F102" w14:textId="77777777" w:rsidR="00333817" w:rsidRPr="00FA2FA7" w:rsidRDefault="00333817" w:rsidP="00333817">
      <w:pPr>
        <w:pStyle w:val="ListParagraph"/>
        <w:rPr>
          <w:rFonts w:ascii="Arial" w:hAnsi="Arial" w:cs="Arial"/>
          <w:sz w:val="24"/>
          <w:szCs w:val="24"/>
          <w:lang w:val="en-GB"/>
        </w:rPr>
      </w:pPr>
    </w:p>
    <w:p w14:paraId="5EFB71A2" w14:textId="03F3448E" w:rsidR="00333817" w:rsidRPr="00FA2FA7" w:rsidRDefault="00333817">
      <w:pPr>
        <w:pStyle w:val="ListParagraph"/>
        <w:numPr>
          <w:ilvl w:val="0"/>
          <w:numId w:val="13"/>
        </w:numPr>
        <w:rPr>
          <w:rFonts w:ascii="Arial" w:hAnsi="Arial" w:cs="Arial"/>
          <w:sz w:val="24"/>
          <w:szCs w:val="24"/>
          <w:lang w:val="en-GB"/>
        </w:rPr>
      </w:pPr>
      <w:r w:rsidRPr="00FA2FA7">
        <w:rPr>
          <w:rFonts w:ascii="Arial" w:hAnsi="Arial" w:cs="Arial"/>
          <w:sz w:val="24"/>
          <w:szCs w:val="24"/>
          <w:lang w:val="en-GB"/>
        </w:rPr>
        <w:t xml:space="preserve">If changes are made, the updated summary should be resubmitted to the </w:t>
      </w:r>
      <w:r w:rsidR="0011579F">
        <w:rPr>
          <w:rFonts w:ascii="Arial" w:hAnsi="Arial" w:cs="Arial"/>
          <w:sz w:val="24"/>
          <w:szCs w:val="24"/>
          <w:lang w:val="en-GB"/>
        </w:rPr>
        <w:t>Rural Needs Coordinator</w:t>
      </w:r>
      <w:r w:rsidRPr="00FA2FA7">
        <w:rPr>
          <w:rFonts w:ascii="Arial" w:hAnsi="Arial" w:cs="Arial"/>
          <w:sz w:val="24"/>
          <w:szCs w:val="24"/>
          <w:lang w:val="en-GB"/>
        </w:rPr>
        <w:t xml:space="preserve"> for re</w:t>
      </w:r>
      <w:r w:rsidRPr="00FA2FA7">
        <w:rPr>
          <w:rFonts w:ascii="Arial" w:hAnsi="Arial" w:cs="Arial"/>
          <w:sz w:val="24"/>
          <w:szCs w:val="24"/>
          <w:lang w:val="en-GB"/>
        </w:rPr>
        <w:noBreakHyphen/>
        <w:t>issue to the Rural Needs Team.</w:t>
      </w:r>
    </w:p>
    <w:p w14:paraId="5F1C627E" w14:textId="77777777" w:rsidR="00333817" w:rsidRPr="00FA2FA7" w:rsidRDefault="00333817" w:rsidP="00333817">
      <w:pPr>
        <w:pStyle w:val="ListParagraph"/>
        <w:rPr>
          <w:rFonts w:ascii="Arial" w:hAnsi="Arial" w:cs="Arial"/>
          <w:sz w:val="24"/>
          <w:szCs w:val="24"/>
          <w:lang w:val="en-GB"/>
        </w:rPr>
      </w:pPr>
    </w:p>
    <w:p w14:paraId="66EB8664" w14:textId="77777777" w:rsidR="00333817" w:rsidRPr="00FA2FA7" w:rsidRDefault="00333817">
      <w:pPr>
        <w:pStyle w:val="ListParagraph"/>
        <w:numPr>
          <w:ilvl w:val="0"/>
          <w:numId w:val="13"/>
        </w:numPr>
        <w:rPr>
          <w:rFonts w:ascii="Arial" w:hAnsi="Arial" w:cs="Arial"/>
          <w:sz w:val="24"/>
          <w:szCs w:val="24"/>
          <w:lang w:val="en-GB"/>
        </w:rPr>
      </w:pPr>
      <w:r w:rsidRPr="00FA2FA7">
        <w:rPr>
          <w:rFonts w:ascii="Arial" w:hAnsi="Arial" w:cs="Arial"/>
          <w:sz w:val="24"/>
          <w:szCs w:val="24"/>
          <w:lang w:val="en-GB"/>
        </w:rPr>
        <w:t>The Rural Needs Team will review the updated submission and, if content, will accept the changes and the overall submission.</w:t>
      </w:r>
    </w:p>
    <w:p w14:paraId="05083C81" w14:textId="77777777" w:rsidR="00333817" w:rsidRPr="00FA2FA7" w:rsidRDefault="00333817" w:rsidP="00333817">
      <w:pPr>
        <w:pStyle w:val="ListParagraph"/>
        <w:rPr>
          <w:rFonts w:ascii="Arial" w:hAnsi="Arial" w:cs="Arial"/>
          <w:sz w:val="24"/>
          <w:szCs w:val="24"/>
          <w:lang w:val="en-GB"/>
        </w:rPr>
      </w:pPr>
    </w:p>
    <w:p w14:paraId="01A7D5EE" w14:textId="77777777" w:rsidR="00333817" w:rsidRPr="00FA2FA7" w:rsidRDefault="00333817">
      <w:pPr>
        <w:pStyle w:val="ListParagraph"/>
        <w:numPr>
          <w:ilvl w:val="0"/>
          <w:numId w:val="13"/>
        </w:numPr>
        <w:rPr>
          <w:rFonts w:ascii="Arial" w:hAnsi="Arial" w:cs="Arial"/>
          <w:sz w:val="24"/>
          <w:szCs w:val="24"/>
          <w:lang w:val="en-GB"/>
        </w:rPr>
      </w:pPr>
      <w:r w:rsidRPr="00FA2FA7">
        <w:rPr>
          <w:rFonts w:ascii="Arial" w:hAnsi="Arial" w:cs="Arial"/>
          <w:sz w:val="24"/>
          <w:szCs w:val="24"/>
          <w:lang w:val="en-GB"/>
        </w:rPr>
        <w:t xml:space="preserve">Once accepted, the </w:t>
      </w:r>
      <w:r w:rsidRPr="00FA2FA7">
        <w:rPr>
          <w:rFonts w:ascii="Arial" w:hAnsi="Arial" w:cs="Arial"/>
          <w:b/>
          <w:bCs/>
          <w:sz w:val="24"/>
          <w:szCs w:val="24"/>
          <w:lang w:val="en-GB"/>
        </w:rPr>
        <w:t>overall status</w:t>
      </w:r>
      <w:r w:rsidRPr="00FA2FA7">
        <w:rPr>
          <w:rFonts w:ascii="Arial" w:hAnsi="Arial" w:cs="Arial"/>
          <w:sz w:val="24"/>
          <w:szCs w:val="24"/>
          <w:lang w:val="en-GB"/>
        </w:rPr>
        <w:t xml:space="preserve"> on your Public Authority Dashboard will update to reflect that the submission has been approved by the Rural Needs Team.</w:t>
      </w:r>
    </w:p>
    <w:p w14:paraId="4087762D" w14:textId="77777777" w:rsidR="001304BA" w:rsidRDefault="001304BA" w:rsidP="00333817">
      <w:pPr>
        <w:rPr>
          <w:rFonts w:ascii="Arial" w:hAnsi="Arial" w:cs="Arial"/>
          <w:sz w:val="24"/>
          <w:szCs w:val="24"/>
        </w:rPr>
      </w:pPr>
    </w:p>
    <w:p w14:paraId="0D2284CF" w14:textId="77777777" w:rsidR="001304BA" w:rsidRDefault="001304BA" w:rsidP="00333817">
      <w:pPr>
        <w:rPr>
          <w:rFonts w:ascii="Arial" w:hAnsi="Arial" w:cs="Arial"/>
          <w:sz w:val="24"/>
          <w:szCs w:val="24"/>
        </w:rPr>
      </w:pPr>
    </w:p>
    <w:p w14:paraId="3CCF9293" w14:textId="77777777" w:rsidR="001304BA" w:rsidRDefault="001304BA" w:rsidP="00333817">
      <w:pPr>
        <w:rPr>
          <w:rFonts w:ascii="Arial" w:hAnsi="Arial" w:cs="Arial"/>
          <w:sz w:val="24"/>
          <w:szCs w:val="24"/>
        </w:rPr>
      </w:pPr>
    </w:p>
    <w:p w14:paraId="19E22A28" w14:textId="004D9EBE" w:rsidR="00333817" w:rsidRPr="001304BA" w:rsidRDefault="001304BA" w:rsidP="00333817">
      <w:pPr>
        <w:rPr>
          <w:rFonts w:ascii="Arial" w:hAnsi="Arial" w:cs="Arial"/>
          <w:b/>
          <w:bCs/>
          <w:sz w:val="24"/>
          <w:szCs w:val="24"/>
        </w:rPr>
      </w:pPr>
      <w:r w:rsidRPr="001304BA">
        <w:rPr>
          <w:rFonts w:ascii="Arial" w:hAnsi="Arial" w:cs="Arial"/>
          <w:b/>
          <w:bCs/>
          <w:sz w:val="24"/>
          <w:szCs w:val="24"/>
        </w:rPr>
        <w:t xml:space="preserve">For any further queries please contact: - </w:t>
      </w:r>
    </w:p>
    <w:p w14:paraId="39D5D88B" w14:textId="43589CE8" w:rsidR="007527F9" w:rsidRDefault="001304BA" w:rsidP="00333817">
      <w:pPr>
        <w:rPr>
          <w:rFonts w:ascii="Arial" w:hAnsi="Arial" w:cs="Arial"/>
          <w:sz w:val="24"/>
          <w:szCs w:val="24"/>
        </w:rPr>
      </w:pPr>
      <w:hyperlink r:id="rId102" w:history="1">
        <w:r w:rsidRPr="001304BA">
          <w:rPr>
            <w:rStyle w:val="Hyperlink"/>
            <w:rFonts w:ascii="Arial" w:hAnsi="Arial" w:cs="Arial"/>
            <w:sz w:val="24"/>
            <w:szCs w:val="24"/>
          </w:rPr>
          <w:t>rural.needs@daera-ni.gov.uk</w:t>
        </w:r>
      </w:hyperlink>
      <w:r w:rsidRPr="001304BA">
        <w:rPr>
          <w:rFonts w:ascii="Arial" w:hAnsi="Arial" w:cs="Arial"/>
          <w:sz w:val="24"/>
          <w:szCs w:val="24"/>
        </w:rPr>
        <w:t xml:space="preserve"> </w:t>
      </w:r>
    </w:p>
    <w:p w14:paraId="398850DD" w14:textId="77777777" w:rsidR="007527F9" w:rsidRDefault="007527F9">
      <w:pPr>
        <w:rPr>
          <w:rFonts w:ascii="Arial" w:hAnsi="Arial" w:cs="Arial"/>
          <w:sz w:val="24"/>
          <w:szCs w:val="24"/>
        </w:rPr>
      </w:pPr>
      <w:r>
        <w:rPr>
          <w:rFonts w:ascii="Arial" w:hAnsi="Arial" w:cs="Arial"/>
          <w:sz w:val="24"/>
          <w:szCs w:val="24"/>
        </w:rPr>
        <w:br w:type="page"/>
      </w:r>
    </w:p>
    <w:p w14:paraId="4272A60A" w14:textId="6B9A7445" w:rsidR="001304BA" w:rsidRDefault="007527F9" w:rsidP="00333817">
      <w:pPr>
        <w:rPr>
          <w:rFonts w:ascii="Arial" w:hAnsi="Arial" w:cs="Arial"/>
          <w:sz w:val="24"/>
          <w:szCs w:val="24"/>
        </w:rPr>
      </w:pPr>
      <w:r>
        <w:rPr>
          <w:b/>
          <w:noProof/>
          <w:color w:val="00A400"/>
          <w:lang w:eastAsia="en-GB"/>
        </w:rPr>
        <w:lastRenderedPageBreak/>
        <mc:AlternateContent>
          <mc:Choice Requires="wps">
            <w:drawing>
              <wp:anchor distT="0" distB="0" distL="114300" distR="114300" simplePos="0" relativeHeight="252072448" behindDoc="0" locked="0" layoutInCell="1" allowOverlap="1" wp14:anchorId="006E3312" wp14:editId="361FC6BF">
                <wp:simplePos x="0" y="0"/>
                <wp:positionH relativeFrom="column">
                  <wp:posOffset>-142875</wp:posOffset>
                </wp:positionH>
                <wp:positionV relativeFrom="paragraph">
                  <wp:posOffset>442595</wp:posOffset>
                </wp:positionV>
                <wp:extent cx="5658485" cy="2671445"/>
                <wp:effectExtent l="0" t="0" r="0" b="0"/>
                <wp:wrapSquare wrapText="bothSides"/>
                <wp:docPr id="515652642" name="Text Box 515652642"/>
                <wp:cNvGraphicFramePr/>
                <a:graphic xmlns:a="http://schemas.openxmlformats.org/drawingml/2006/main">
                  <a:graphicData uri="http://schemas.microsoft.com/office/word/2010/wordprocessingShape">
                    <wps:wsp>
                      <wps:cNvSpPr txBox="1"/>
                      <wps:spPr>
                        <a:xfrm>
                          <a:off x="0" y="0"/>
                          <a:ext cx="5658485" cy="267144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CBEBE8A" w14:textId="77777777" w:rsidR="007527F9" w:rsidRPr="007527F9" w:rsidRDefault="007527F9" w:rsidP="007527F9">
                            <w:pPr>
                              <w:spacing w:after="0"/>
                              <w:rPr>
                                <w:rFonts w:ascii="Arial" w:eastAsiaTheme="minorHAnsi" w:hAnsi="Arial" w:cs="Arial"/>
                                <w:color w:val="FFFFFF" w:themeColor="background1"/>
                                <w:sz w:val="24"/>
                                <w:szCs w:val="24"/>
                                <w:lang w:val="en-GB"/>
                              </w:rPr>
                            </w:pPr>
                            <w:r w:rsidRPr="007527F9">
                              <w:rPr>
                                <w:rFonts w:ascii="Arial" w:eastAsiaTheme="minorHAnsi" w:hAnsi="Arial" w:cs="Arial"/>
                                <w:color w:val="FFFFFF" w:themeColor="background1"/>
                                <w:sz w:val="24"/>
                                <w:szCs w:val="24"/>
                                <w:lang w:val="en-GB"/>
                              </w:rPr>
                              <w:t>For further information:</w:t>
                            </w:r>
                          </w:p>
                          <w:p w14:paraId="2CA06C08" w14:textId="77777777" w:rsidR="007527F9" w:rsidRPr="007527F9" w:rsidRDefault="007527F9" w:rsidP="007527F9">
                            <w:pPr>
                              <w:spacing w:after="0"/>
                              <w:rPr>
                                <w:rFonts w:ascii="Arial" w:eastAsiaTheme="minorHAnsi" w:hAnsi="Arial" w:cs="Arial"/>
                                <w:color w:val="FFFFFF" w:themeColor="background1"/>
                                <w:sz w:val="24"/>
                                <w:szCs w:val="24"/>
                                <w:lang w:val="en-GB"/>
                              </w:rPr>
                            </w:pPr>
                          </w:p>
                          <w:p w14:paraId="215D35B7" w14:textId="6AC2673E" w:rsidR="007527F9" w:rsidRPr="007527F9" w:rsidRDefault="007527F9" w:rsidP="007527F9">
                            <w:pPr>
                              <w:spacing w:after="0"/>
                              <w:rPr>
                                <w:rFonts w:ascii="Arial" w:eastAsiaTheme="minorHAnsi" w:hAnsi="Arial" w:cs="Arial"/>
                                <w:color w:val="FFFFFF" w:themeColor="background1"/>
                                <w:sz w:val="24"/>
                                <w:szCs w:val="24"/>
                                <w:lang w:val="en-GB"/>
                              </w:rPr>
                            </w:pPr>
                            <w:r>
                              <w:rPr>
                                <w:rFonts w:ascii="Arial" w:eastAsiaTheme="minorHAnsi" w:hAnsi="Arial" w:cs="Arial"/>
                                <w:color w:val="FFFFFF" w:themeColor="background1"/>
                                <w:sz w:val="24"/>
                                <w:szCs w:val="24"/>
                                <w:lang w:val="en-GB"/>
                              </w:rPr>
                              <w:t>Rural Legislation Advisory Branch</w:t>
                            </w:r>
                          </w:p>
                          <w:p w14:paraId="0FE279E9" w14:textId="172E538A" w:rsidR="007527F9" w:rsidRPr="007527F9" w:rsidRDefault="007527F9" w:rsidP="007527F9">
                            <w:pPr>
                              <w:spacing w:after="0"/>
                              <w:rPr>
                                <w:rFonts w:ascii="Arial" w:eastAsiaTheme="minorHAnsi" w:hAnsi="Arial" w:cs="Arial"/>
                                <w:color w:val="FFFFFF" w:themeColor="background1"/>
                                <w:sz w:val="24"/>
                                <w:szCs w:val="24"/>
                                <w:lang w:val="en-GB"/>
                              </w:rPr>
                            </w:pPr>
                            <w:r>
                              <w:rPr>
                                <w:rFonts w:ascii="Arial" w:eastAsiaTheme="minorHAnsi" w:hAnsi="Arial" w:cs="Arial"/>
                                <w:color w:val="FFFFFF" w:themeColor="background1"/>
                                <w:sz w:val="24"/>
                                <w:szCs w:val="24"/>
                                <w:lang w:val="en-GB"/>
                              </w:rPr>
                              <w:t>Jubilee House</w:t>
                            </w:r>
                            <w:r w:rsidRPr="007527F9">
                              <w:rPr>
                                <w:rFonts w:ascii="Arial" w:eastAsiaTheme="minorHAnsi" w:hAnsi="Arial" w:cs="Arial"/>
                                <w:color w:val="FFFFFF" w:themeColor="background1"/>
                                <w:sz w:val="24"/>
                                <w:szCs w:val="24"/>
                                <w:lang w:val="en-GB"/>
                              </w:rPr>
                              <w:br/>
                            </w:r>
                            <w:r>
                              <w:rPr>
                                <w:rFonts w:ascii="Arial" w:eastAsiaTheme="minorHAnsi" w:hAnsi="Arial" w:cs="Arial"/>
                                <w:color w:val="FFFFFF" w:themeColor="background1"/>
                                <w:sz w:val="24"/>
                                <w:szCs w:val="24"/>
                                <w:lang w:val="en-GB"/>
                              </w:rPr>
                              <w:t>111 Ballykelly Road</w:t>
                            </w:r>
                          </w:p>
                          <w:p w14:paraId="7E6B9D9B" w14:textId="56426770" w:rsidR="007527F9" w:rsidRPr="007527F9" w:rsidRDefault="007527F9" w:rsidP="007527F9">
                            <w:pPr>
                              <w:spacing w:after="0"/>
                              <w:rPr>
                                <w:rFonts w:ascii="Arial" w:eastAsiaTheme="minorHAnsi" w:hAnsi="Arial" w:cs="Arial"/>
                                <w:color w:val="FFFFFF" w:themeColor="background1"/>
                                <w:sz w:val="24"/>
                                <w:szCs w:val="24"/>
                                <w:lang w:val="en-GB"/>
                              </w:rPr>
                            </w:pPr>
                            <w:r>
                              <w:rPr>
                                <w:rFonts w:ascii="Arial" w:eastAsiaTheme="minorHAnsi" w:hAnsi="Arial" w:cs="Arial"/>
                                <w:color w:val="FFFFFF" w:themeColor="background1"/>
                                <w:sz w:val="24"/>
                                <w:szCs w:val="24"/>
                                <w:lang w:val="en-GB"/>
                              </w:rPr>
                              <w:t>Ballykelly</w:t>
                            </w:r>
                          </w:p>
                          <w:p w14:paraId="018A4BD5" w14:textId="305BABDC" w:rsidR="007527F9" w:rsidRPr="007527F9" w:rsidRDefault="007527F9" w:rsidP="007527F9">
                            <w:pPr>
                              <w:spacing w:after="0"/>
                              <w:rPr>
                                <w:rFonts w:ascii="Arial" w:eastAsiaTheme="minorHAnsi" w:hAnsi="Arial" w:cs="Arial"/>
                                <w:color w:val="FFFFFF" w:themeColor="background1"/>
                                <w:sz w:val="24"/>
                                <w:szCs w:val="24"/>
                                <w:lang w:val="en-GB"/>
                              </w:rPr>
                            </w:pPr>
                            <w:r>
                              <w:rPr>
                                <w:rFonts w:ascii="Arial" w:eastAsiaTheme="minorHAnsi" w:hAnsi="Arial" w:cs="Arial"/>
                                <w:color w:val="FFFFFF" w:themeColor="background1"/>
                                <w:sz w:val="24"/>
                                <w:szCs w:val="24"/>
                                <w:lang w:val="en-GB"/>
                              </w:rPr>
                              <w:t>BT49 9HP</w:t>
                            </w:r>
                          </w:p>
                          <w:p w14:paraId="318BDC0F" w14:textId="77777777" w:rsidR="007527F9" w:rsidRPr="007527F9" w:rsidRDefault="007527F9" w:rsidP="007527F9">
                            <w:pPr>
                              <w:spacing w:after="0"/>
                              <w:rPr>
                                <w:rFonts w:ascii="Arial" w:eastAsiaTheme="minorHAnsi" w:hAnsi="Arial" w:cs="Arial"/>
                                <w:color w:val="FFFFFF" w:themeColor="background1"/>
                                <w:sz w:val="24"/>
                                <w:szCs w:val="24"/>
                                <w:lang w:val="en-GB"/>
                              </w:rPr>
                            </w:pPr>
                          </w:p>
                          <w:p w14:paraId="5D85EF55" w14:textId="24CF0542" w:rsidR="007527F9" w:rsidRPr="007527F9" w:rsidRDefault="007527F9" w:rsidP="007527F9">
                            <w:pPr>
                              <w:rPr>
                                <w:rFonts w:ascii="Arial" w:hAnsi="Arial" w:cs="Arial"/>
                                <w:sz w:val="24"/>
                                <w:szCs w:val="24"/>
                              </w:rPr>
                            </w:pPr>
                            <w:r w:rsidRPr="007527F9">
                              <w:rPr>
                                <w:rFonts w:ascii="Arial" w:eastAsiaTheme="minorHAnsi" w:hAnsi="Arial" w:cs="Arial"/>
                                <w:color w:val="FFFFFF" w:themeColor="background1"/>
                                <w:sz w:val="24"/>
                                <w:szCs w:val="24"/>
                                <w:lang w:val="en-GB"/>
                              </w:rPr>
                              <w:br/>
                              <w:t xml:space="preserve">Email: </w:t>
                            </w:r>
                            <w:hyperlink r:id="rId103" w:history="1">
                              <w:r w:rsidRPr="007527F9">
                                <w:rPr>
                                  <w:rFonts w:ascii="Arial" w:eastAsiaTheme="minorHAnsi" w:hAnsi="Arial" w:cs="Arial"/>
                                  <w:color w:val="FFFFFF" w:themeColor="background1"/>
                                  <w:sz w:val="24"/>
                                  <w:szCs w:val="24"/>
                                  <w:lang w:val="en-GB"/>
                                </w:rPr>
                                <w:t>rural.needs@daera-ni.gov.uk</w:t>
                              </w:r>
                            </w:hyperlink>
                            <w:r w:rsidRPr="007527F9">
                              <w:rPr>
                                <w:rFonts w:ascii="Arial" w:eastAsiaTheme="minorHAnsi" w:hAnsi="Arial" w:cs="Arial"/>
                                <w:color w:val="FFFFFF" w:themeColor="background1"/>
                                <w:sz w:val="24"/>
                                <w:szCs w:val="24"/>
                                <w:lang w:val="en-GB"/>
                              </w:rPr>
                              <w:t xml:space="preserve"> </w:t>
                            </w:r>
                            <w:hyperlink r:id="rId104" w:history="1"/>
                          </w:p>
                          <w:p w14:paraId="763B8AF2" w14:textId="77777777" w:rsidR="007527F9" w:rsidRPr="007527F9" w:rsidRDefault="007527F9" w:rsidP="007527F9">
                            <w:pPr>
                              <w:spacing w:after="0"/>
                              <w:rPr>
                                <w:rFonts w:ascii="Arial" w:eastAsiaTheme="minorHAnsi" w:hAnsi="Arial" w:cs="Arial"/>
                                <w:color w:val="FFFFFF" w:themeColor="background1"/>
                                <w:sz w:val="24"/>
                                <w:szCs w:val="24"/>
                                <w:lang w:val="en-GB"/>
                              </w:rPr>
                            </w:pPr>
                            <w:r w:rsidRPr="007527F9">
                              <w:rPr>
                                <w:rFonts w:ascii="Arial" w:eastAsiaTheme="minorHAnsi" w:hAnsi="Arial" w:cs="Arial"/>
                                <w:color w:val="FFFFFF" w:themeColor="background1"/>
                                <w:sz w:val="24"/>
                                <w:szCs w:val="24"/>
                                <w:lang w:val="en-GB"/>
                              </w:rPr>
                              <w:t>www.daera-ni.gov.uk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6E3312" id="Text Box 515652642" o:spid="_x0000_s1058" type="#_x0000_t202" style="position:absolute;margin-left:-11.25pt;margin-top:34.85pt;width:445.55pt;height:210.35pt;z-index:25207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xseZgIAADwFAAAOAAAAZHJzL2Uyb0RvYy54bWysVN9v2jAQfp+0/8Hy+wggoAw1VKxVp0mo&#10;rUanPhvHhmiOz7MPEvbX7+wEytheOu0lOd8v3333na9vmsqwvfKhBJvzQa/PmbISitJucv7t+f7D&#10;lLOAwhbCgFU5P6jAb+bv313XbqaGsAVTKM8oiQ2z2uV8i+hmWRbkVlUi9MApS0YNvhJIR7/JCi9q&#10;yl6ZbNjvT7IafOE8SBUCae9aI5+n/ForiY9aB4XM5Jxqw/T16buO32x+LWYbL9y2lF0Z4h+qqERp&#10;6dJTqjuBgu18+UeqqpQeAmjsSagy0LqUKvVA3Qz6F92stsKp1AuBE9wJpvD/0sqH/co9eYbNJ2ho&#10;gBGQ2oVZIGXsp9G+in+qlJGdIDycYFMNMknK8WQ8HU3HnEmyDSdXg9FoHPNkr+HOB/ysoGJRyLmn&#10;uSS4xH4ZsHU9usTbLNyXxqTZGPubgnK2GpWG20W/VpwkPBgVo4z9qjQri1R4VCRaqVvj2V4QIYSU&#10;ymLqOeUl7+il6e63BHb+MbSt6i3Bp4h0M1g8BVelBZ9Quii7+H4sWbf+BPVZ31HEZt1Q4zkfHQe6&#10;huJAc/bQrkBw8r6kWSxFwCfhifM0WtpjfKSPNlDnHDqJsy34n3/TR3+iIlk5q2mHch5+7IRXnJkv&#10;lkj6kZgQly4dRuOrIR38uWV9brG76hZoKgN6MZxMYvRHcxS1h+qF1n0RbyWTsJLuzjkexVtsN5ue&#10;C6kWi+REa+YELu3KyZg6ohyZ9ty8CO86OiIx+QGO2yZmF6xsfWOkhcUOQZeJshHnFtUOf1rRRPru&#10;OYlvwPk5eb0+evNfAAAA//8DAFBLAwQUAAYACAAAACEAvnQI398AAAAKAQAADwAAAGRycy9kb3du&#10;cmV2LnhtbEyPy07DMBBF90j8gzVI7FqbKA1JyKRCILYgykNi58bTJCIeR7HbhL/HrOhydI/uPVNt&#10;FzuIE02+d4xws1YgiBtnem4R3t+eVjkIHzQbPTgmhB/ysK0vLypdGjfzK512oRWxhH2pEboQxlJK&#10;33RktV+7kThmBzdZHeI5tdJMeo7ldpCJUpm0uue40OmRHjpqvndHi/DxfPj6TNVL+2g34+wWJdkW&#10;EvH6arm/AxFoCf8w/OlHdaij094d2XgxIKySZBNRhKy4BRGBPMszEHuEtFApyLqS5y/UvwAAAP//&#10;AwBQSwECLQAUAAYACAAAACEAtoM4kv4AAADhAQAAEwAAAAAAAAAAAAAAAAAAAAAAW0NvbnRlbnRf&#10;VHlwZXNdLnhtbFBLAQItABQABgAIAAAAIQA4/SH/1gAAAJQBAAALAAAAAAAAAAAAAAAAAC8BAABf&#10;cmVscy8ucmVsc1BLAQItABQABgAIAAAAIQBGExseZgIAADwFAAAOAAAAAAAAAAAAAAAAAC4CAABk&#10;cnMvZTJvRG9jLnhtbFBLAQItABQABgAIAAAAIQC+dAjf3wAAAAoBAAAPAAAAAAAAAAAAAAAAAMAE&#10;AABkcnMvZG93bnJldi54bWxQSwUGAAAAAAQABADzAAAAzAUAAAAA&#10;" filled="f" stroked="f">
                <v:textbox>
                  <w:txbxContent>
                    <w:p w14:paraId="2CBEBE8A" w14:textId="77777777" w:rsidR="007527F9" w:rsidRPr="007527F9" w:rsidRDefault="007527F9" w:rsidP="007527F9">
                      <w:pPr>
                        <w:spacing w:after="0"/>
                        <w:rPr>
                          <w:rFonts w:ascii="Arial" w:eastAsiaTheme="minorHAnsi" w:hAnsi="Arial" w:cs="Arial"/>
                          <w:color w:val="FFFFFF" w:themeColor="background1"/>
                          <w:sz w:val="24"/>
                          <w:szCs w:val="24"/>
                          <w:lang w:val="en-GB"/>
                        </w:rPr>
                      </w:pPr>
                      <w:r w:rsidRPr="007527F9">
                        <w:rPr>
                          <w:rFonts w:ascii="Arial" w:eastAsiaTheme="minorHAnsi" w:hAnsi="Arial" w:cs="Arial"/>
                          <w:color w:val="FFFFFF" w:themeColor="background1"/>
                          <w:sz w:val="24"/>
                          <w:szCs w:val="24"/>
                          <w:lang w:val="en-GB"/>
                        </w:rPr>
                        <w:t>For further information:</w:t>
                      </w:r>
                    </w:p>
                    <w:p w14:paraId="2CA06C08" w14:textId="77777777" w:rsidR="007527F9" w:rsidRPr="007527F9" w:rsidRDefault="007527F9" w:rsidP="007527F9">
                      <w:pPr>
                        <w:spacing w:after="0"/>
                        <w:rPr>
                          <w:rFonts w:ascii="Arial" w:eastAsiaTheme="minorHAnsi" w:hAnsi="Arial" w:cs="Arial"/>
                          <w:color w:val="FFFFFF" w:themeColor="background1"/>
                          <w:sz w:val="24"/>
                          <w:szCs w:val="24"/>
                          <w:lang w:val="en-GB"/>
                        </w:rPr>
                      </w:pPr>
                    </w:p>
                    <w:p w14:paraId="215D35B7" w14:textId="6AC2673E" w:rsidR="007527F9" w:rsidRPr="007527F9" w:rsidRDefault="007527F9" w:rsidP="007527F9">
                      <w:pPr>
                        <w:spacing w:after="0"/>
                        <w:rPr>
                          <w:rFonts w:ascii="Arial" w:eastAsiaTheme="minorHAnsi" w:hAnsi="Arial" w:cs="Arial"/>
                          <w:color w:val="FFFFFF" w:themeColor="background1"/>
                          <w:sz w:val="24"/>
                          <w:szCs w:val="24"/>
                          <w:lang w:val="en-GB"/>
                        </w:rPr>
                      </w:pPr>
                      <w:r>
                        <w:rPr>
                          <w:rFonts w:ascii="Arial" w:eastAsiaTheme="minorHAnsi" w:hAnsi="Arial" w:cs="Arial"/>
                          <w:color w:val="FFFFFF" w:themeColor="background1"/>
                          <w:sz w:val="24"/>
                          <w:szCs w:val="24"/>
                          <w:lang w:val="en-GB"/>
                        </w:rPr>
                        <w:t>Rural Legislation Advisory Branch</w:t>
                      </w:r>
                    </w:p>
                    <w:p w14:paraId="0FE279E9" w14:textId="172E538A" w:rsidR="007527F9" w:rsidRPr="007527F9" w:rsidRDefault="007527F9" w:rsidP="007527F9">
                      <w:pPr>
                        <w:spacing w:after="0"/>
                        <w:rPr>
                          <w:rFonts w:ascii="Arial" w:eastAsiaTheme="minorHAnsi" w:hAnsi="Arial" w:cs="Arial"/>
                          <w:color w:val="FFFFFF" w:themeColor="background1"/>
                          <w:sz w:val="24"/>
                          <w:szCs w:val="24"/>
                          <w:lang w:val="en-GB"/>
                        </w:rPr>
                      </w:pPr>
                      <w:r>
                        <w:rPr>
                          <w:rFonts w:ascii="Arial" w:eastAsiaTheme="minorHAnsi" w:hAnsi="Arial" w:cs="Arial"/>
                          <w:color w:val="FFFFFF" w:themeColor="background1"/>
                          <w:sz w:val="24"/>
                          <w:szCs w:val="24"/>
                          <w:lang w:val="en-GB"/>
                        </w:rPr>
                        <w:t>Jubilee House</w:t>
                      </w:r>
                      <w:r w:rsidRPr="007527F9">
                        <w:rPr>
                          <w:rFonts w:ascii="Arial" w:eastAsiaTheme="minorHAnsi" w:hAnsi="Arial" w:cs="Arial"/>
                          <w:color w:val="FFFFFF" w:themeColor="background1"/>
                          <w:sz w:val="24"/>
                          <w:szCs w:val="24"/>
                          <w:lang w:val="en-GB"/>
                        </w:rPr>
                        <w:br/>
                      </w:r>
                      <w:r>
                        <w:rPr>
                          <w:rFonts w:ascii="Arial" w:eastAsiaTheme="minorHAnsi" w:hAnsi="Arial" w:cs="Arial"/>
                          <w:color w:val="FFFFFF" w:themeColor="background1"/>
                          <w:sz w:val="24"/>
                          <w:szCs w:val="24"/>
                          <w:lang w:val="en-GB"/>
                        </w:rPr>
                        <w:t>111 Ballykelly Road</w:t>
                      </w:r>
                    </w:p>
                    <w:p w14:paraId="7E6B9D9B" w14:textId="56426770" w:rsidR="007527F9" w:rsidRPr="007527F9" w:rsidRDefault="007527F9" w:rsidP="007527F9">
                      <w:pPr>
                        <w:spacing w:after="0"/>
                        <w:rPr>
                          <w:rFonts w:ascii="Arial" w:eastAsiaTheme="minorHAnsi" w:hAnsi="Arial" w:cs="Arial"/>
                          <w:color w:val="FFFFFF" w:themeColor="background1"/>
                          <w:sz w:val="24"/>
                          <w:szCs w:val="24"/>
                          <w:lang w:val="en-GB"/>
                        </w:rPr>
                      </w:pPr>
                      <w:r>
                        <w:rPr>
                          <w:rFonts w:ascii="Arial" w:eastAsiaTheme="minorHAnsi" w:hAnsi="Arial" w:cs="Arial"/>
                          <w:color w:val="FFFFFF" w:themeColor="background1"/>
                          <w:sz w:val="24"/>
                          <w:szCs w:val="24"/>
                          <w:lang w:val="en-GB"/>
                        </w:rPr>
                        <w:t>Ballykelly</w:t>
                      </w:r>
                    </w:p>
                    <w:p w14:paraId="018A4BD5" w14:textId="305BABDC" w:rsidR="007527F9" w:rsidRPr="007527F9" w:rsidRDefault="007527F9" w:rsidP="007527F9">
                      <w:pPr>
                        <w:spacing w:after="0"/>
                        <w:rPr>
                          <w:rFonts w:ascii="Arial" w:eastAsiaTheme="minorHAnsi" w:hAnsi="Arial" w:cs="Arial"/>
                          <w:color w:val="FFFFFF" w:themeColor="background1"/>
                          <w:sz w:val="24"/>
                          <w:szCs w:val="24"/>
                          <w:lang w:val="en-GB"/>
                        </w:rPr>
                      </w:pPr>
                      <w:r>
                        <w:rPr>
                          <w:rFonts w:ascii="Arial" w:eastAsiaTheme="minorHAnsi" w:hAnsi="Arial" w:cs="Arial"/>
                          <w:color w:val="FFFFFF" w:themeColor="background1"/>
                          <w:sz w:val="24"/>
                          <w:szCs w:val="24"/>
                          <w:lang w:val="en-GB"/>
                        </w:rPr>
                        <w:t>BT49 9HP</w:t>
                      </w:r>
                    </w:p>
                    <w:p w14:paraId="318BDC0F" w14:textId="77777777" w:rsidR="007527F9" w:rsidRPr="007527F9" w:rsidRDefault="007527F9" w:rsidP="007527F9">
                      <w:pPr>
                        <w:spacing w:after="0"/>
                        <w:rPr>
                          <w:rFonts w:ascii="Arial" w:eastAsiaTheme="minorHAnsi" w:hAnsi="Arial" w:cs="Arial"/>
                          <w:color w:val="FFFFFF" w:themeColor="background1"/>
                          <w:sz w:val="24"/>
                          <w:szCs w:val="24"/>
                          <w:lang w:val="en-GB"/>
                        </w:rPr>
                      </w:pPr>
                    </w:p>
                    <w:p w14:paraId="5D85EF55" w14:textId="24CF0542" w:rsidR="007527F9" w:rsidRPr="007527F9" w:rsidRDefault="007527F9" w:rsidP="007527F9">
                      <w:pPr>
                        <w:rPr>
                          <w:rFonts w:ascii="Arial" w:hAnsi="Arial" w:cs="Arial"/>
                          <w:sz w:val="24"/>
                          <w:szCs w:val="24"/>
                        </w:rPr>
                      </w:pPr>
                      <w:r w:rsidRPr="007527F9">
                        <w:rPr>
                          <w:rFonts w:ascii="Arial" w:eastAsiaTheme="minorHAnsi" w:hAnsi="Arial" w:cs="Arial"/>
                          <w:color w:val="FFFFFF" w:themeColor="background1"/>
                          <w:sz w:val="24"/>
                          <w:szCs w:val="24"/>
                          <w:lang w:val="en-GB"/>
                        </w:rPr>
                        <w:br/>
                        <w:t xml:space="preserve">Email: </w:t>
                      </w:r>
                      <w:hyperlink r:id="rId105" w:history="1">
                        <w:r w:rsidRPr="007527F9">
                          <w:rPr>
                            <w:rFonts w:ascii="Arial" w:eastAsiaTheme="minorHAnsi" w:hAnsi="Arial" w:cs="Arial"/>
                            <w:color w:val="FFFFFF" w:themeColor="background1"/>
                            <w:sz w:val="24"/>
                            <w:szCs w:val="24"/>
                            <w:lang w:val="en-GB"/>
                          </w:rPr>
                          <w:t>rural.needs@daera-ni.gov.uk</w:t>
                        </w:r>
                      </w:hyperlink>
                      <w:r w:rsidRPr="007527F9">
                        <w:rPr>
                          <w:rFonts w:ascii="Arial" w:eastAsiaTheme="minorHAnsi" w:hAnsi="Arial" w:cs="Arial"/>
                          <w:color w:val="FFFFFF" w:themeColor="background1"/>
                          <w:sz w:val="24"/>
                          <w:szCs w:val="24"/>
                          <w:lang w:val="en-GB"/>
                        </w:rPr>
                        <w:t xml:space="preserve"> </w:t>
                      </w:r>
                      <w:hyperlink r:id="rId106" w:history="1"/>
                    </w:p>
                    <w:p w14:paraId="763B8AF2" w14:textId="77777777" w:rsidR="007527F9" w:rsidRPr="007527F9" w:rsidRDefault="007527F9" w:rsidP="007527F9">
                      <w:pPr>
                        <w:spacing w:after="0"/>
                        <w:rPr>
                          <w:rFonts w:ascii="Arial" w:eastAsiaTheme="minorHAnsi" w:hAnsi="Arial" w:cs="Arial"/>
                          <w:color w:val="FFFFFF" w:themeColor="background1"/>
                          <w:sz w:val="24"/>
                          <w:szCs w:val="24"/>
                          <w:lang w:val="en-GB"/>
                        </w:rPr>
                      </w:pPr>
                      <w:r w:rsidRPr="007527F9">
                        <w:rPr>
                          <w:rFonts w:ascii="Arial" w:eastAsiaTheme="minorHAnsi" w:hAnsi="Arial" w:cs="Arial"/>
                          <w:color w:val="FFFFFF" w:themeColor="background1"/>
                          <w:sz w:val="24"/>
                          <w:szCs w:val="24"/>
                          <w:lang w:val="en-GB"/>
                        </w:rPr>
                        <w:t>www.daera-ni.gov.uk</w:t>
                      </w:r>
                    </w:p>
                  </w:txbxContent>
                </v:textbox>
                <w10:wrap type="square"/>
              </v:shape>
            </w:pict>
          </mc:Fallback>
        </mc:AlternateContent>
      </w:r>
      <w:r>
        <w:rPr>
          <w:noProof/>
          <w:lang w:eastAsia="en-GB"/>
        </w:rPr>
        <mc:AlternateContent>
          <mc:Choice Requires="wps">
            <w:drawing>
              <wp:anchor distT="0" distB="0" distL="114300" distR="114300" simplePos="0" relativeHeight="252070400" behindDoc="0" locked="0" layoutInCell="1" allowOverlap="1" wp14:anchorId="707B8543" wp14:editId="787A772A">
                <wp:simplePos x="0" y="0"/>
                <wp:positionH relativeFrom="column">
                  <wp:posOffset>-344385</wp:posOffset>
                </wp:positionH>
                <wp:positionV relativeFrom="paragraph">
                  <wp:posOffset>-55864</wp:posOffset>
                </wp:positionV>
                <wp:extent cx="6551187" cy="3491346"/>
                <wp:effectExtent l="0" t="0" r="21590" b="13970"/>
                <wp:wrapNone/>
                <wp:docPr id="1807285929" name="Rectangle 1807285929"/>
                <wp:cNvGraphicFramePr/>
                <a:graphic xmlns:a="http://schemas.openxmlformats.org/drawingml/2006/main">
                  <a:graphicData uri="http://schemas.microsoft.com/office/word/2010/wordprocessingShape">
                    <wps:wsp>
                      <wps:cNvSpPr/>
                      <wps:spPr>
                        <a:xfrm>
                          <a:off x="0" y="0"/>
                          <a:ext cx="6551187" cy="3491346"/>
                        </a:xfrm>
                        <a:prstGeom prst="rect">
                          <a:avLst/>
                        </a:prstGeom>
                        <a:solidFill>
                          <a:schemeClr val="accent1">
                            <a:lumMod val="5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20757C" id="Rectangle 1807285929" o:spid="_x0000_s1026" style="position:absolute;margin-left:-27.1pt;margin-top:-4.4pt;width:515.85pt;height:274.9pt;z-index:25207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0LodgIAAG8FAAAOAAAAZHJzL2Uyb0RvYy54bWysVE1v2zAMvQ/YfxB0Xx2nST+COkXQosOA&#10;rg3WDj2rslQLkERNUuJkv36U7DhB223AsBwUSiQfyWeSF5cbo8la+KDAVrQ8GlEiLIda2ZeKfn+8&#10;+XRGSYjM1kyDFRXdikAv5x8/XLRuJsbQgK6FJwhiw6x1FW1idLOiCLwRhoUjcMKiUoI3LOLVvxS1&#10;Zy2iG12MR6OTogVfOw9chICv152SzjO+lILHeymDiERXFHOL+fT5fE5nMb9gsxfPXKN4nwb7hywM&#10;UxaDDlDXLDKy8uoNlFHcQwAZjziYAqRUXOQasJpy9Kqah4Y5kWtBcoIbaAr/D5bfrR/c0iMNrQuz&#10;gGKqYiO9Sf+YH9lksrYDWWITCcfHk+m0LM9OKeGoO56cl8eTk0RnsXd3PsTPAgxJQkU9fo1MElvf&#10;htiZ7kxStABa1TdK63xJHSCutCdrht+OcS5sLLO7XpmvUHfv0xH++rC5aZJLTuIArdjXlqW41SLF&#10;0PabkETVWM04Iw8Ib4OGhtXibzEzYEKWWMWA3WX9G+yOht4+uYrctYPz6E+Jdc6DR44MNg7ORlnw&#10;7wFopLKP3NkjZQfUJPEZ6u3SEw/dzATHbxR+xlsW4pJ5HBIcJxz8eI+H1NBWFHqJkgb8z/fekz32&#10;LmopaXHoKhp+rJgXlOgvFrv6vJxM0pTmy2R6OsaLP9Q8H2rsylwB9kaJK8bxLCb7qHei9GCecD8s&#10;UlRUMcsxdkV59LvLVeyWAW4YLhaLbIaT6Vi8tQ+OJ/DEamrTx80T867v5YhjcAe7AWWzVy3d2SZP&#10;C4tVBKlyv+957fnGqc7N2m+gtDYO79lqvyfnvwAAAP//AwBQSwMEFAAGAAgAAAAhAGD8G6HcAAAA&#10;CgEAAA8AAABkcnMvZG93bnJldi54bWxMj01PwzAMhu9I/IfISNw2d2XdR2k6IRDc6TjsmLamqWic&#10;qsm28u8xJ7jZ8qvHz1scZjeoC02h96xhtUxAETe+7bnT8HF8XexAhWi4NYNn0vBNAQ7l7U1h8tZf&#10;+Z0uVeyUQDjkRoONccwRQ2PJmbD0I7HcPv3kTJR16rCdzFXgbsA0STboTM/ywZqRni01X9XZacjq&#10;gHjy6cMJ3+yxq14Y94G1vr+bnx5BRZrjXxh+9UUdSnGq/ZnboAYNi2ydSlSGnVSQwH67zUDVQl+v&#10;EsCywP8Vyh8AAAD//wMAUEsBAi0AFAAGAAgAAAAhALaDOJL+AAAA4QEAABMAAAAAAAAAAAAAAAAA&#10;AAAAAFtDb250ZW50X1R5cGVzXS54bWxQSwECLQAUAAYACAAAACEAOP0h/9YAAACUAQAACwAAAAAA&#10;AAAAAAAAAAAvAQAAX3JlbHMvLnJlbHNQSwECLQAUAAYACAAAACEAozNC6HYCAABvBQAADgAAAAAA&#10;AAAAAAAAAAAuAgAAZHJzL2Uyb0RvYy54bWxQSwECLQAUAAYACAAAACEAYPwbodwAAAAKAQAADwAA&#10;AAAAAAAAAAAAAADQBAAAZHJzL2Rvd25yZXYueG1sUEsFBgAAAAAEAAQA8wAAANkFAAAAAA==&#10;" fillcolor="#243f60 [1604]" strokecolor="#243f60 [1604]" strokeweight="2pt"/>
            </w:pict>
          </mc:Fallback>
        </mc:AlternateContent>
      </w:r>
    </w:p>
    <w:p w14:paraId="717706B7" w14:textId="47264148" w:rsidR="007527F9" w:rsidRPr="007527F9" w:rsidRDefault="007527F9" w:rsidP="007527F9">
      <w:pPr>
        <w:rPr>
          <w:rFonts w:ascii="Arial" w:hAnsi="Arial" w:cs="Arial"/>
          <w:sz w:val="24"/>
          <w:szCs w:val="24"/>
        </w:rPr>
      </w:pPr>
    </w:p>
    <w:p w14:paraId="643C883C" w14:textId="094DBD3C" w:rsidR="007527F9" w:rsidRPr="007527F9" w:rsidRDefault="007527F9" w:rsidP="007527F9">
      <w:pPr>
        <w:ind w:firstLine="720"/>
        <w:rPr>
          <w:rFonts w:ascii="Arial" w:hAnsi="Arial" w:cs="Arial"/>
          <w:sz w:val="24"/>
          <w:szCs w:val="24"/>
        </w:rPr>
      </w:pPr>
    </w:p>
    <w:p w14:paraId="1150E3D0" w14:textId="77777777" w:rsidR="007527F9" w:rsidRPr="007527F9" w:rsidRDefault="007527F9" w:rsidP="007527F9">
      <w:pPr>
        <w:rPr>
          <w:rFonts w:ascii="Arial" w:hAnsi="Arial" w:cs="Arial"/>
          <w:sz w:val="24"/>
          <w:szCs w:val="24"/>
        </w:rPr>
      </w:pPr>
    </w:p>
    <w:p w14:paraId="2CA43E9D" w14:textId="56ED08E2" w:rsidR="007527F9" w:rsidRPr="007527F9" w:rsidRDefault="007527F9" w:rsidP="007527F9">
      <w:pPr>
        <w:rPr>
          <w:rFonts w:ascii="Arial" w:hAnsi="Arial" w:cs="Arial"/>
          <w:sz w:val="24"/>
          <w:szCs w:val="24"/>
        </w:rPr>
      </w:pPr>
    </w:p>
    <w:p w14:paraId="6E181447" w14:textId="223D8563" w:rsidR="007527F9" w:rsidRPr="007527F9" w:rsidRDefault="007527F9" w:rsidP="007527F9">
      <w:pPr>
        <w:rPr>
          <w:rFonts w:ascii="Arial" w:hAnsi="Arial" w:cs="Arial"/>
          <w:sz w:val="24"/>
          <w:szCs w:val="24"/>
        </w:rPr>
      </w:pPr>
    </w:p>
    <w:p w14:paraId="16C6E8E9" w14:textId="6B3EBFE7" w:rsidR="007527F9" w:rsidRPr="007527F9" w:rsidRDefault="007527F9" w:rsidP="007527F9">
      <w:pPr>
        <w:rPr>
          <w:rFonts w:ascii="Arial" w:hAnsi="Arial" w:cs="Arial"/>
          <w:sz w:val="24"/>
          <w:szCs w:val="24"/>
        </w:rPr>
      </w:pPr>
    </w:p>
    <w:p w14:paraId="5FDBA9B8" w14:textId="1B50DDA0" w:rsidR="007527F9" w:rsidRPr="007527F9" w:rsidRDefault="007527F9" w:rsidP="007527F9">
      <w:pPr>
        <w:rPr>
          <w:rFonts w:ascii="Arial" w:hAnsi="Arial" w:cs="Arial"/>
          <w:sz w:val="24"/>
          <w:szCs w:val="24"/>
        </w:rPr>
      </w:pPr>
    </w:p>
    <w:p w14:paraId="7EE45AB3" w14:textId="224EADF5" w:rsidR="007527F9" w:rsidRPr="007527F9" w:rsidRDefault="007527F9" w:rsidP="007527F9">
      <w:pPr>
        <w:rPr>
          <w:rFonts w:ascii="Arial" w:hAnsi="Arial" w:cs="Arial"/>
          <w:sz w:val="24"/>
          <w:szCs w:val="24"/>
        </w:rPr>
      </w:pPr>
    </w:p>
    <w:p w14:paraId="3FC71851" w14:textId="77777777" w:rsidR="007527F9" w:rsidRPr="007527F9" w:rsidRDefault="007527F9" w:rsidP="007527F9">
      <w:pPr>
        <w:rPr>
          <w:rFonts w:ascii="Arial" w:hAnsi="Arial" w:cs="Arial"/>
          <w:sz w:val="24"/>
          <w:szCs w:val="24"/>
        </w:rPr>
      </w:pPr>
    </w:p>
    <w:p w14:paraId="1F447494" w14:textId="410C13FD" w:rsidR="007527F9" w:rsidRPr="007527F9" w:rsidRDefault="007527F9" w:rsidP="007527F9">
      <w:pPr>
        <w:rPr>
          <w:rFonts w:ascii="Arial" w:hAnsi="Arial" w:cs="Arial"/>
          <w:sz w:val="24"/>
          <w:szCs w:val="24"/>
        </w:rPr>
      </w:pPr>
    </w:p>
    <w:p w14:paraId="48203AF6" w14:textId="75C098F7" w:rsidR="007527F9" w:rsidRDefault="007527F9" w:rsidP="007527F9">
      <w:pPr>
        <w:rPr>
          <w:rFonts w:ascii="Arial" w:hAnsi="Arial" w:cs="Arial"/>
          <w:sz w:val="24"/>
          <w:szCs w:val="24"/>
        </w:rPr>
      </w:pPr>
      <w:r>
        <w:rPr>
          <w:noProof/>
        </w:rPr>
        <w:drawing>
          <wp:anchor distT="0" distB="0" distL="114300" distR="114300" simplePos="0" relativeHeight="252074496" behindDoc="0" locked="0" layoutInCell="1" allowOverlap="1" wp14:anchorId="0E84F268" wp14:editId="69456023">
            <wp:simplePos x="0" y="0"/>
            <wp:positionH relativeFrom="column">
              <wp:posOffset>-412940</wp:posOffset>
            </wp:positionH>
            <wp:positionV relativeFrom="paragraph">
              <wp:posOffset>389890</wp:posOffset>
            </wp:positionV>
            <wp:extent cx="2812902" cy="2250040"/>
            <wp:effectExtent l="0" t="0" r="0" b="0"/>
            <wp:wrapNone/>
            <wp:docPr id="343501699" name="Graphic 1" descr="Image shows DAERA trilingua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501699" name="Graphic 1" descr="Image shows DAERA trilingual logo"/>
                    <pic:cNvPicPr/>
                  </pic:nvPicPr>
                  <pic:blipFill>
                    <a:blip r:embed="rId107">
                      <a:extLst>
                        <a:ext uri="{28A0092B-C50C-407E-A947-70E740481C1C}">
                          <a14:useLocalDpi xmlns:a14="http://schemas.microsoft.com/office/drawing/2010/main" val="0"/>
                        </a:ext>
                        <a:ext uri="{96DAC541-7B7A-43D3-8B79-37D633B846F1}">
                          <asvg:svgBlip xmlns:asvg="http://schemas.microsoft.com/office/drawing/2016/SVG/main" r:embed="rId108"/>
                        </a:ext>
                      </a:extLst>
                    </a:blip>
                    <a:stretch>
                      <a:fillRect/>
                    </a:stretch>
                  </pic:blipFill>
                  <pic:spPr>
                    <a:xfrm>
                      <a:off x="0" y="0"/>
                      <a:ext cx="2812902" cy="2250040"/>
                    </a:xfrm>
                    <a:prstGeom prst="rect">
                      <a:avLst/>
                    </a:prstGeom>
                  </pic:spPr>
                </pic:pic>
              </a:graphicData>
            </a:graphic>
            <wp14:sizeRelH relativeFrom="page">
              <wp14:pctWidth>0</wp14:pctWidth>
            </wp14:sizeRelH>
            <wp14:sizeRelV relativeFrom="page">
              <wp14:pctHeight>0</wp14:pctHeight>
            </wp14:sizeRelV>
          </wp:anchor>
        </w:drawing>
      </w:r>
    </w:p>
    <w:p w14:paraId="5DA97668" w14:textId="5E7AACAD" w:rsidR="007527F9" w:rsidRPr="007527F9" w:rsidRDefault="007527F9" w:rsidP="007527F9">
      <w:pPr>
        <w:rPr>
          <w:rFonts w:ascii="Arial" w:hAnsi="Arial" w:cs="Arial"/>
          <w:sz w:val="24"/>
          <w:szCs w:val="24"/>
        </w:rPr>
      </w:pPr>
      <w:r>
        <w:rPr>
          <w:noProof/>
          <w:lang w:eastAsia="en-GB"/>
        </w:rPr>
        <w:drawing>
          <wp:anchor distT="0" distB="0" distL="114300" distR="114300" simplePos="0" relativeHeight="252076544" behindDoc="0" locked="0" layoutInCell="1" allowOverlap="1" wp14:anchorId="3CF7226A" wp14:editId="22F9E58C">
            <wp:simplePos x="0" y="0"/>
            <wp:positionH relativeFrom="column">
              <wp:posOffset>3597275</wp:posOffset>
            </wp:positionH>
            <wp:positionV relativeFrom="paragraph">
              <wp:posOffset>315595</wp:posOffset>
            </wp:positionV>
            <wp:extent cx="2608580" cy="429260"/>
            <wp:effectExtent l="0" t="0" r="0" b="2540"/>
            <wp:wrapNone/>
            <wp:docPr id="1205635110" name="Picture 6" descr="DAERA's Investors in People logo&#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5635110" name="Picture 6" descr="DAERA's Investors in People logo&#10;&#10;"/>
                    <pic:cNvPicPr/>
                  </pic:nvPicPr>
                  <pic:blipFill>
                    <a:blip r:embed="rId109">
                      <a:extLst>
                        <a:ext uri="{28A0092B-C50C-407E-A947-70E740481C1C}">
                          <a14:useLocalDpi xmlns:a14="http://schemas.microsoft.com/office/drawing/2010/main" val="0"/>
                        </a:ext>
                      </a:extLst>
                    </a:blip>
                    <a:stretch>
                      <a:fillRect/>
                    </a:stretch>
                  </pic:blipFill>
                  <pic:spPr>
                    <a:xfrm>
                      <a:off x="0" y="0"/>
                      <a:ext cx="2608580" cy="429260"/>
                    </a:xfrm>
                    <a:prstGeom prst="rect">
                      <a:avLst/>
                    </a:prstGeom>
                  </pic:spPr>
                </pic:pic>
              </a:graphicData>
            </a:graphic>
            <wp14:sizeRelH relativeFrom="page">
              <wp14:pctWidth>0</wp14:pctWidth>
            </wp14:sizeRelH>
            <wp14:sizeRelV relativeFrom="page">
              <wp14:pctHeight>0</wp14:pctHeight>
            </wp14:sizeRelV>
          </wp:anchor>
        </w:drawing>
      </w:r>
    </w:p>
    <w:p w14:paraId="5E2152CB" w14:textId="72DB35F8" w:rsidR="007527F9" w:rsidRPr="007527F9" w:rsidRDefault="007527F9" w:rsidP="007527F9">
      <w:pPr>
        <w:rPr>
          <w:rFonts w:ascii="Arial" w:hAnsi="Arial" w:cs="Arial"/>
          <w:sz w:val="24"/>
          <w:szCs w:val="24"/>
        </w:rPr>
      </w:pPr>
    </w:p>
    <w:p w14:paraId="17A429F5" w14:textId="16F82FB1" w:rsidR="007527F9" w:rsidRPr="007527F9" w:rsidRDefault="007527F9" w:rsidP="007527F9">
      <w:pPr>
        <w:tabs>
          <w:tab w:val="left" w:pos="6976"/>
        </w:tabs>
        <w:rPr>
          <w:rFonts w:ascii="Arial" w:hAnsi="Arial" w:cs="Arial"/>
          <w:sz w:val="24"/>
          <w:szCs w:val="24"/>
        </w:rPr>
      </w:pPr>
      <w:r>
        <w:rPr>
          <w:rFonts w:ascii="Arial" w:hAnsi="Arial" w:cs="Arial"/>
          <w:sz w:val="24"/>
          <w:szCs w:val="24"/>
        </w:rPr>
        <w:tab/>
      </w:r>
    </w:p>
    <w:sectPr w:rsidR="007527F9" w:rsidRPr="007527F9" w:rsidSect="00EB32C8">
      <w:headerReference w:type="default" r:id="rId110"/>
      <w:footerReference w:type="default" r:id="rId111"/>
      <w:footerReference w:type="first" r:id="rId112"/>
      <w:pgSz w:w="11906" w:h="16838" w:code="9"/>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429B24C" w14:textId="77777777" w:rsidR="00DF08CC" w:rsidRDefault="00DF08CC">
      <w:pPr>
        <w:spacing w:after="0" w:line="240" w:lineRule="auto"/>
      </w:pPr>
      <w:r>
        <w:separator/>
      </w:r>
    </w:p>
  </w:endnote>
  <w:endnote w:type="continuationSeparator" w:id="0">
    <w:p w14:paraId="28490B21" w14:textId="77777777" w:rsidR="00DF08CC" w:rsidRDefault="00DF08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0AE6CC" w14:textId="38535B90" w:rsidR="008A590A" w:rsidRDefault="008A590A" w:rsidP="008A590A">
    <w:pPr>
      <w:pStyle w:val="Footer"/>
      <w:tabs>
        <w:tab w:val="clear" w:pos="9360"/>
        <w:tab w:val="center" w:pos="4513"/>
        <w:tab w:val="left" w:pos="8126"/>
      </w:tabs>
      <w:jc w:val="right"/>
    </w:pPr>
    <w:r>
      <w:t xml:space="preserve">  </w:t>
    </w:r>
  </w:p>
  <w:p w14:paraId="148ECBFA" w14:textId="0EA2589B" w:rsidR="004A6879" w:rsidRPr="002A2EE6" w:rsidRDefault="008A590A" w:rsidP="008A590A">
    <w:pPr>
      <w:pStyle w:val="Footer"/>
      <w:tabs>
        <w:tab w:val="clear" w:pos="9360"/>
        <w:tab w:val="center" w:pos="4513"/>
        <w:tab w:val="left" w:pos="8126"/>
      </w:tabs>
      <w:rPr>
        <w:rFonts w:ascii="Arial" w:hAnsi="Arial" w:cs="Arial"/>
        <w:sz w:val="24"/>
        <w:szCs w:val="24"/>
      </w:rPr>
    </w:pPr>
    <w:r>
      <w:t xml:space="preserve">                                                                                     </w:t>
    </w:r>
    <w:r w:rsidRPr="002A2EE6">
      <w:rPr>
        <w:sz w:val="24"/>
        <w:szCs w:val="24"/>
      </w:rPr>
      <w:fldChar w:fldCharType="begin"/>
    </w:r>
    <w:r w:rsidRPr="002A2EE6">
      <w:rPr>
        <w:sz w:val="24"/>
        <w:szCs w:val="24"/>
      </w:rPr>
      <w:instrText xml:space="preserve"> PAGE   \* MERGEFORMAT </w:instrText>
    </w:r>
    <w:r w:rsidRPr="002A2EE6">
      <w:rPr>
        <w:sz w:val="24"/>
        <w:szCs w:val="24"/>
      </w:rPr>
      <w:fldChar w:fldCharType="separate"/>
    </w:r>
    <w:r w:rsidRPr="002A2EE6">
      <w:rPr>
        <w:noProof/>
        <w:sz w:val="24"/>
        <w:szCs w:val="24"/>
      </w:rPr>
      <w:t>1</w:t>
    </w:r>
    <w:r w:rsidRPr="002A2EE6">
      <w:rPr>
        <w:noProof/>
        <w:sz w:val="24"/>
        <w:szCs w:val="24"/>
      </w:rPr>
      <w:fldChar w:fldCharType="end"/>
    </w:r>
    <w:r w:rsidRPr="002A2EE6">
      <w:rPr>
        <w:sz w:val="24"/>
        <w:szCs w:val="24"/>
      </w:rPr>
      <w:t xml:space="preserve">                                                         </w:t>
    </w:r>
    <w:r w:rsidR="00EB32C8" w:rsidRPr="002A2EE6">
      <w:rPr>
        <w:sz w:val="24"/>
        <w:szCs w:val="24"/>
      </w:rPr>
      <w:t xml:space="preserve">   </w:t>
    </w:r>
    <w:hyperlink w:anchor="Contents" w:history="1">
      <w:r w:rsidR="00EB32C8" w:rsidRPr="002A2EE6">
        <w:rPr>
          <w:rStyle w:val="Hyperlink"/>
          <w:rFonts w:ascii="Arial" w:hAnsi="Arial" w:cs="Arial"/>
          <w:sz w:val="24"/>
          <w:szCs w:val="24"/>
        </w:rPr>
        <w:t>Back to Top</w:t>
      </w:r>
    </w:hyperlink>
  </w:p>
  <w:p w14:paraId="11030D35" w14:textId="5E893138" w:rsidR="00053BEC" w:rsidRDefault="007527F9" w:rsidP="007527F9">
    <w:pPr>
      <w:pStyle w:val="Footer"/>
      <w:tabs>
        <w:tab w:val="clear" w:pos="4680"/>
        <w:tab w:val="clear" w:pos="9360"/>
        <w:tab w:val="left" w:pos="5367"/>
      </w:tabs>
    </w:pP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EF1F38" w14:textId="251B8F13" w:rsidR="00720D36" w:rsidRDefault="002A2EE6" w:rsidP="00D838EF">
    <w:pPr>
      <w:pStyle w:val="Footer"/>
      <w:jc w:val="right"/>
    </w:pPr>
    <w:r>
      <w:rPr>
        <w:noProof/>
      </w:rPr>
      <w:drawing>
        <wp:anchor distT="0" distB="0" distL="114300" distR="114300" simplePos="0" relativeHeight="251659264" behindDoc="0" locked="0" layoutInCell="1" allowOverlap="1" wp14:anchorId="2D4C8BD2" wp14:editId="540A4EB4">
          <wp:simplePos x="0" y="0"/>
          <wp:positionH relativeFrom="column">
            <wp:posOffset>3383522</wp:posOffset>
          </wp:positionH>
          <wp:positionV relativeFrom="paragraph">
            <wp:posOffset>-1634764</wp:posOffset>
          </wp:positionV>
          <wp:extent cx="2812902" cy="2250040"/>
          <wp:effectExtent l="0" t="0" r="0" b="0"/>
          <wp:wrapNone/>
          <wp:docPr id="1087175859" name="Graphic 1" descr="Image shows website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7175859" name="Graphic 1" descr="Image shows website screen-shot"/>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2812902" cy="225004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B856F5" w14:textId="77777777" w:rsidR="00DF08CC" w:rsidRDefault="00DF08CC">
      <w:pPr>
        <w:spacing w:after="0" w:line="240" w:lineRule="auto"/>
      </w:pPr>
      <w:r>
        <w:separator/>
      </w:r>
    </w:p>
  </w:footnote>
  <w:footnote w:type="continuationSeparator" w:id="0">
    <w:p w14:paraId="7A0AD134" w14:textId="77777777" w:rsidR="00DF08CC" w:rsidRDefault="00DF08C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681461" w14:textId="77777777" w:rsidR="00BA66FB" w:rsidRPr="00BA66FB" w:rsidRDefault="003B700C" w:rsidP="00BA66FB">
    <w:pPr>
      <w:pStyle w:val="NoSpacing"/>
      <w:jc w:val="center"/>
      <w:rPr>
        <w:rFonts w:ascii="Arial" w:eastAsiaTheme="majorEastAsia" w:hAnsi="Arial" w:cs="Arial"/>
        <w:color w:val="002060"/>
        <w:sz w:val="24"/>
        <w:szCs w:val="24"/>
      </w:rPr>
    </w:pPr>
    <w:sdt>
      <w:sdtPr>
        <w:rPr>
          <w:rFonts w:ascii="Arial" w:hAnsi="Arial" w:cs="Arial"/>
          <w:b/>
          <w:color w:val="002060"/>
          <w:sz w:val="24"/>
          <w:szCs w:val="24"/>
        </w:rPr>
        <w:alias w:val="Title"/>
        <w:tag w:val=""/>
        <w:id w:val="316697639"/>
        <w:dataBinding w:prefixMappings="xmlns:ns0='http://purl.org/dc/elements/1.1/' xmlns:ns1='http://schemas.openxmlformats.org/package/2006/metadata/core-properties' " w:xpath="/ns1:coreProperties[1]/ns0:title[1]" w:storeItemID="{6C3C8BC8-F283-45AE-878A-BAB7291924A1}"/>
        <w:text/>
      </w:sdtPr>
      <w:sdtEndPr/>
      <w:sdtContent>
        <w:r w:rsidR="00BA66FB" w:rsidRPr="00BA66FB">
          <w:rPr>
            <w:rFonts w:ascii="Arial" w:hAnsi="Arial" w:cs="Arial"/>
            <w:b/>
            <w:color w:val="002060"/>
            <w:sz w:val="24"/>
            <w:szCs w:val="24"/>
          </w:rPr>
          <w:t>Rural Needs Act (NI) 2016 - Annual Monitoring Report</w:t>
        </w:r>
      </w:sdtContent>
    </w:sdt>
  </w:p>
  <w:p w14:paraId="46E29C83" w14:textId="2BD48E6B" w:rsidR="00BA66FB" w:rsidRPr="0088302B" w:rsidRDefault="00BA66FB" w:rsidP="00BA66FB">
    <w:pPr>
      <w:spacing w:before="120"/>
      <w:jc w:val="center"/>
      <w:rPr>
        <w:rFonts w:ascii="Arial" w:hAnsi="Arial" w:cs="Arial"/>
        <w:b/>
        <w:color w:val="005F00"/>
        <w:sz w:val="24"/>
        <w:szCs w:val="24"/>
      </w:rPr>
    </w:pPr>
    <w:r w:rsidRPr="0088302B">
      <w:rPr>
        <w:rFonts w:ascii="Arial" w:hAnsi="Arial" w:cs="Arial"/>
        <w:b/>
        <w:color w:val="005F00"/>
        <w:sz w:val="24"/>
        <w:szCs w:val="24"/>
      </w:rPr>
      <w:t>User Guide</w:t>
    </w:r>
  </w:p>
  <w:p w14:paraId="046292E4" w14:textId="77777777" w:rsidR="00BA66FB" w:rsidRDefault="00BA66F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1"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2"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3"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4"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5"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6" w15:restartNumberingAfterBreak="0">
    <w:nsid w:val="27D422BB"/>
    <w:multiLevelType w:val="hybridMultilevel"/>
    <w:tmpl w:val="9268217E"/>
    <w:lvl w:ilvl="0" w:tplc="38E65B8E">
      <w:start w:val="1"/>
      <w:numFmt w:val="bullet"/>
      <w:lvlText w:val=""/>
      <w:lvlJc w:val="left"/>
      <w:pPr>
        <w:ind w:left="1777" w:hanging="360"/>
      </w:pPr>
      <w:rPr>
        <w:rFonts w:ascii="Symbol" w:hAnsi="Symbol" w:hint="default"/>
        <w:sz w:val="28"/>
        <w:szCs w:val="28"/>
      </w:rPr>
    </w:lvl>
    <w:lvl w:ilvl="1" w:tplc="08090003" w:tentative="1">
      <w:start w:val="1"/>
      <w:numFmt w:val="bullet"/>
      <w:lvlText w:val="o"/>
      <w:lvlJc w:val="left"/>
      <w:pPr>
        <w:ind w:left="1941" w:hanging="360"/>
      </w:pPr>
      <w:rPr>
        <w:rFonts w:ascii="Courier New" w:hAnsi="Courier New" w:cs="Courier New" w:hint="default"/>
      </w:rPr>
    </w:lvl>
    <w:lvl w:ilvl="2" w:tplc="08090005" w:tentative="1">
      <w:start w:val="1"/>
      <w:numFmt w:val="bullet"/>
      <w:lvlText w:val=""/>
      <w:lvlJc w:val="left"/>
      <w:pPr>
        <w:ind w:left="2661" w:hanging="360"/>
      </w:pPr>
      <w:rPr>
        <w:rFonts w:ascii="Wingdings" w:hAnsi="Wingdings" w:hint="default"/>
      </w:rPr>
    </w:lvl>
    <w:lvl w:ilvl="3" w:tplc="08090001" w:tentative="1">
      <w:start w:val="1"/>
      <w:numFmt w:val="bullet"/>
      <w:lvlText w:val=""/>
      <w:lvlJc w:val="left"/>
      <w:pPr>
        <w:ind w:left="3381" w:hanging="360"/>
      </w:pPr>
      <w:rPr>
        <w:rFonts w:ascii="Symbol" w:hAnsi="Symbol" w:hint="default"/>
      </w:rPr>
    </w:lvl>
    <w:lvl w:ilvl="4" w:tplc="08090003" w:tentative="1">
      <w:start w:val="1"/>
      <w:numFmt w:val="bullet"/>
      <w:lvlText w:val="o"/>
      <w:lvlJc w:val="left"/>
      <w:pPr>
        <w:ind w:left="4101" w:hanging="360"/>
      </w:pPr>
      <w:rPr>
        <w:rFonts w:ascii="Courier New" w:hAnsi="Courier New" w:cs="Courier New" w:hint="default"/>
      </w:rPr>
    </w:lvl>
    <w:lvl w:ilvl="5" w:tplc="08090005" w:tentative="1">
      <w:start w:val="1"/>
      <w:numFmt w:val="bullet"/>
      <w:lvlText w:val=""/>
      <w:lvlJc w:val="left"/>
      <w:pPr>
        <w:ind w:left="4821" w:hanging="360"/>
      </w:pPr>
      <w:rPr>
        <w:rFonts w:ascii="Wingdings" w:hAnsi="Wingdings" w:hint="default"/>
      </w:rPr>
    </w:lvl>
    <w:lvl w:ilvl="6" w:tplc="08090001" w:tentative="1">
      <w:start w:val="1"/>
      <w:numFmt w:val="bullet"/>
      <w:lvlText w:val=""/>
      <w:lvlJc w:val="left"/>
      <w:pPr>
        <w:ind w:left="5541" w:hanging="360"/>
      </w:pPr>
      <w:rPr>
        <w:rFonts w:ascii="Symbol" w:hAnsi="Symbol" w:hint="default"/>
      </w:rPr>
    </w:lvl>
    <w:lvl w:ilvl="7" w:tplc="08090003" w:tentative="1">
      <w:start w:val="1"/>
      <w:numFmt w:val="bullet"/>
      <w:lvlText w:val="o"/>
      <w:lvlJc w:val="left"/>
      <w:pPr>
        <w:ind w:left="6261" w:hanging="360"/>
      </w:pPr>
      <w:rPr>
        <w:rFonts w:ascii="Courier New" w:hAnsi="Courier New" w:cs="Courier New" w:hint="default"/>
      </w:rPr>
    </w:lvl>
    <w:lvl w:ilvl="8" w:tplc="08090005" w:tentative="1">
      <w:start w:val="1"/>
      <w:numFmt w:val="bullet"/>
      <w:lvlText w:val=""/>
      <w:lvlJc w:val="left"/>
      <w:pPr>
        <w:ind w:left="6981" w:hanging="360"/>
      </w:pPr>
      <w:rPr>
        <w:rFonts w:ascii="Wingdings" w:hAnsi="Wingdings" w:hint="default"/>
      </w:rPr>
    </w:lvl>
  </w:abstractNum>
  <w:abstractNum w:abstractNumId="7" w15:restartNumberingAfterBreak="0">
    <w:nsid w:val="34391E28"/>
    <w:multiLevelType w:val="hybridMultilevel"/>
    <w:tmpl w:val="1E9ED3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91E4132"/>
    <w:multiLevelType w:val="hybridMultilevel"/>
    <w:tmpl w:val="C86ECA0A"/>
    <w:lvl w:ilvl="0" w:tplc="5D343244">
      <w:start w:val="1"/>
      <w:numFmt w:val="decimal"/>
      <w:lvlText w:val="%1."/>
      <w:lvlJc w:val="left"/>
      <w:pPr>
        <w:ind w:left="360" w:hanging="360"/>
      </w:pPr>
      <w:rPr>
        <w:rFonts w:hint="default"/>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C3B419C"/>
    <w:multiLevelType w:val="multilevel"/>
    <w:tmpl w:val="EC1A4976"/>
    <w:lvl w:ilvl="0">
      <w:start w:val="1"/>
      <w:numFmt w:val="decimal"/>
      <w:lvlText w:val="%1."/>
      <w:lvlJc w:val="left"/>
      <w:pPr>
        <w:tabs>
          <w:tab w:val="num" w:pos="720"/>
        </w:tabs>
        <w:ind w:left="720" w:hanging="360"/>
      </w:pPr>
      <w:rPr>
        <w:b w:val="0"/>
        <w:bCs w:val="0"/>
        <w:i w:val="0"/>
        <w:iCs w:val="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50C55E2C"/>
    <w:multiLevelType w:val="hybridMultilevel"/>
    <w:tmpl w:val="EB407802"/>
    <w:lvl w:ilvl="0" w:tplc="7D28F2FA">
      <w:start w:val="1"/>
      <w:numFmt w:val="decimal"/>
      <w:lvlText w:val="%1."/>
      <w:lvlJc w:val="left"/>
      <w:pPr>
        <w:ind w:left="360" w:hanging="360"/>
      </w:pPr>
      <w:rPr>
        <w:rFonts w:ascii="Arial" w:hAnsi="Arial" w:cs="Arial" w:hint="default"/>
        <w:b w:val="0"/>
        <w:bCs/>
        <w:color w:val="auto"/>
        <w:sz w:val="24"/>
        <w:szCs w:val="24"/>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53826A18"/>
    <w:multiLevelType w:val="hybridMultilevel"/>
    <w:tmpl w:val="0DD2B428"/>
    <w:lvl w:ilvl="0" w:tplc="12A20FA8">
      <w:start w:val="3"/>
      <w:numFmt w:val="decimal"/>
      <w:lvlText w:val="%1."/>
      <w:lvlJc w:val="left"/>
      <w:pPr>
        <w:ind w:left="644" w:hanging="360"/>
      </w:pPr>
      <w:rPr>
        <w:rFonts w:hint="default"/>
        <w:b w:val="0"/>
        <w:bCs/>
      </w:rPr>
    </w:lvl>
    <w:lvl w:ilvl="1" w:tplc="08090019">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2" w15:restartNumberingAfterBreak="0">
    <w:nsid w:val="54AB61C2"/>
    <w:multiLevelType w:val="hybridMultilevel"/>
    <w:tmpl w:val="F834736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70D1D0F"/>
    <w:multiLevelType w:val="multilevel"/>
    <w:tmpl w:val="4692A4D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2"/>
      <w:numFmt w:val="decimal"/>
      <w:lvlText w:val="%3"/>
      <w:lvlJc w:val="left"/>
      <w:pPr>
        <w:ind w:left="2160" w:hanging="360"/>
      </w:pPr>
      <w:rPr>
        <w:rFonts w:hint="default"/>
      </w:rPr>
    </w:lvl>
    <w:lvl w:ilvl="3">
      <w:start w:val="2"/>
      <w:numFmt w:val="bullet"/>
      <w:lvlText w:val="-"/>
      <w:lvlJc w:val="left"/>
      <w:pPr>
        <w:ind w:left="2880" w:hanging="360"/>
      </w:pPr>
      <w:rPr>
        <w:rFonts w:ascii="Calibri" w:eastAsiaTheme="minorEastAsia" w:hAnsi="Calibri" w:cs="Calibri" w:hint="default"/>
        <w:b/>
      </w:r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70801B52"/>
    <w:multiLevelType w:val="hybridMultilevel"/>
    <w:tmpl w:val="F9026AAA"/>
    <w:lvl w:ilvl="0" w:tplc="685E75AA">
      <w:start w:val="1"/>
      <w:numFmt w:val="bullet"/>
      <w:lvlText w:val=""/>
      <w:lvlJc w:val="left"/>
      <w:pPr>
        <w:ind w:left="1800" w:hanging="360"/>
      </w:pPr>
      <w:rPr>
        <w:rFonts w:ascii="Symbol" w:hAnsi="Symbol" w:hint="default"/>
        <w:color w:val="auto"/>
        <w:sz w:val="28"/>
        <w:szCs w:val="28"/>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5" w15:restartNumberingAfterBreak="0">
    <w:nsid w:val="765F5D97"/>
    <w:multiLevelType w:val="multilevel"/>
    <w:tmpl w:val="AA7E14DA"/>
    <w:lvl w:ilvl="0">
      <w:start w:val="1"/>
      <w:numFmt w:val="decimal"/>
      <w:lvlText w:val="%1."/>
      <w:lvlJc w:val="left"/>
      <w:pPr>
        <w:tabs>
          <w:tab w:val="num" w:pos="720"/>
        </w:tabs>
        <w:ind w:left="720" w:hanging="360"/>
      </w:pPr>
      <w:rPr>
        <w:rFonts w:ascii="Arial" w:hAnsi="Arial" w:cs="Arial" w:hint="default"/>
        <w:sz w:val="24"/>
        <w:szCs w:val="24"/>
      </w:rPr>
    </w:lvl>
    <w:lvl w:ilvl="1">
      <w:start w:val="5"/>
      <w:numFmt w:val="decimal"/>
      <w:lvlText w:val="%2."/>
      <w:lvlJc w:val="left"/>
      <w:pPr>
        <w:ind w:left="1440" w:hanging="360"/>
      </w:pPr>
      <w:rPr>
        <w:rFonts w:ascii="Arial" w:hAnsi="Arial" w:cs="Arial" w:hint="default"/>
        <w:sz w:val="24"/>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79B97F80"/>
    <w:multiLevelType w:val="hybridMultilevel"/>
    <w:tmpl w:val="08DE8B60"/>
    <w:lvl w:ilvl="0" w:tplc="89C23DBA">
      <w:start w:val="1"/>
      <w:numFmt w:val="decimal"/>
      <w:lvlText w:val="%1."/>
      <w:lvlJc w:val="left"/>
      <w:pPr>
        <w:ind w:left="360" w:hanging="360"/>
      </w:pPr>
      <w:rPr>
        <w:rFonts w:ascii="Arial" w:hAnsi="Arial" w:cs="Arial" w:hint="default"/>
        <w:b w:val="0"/>
        <w:bCs w:val="0"/>
        <w:i w:val="0"/>
        <w:iCs w:val="0"/>
        <w:color w:val="auto"/>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978261949">
    <w:abstractNumId w:val="5"/>
  </w:num>
  <w:num w:numId="2" w16cid:durableId="1527408591">
    <w:abstractNumId w:val="3"/>
  </w:num>
  <w:num w:numId="3" w16cid:durableId="1253586944">
    <w:abstractNumId w:val="2"/>
  </w:num>
  <w:num w:numId="4" w16cid:durableId="2070767988">
    <w:abstractNumId w:val="4"/>
  </w:num>
  <w:num w:numId="5" w16cid:durableId="869952960">
    <w:abstractNumId w:val="1"/>
  </w:num>
  <w:num w:numId="6" w16cid:durableId="865292494">
    <w:abstractNumId w:val="0"/>
  </w:num>
  <w:num w:numId="7" w16cid:durableId="1255626295">
    <w:abstractNumId w:val="9"/>
  </w:num>
  <w:num w:numId="8" w16cid:durableId="1661495114">
    <w:abstractNumId w:val="13"/>
  </w:num>
  <w:num w:numId="9" w16cid:durableId="1016925127">
    <w:abstractNumId w:val="11"/>
  </w:num>
  <w:num w:numId="10" w16cid:durableId="14771751">
    <w:abstractNumId w:val="6"/>
  </w:num>
  <w:num w:numId="11" w16cid:durableId="360933642">
    <w:abstractNumId w:val="16"/>
  </w:num>
  <w:num w:numId="12" w16cid:durableId="2079592478">
    <w:abstractNumId w:val="14"/>
  </w:num>
  <w:num w:numId="13" w16cid:durableId="1853718041">
    <w:abstractNumId w:val="12"/>
  </w:num>
  <w:num w:numId="14" w16cid:durableId="945842677">
    <w:abstractNumId w:val="10"/>
  </w:num>
  <w:num w:numId="15" w16cid:durableId="1216547678">
    <w:abstractNumId w:val="8"/>
  </w:num>
  <w:num w:numId="16" w16cid:durableId="1841771334">
    <w:abstractNumId w:val="7"/>
  </w:num>
  <w:num w:numId="17" w16cid:durableId="1570994196">
    <w:abstractNumId w:val="15"/>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730"/>
    <w:rsid w:val="0000121E"/>
    <w:rsid w:val="00022004"/>
    <w:rsid w:val="00026D09"/>
    <w:rsid w:val="00034616"/>
    <w:rsid w:val="00037445"/>
    <w:rsid w:val="00041480"/>
    <w:rsid w:val="00050F6E"/>
    <w:rsid w:val="00053BEC"/>
    <w:rsid w:val="0005783D"/>
    <w:rsid w:val="0006063C"/>
    <w:rsid w:val="00062896"/>
    <w:rsid w:val="00065D14"/>
    <w:rsid w:val="000665D3"/>
    <w:rsid w:val="00070B91"/>
    <w:rsid w:val="000A2355"/>
    <w:rsid w:val="000A4241"/>
    <w:rsid w:val="000B02DE"/>
    <w:rsid w:val="000B2711"/>
    <w:rsid w:val="000B2D1C"/>
    <w:rsid w:val="000E12F6"/>
    <w:rsid w:val="001073CD"/>
    <w:rsid w:val="001131A2"/>
    <w:rsid w:val="00113422"/>
    <w:rsid w:val="0011579F"/>
    <w:rsid w:val="00117EA6"/>
    <w:rsid w:val="001304BA"/>
    <w:rsid w:val="00147C9D"/>
    <w:rsid w:val="0015074B"/>
    <w:rsid w:val="00166AC2"/>
    <w:rsid w:val="00183968"/>
    <w:rsid w:val="001A4405"/>
    <w:rsid w:val="001A5003"/>
    <w:rsid w:val="001B2B3D"/>
    <w:rsid w:val="001B41A9"/>
    <w:rsid w:val="001B645A"/>
    <w:rsid w:val="001D1FD8"/>
    <w:rsid w:val="001E1B38"/>
    <w:rsid w:val="002066B6"/>
    <w:rsid w:val="00206DF4"/>
    <w:rsid w:val="002123D1"/>
    <w:rsid w:val="002127C2"/>
    <w:rsid w:val="00231E28"/>
    <w:rsid w:val="00235E20"/>
    <w:rsid w:val="00245A60"/>
    <w:rsid w:val="00247B4F"/>
    <w:rsid w:val="00251762"/>
    <w:rsid w:val="00253A2F"/>
    <w:rsid w:val="0025510D"/>
    <w:rsid w:val="002725C1"/>
    <w:rsid w:val="00272A54"/>
    <w:rsid w:val="0027729F"/>
    <w:rsid w:val="00277611"/>
    <w:rsid w:val="00281671"/>
    <w:rsid w:val="00295AFD"/>
    <w:rsid w:val="00295B52"/>
    <w:rsid w:val="0029639D"/>
    <w:rsid w:val="002A13C2"/>
    <w:rsid w:val="002A2EE6"/>
    <w:rsid w:val="002A5F21"/>
    <w:rsid w:val="002B08E0"/>
    <w:rsid w:val="002B1059"/>
    <w:rsid w:val="002C15A1"/>
    <w:rsid w:val="002F0995"/>
    <w:rsid w:val="003034BE"/>
    <w:rsid w:val="00306ED0"/>
    <w:rsid w:val="00312DA1"/>
    <w:rsid w:val="00326F90"/>
    <w:rsid w:val="00327A95"/>
    <w:rsid w:val="003320A4"/>
    <w:rsid w:val="00333817"/>
    <w:rsid w:val="00342D41"/>
    <w:rsid w:val="00353682"/>
    <w:rsid w:val="003728E5"/>
    <w:rsid w:val="003818F4"/>
    <w:rsid w:val="00381BA2"/>
    <w:rsid w:val="0038242C"/>
    <w:rsid w:val="00384967"/>
    <w:rsid w:val="003935D7"/>
    <w:rsid w:val="003B700C"/>
    <w:rsid w:val="003C2581"/>
    <w:rsid w:val="003C7A9F"/>
    <w:rsid w:val="003D1242"/>
    <w:rsid w:val="003D7C92"/>
    <w:rsid w:val="003E329B"/>
    <w:rsid w:val="003E5251"/>
    <w:rsid w:val="003F39AE"/>
    <w:rsid w:val="003F467F"/>
    <w:rsid w:val="003F51FC"/>
    <w:rsid w:val="00403804"/>
    <w:rsid w:val="004204D9"/>
    <w:rsid w:val="0042236F"/>
    <w:rsid w:val="00446509"/>
    <w:rsid w:val="00447EC0"/>
    <w:rsid w:val="00455CE2"/>
    <w:rsid w:val="00485C54"/>
    <w:rsid w:val="004A6879"/>
    <w:rsid w:val="004B12CF"/>
    <w:rsid w:val="004B594C"/>
    <w:rsid w:val="004B7EC2"/>
    <w:rsid w:val="004D4413"/>
    <w:rsid w:val="004D57AC"/>
    <w:rsid w:val="004E497F"/>
    <w:rsid w:val="004E67C5"/>
    <w:rsid w:val="004F35A6"/>
    <w:rsid w:val="004F3E30"/>
    <w:rsid w:val="004F44F7"/>
    <w:rsid w:val="00520E0F"/>
    <w:rsid w:val="00531950"/>
    <w:rsid w:val="00553D79"/>
    <w:rsid w:val="00557141"/>
    <w:rsid w:val="00561D82"/>
    <w:rsid w:val="00565475"/>
    <w:rsid w:val="005769C2"/>
    <w:rsid w:val="005821B6"/>
    <w:rsid w:val="0058549B"/>
    <w:rsid w:val="00590C01"/>
    <w:rsid w:val="00593C0F"/>
    <w:rsid w:val="00596329"/>
    <w:rsid w:val="005B1E49"/>
    <w:rsid w:val="005B5186"/>
    <w:rsid w:val="005B6B6A"/>
    <w:rsid w:val="005B7775"/>
    <w:rsid w:val="005C4138"/>
    <w:rsid w:val="005C4D9D"/>
    <w:rsid w:val="005C64FF"/>
    <w:rsid w:val="005D49D6"/>
    <w:rsid w:val="005E60CF"/>
    <w:rsid w:val="00607FF1"/>
    <w:rsid w:val="006110EC"/>
    <w:rsid w:val="0062649F"/>
    <w:rsid w:val="006306AF"/>
    <w:rsid w:val="00631C25"/>
    <w:rsid w:val="00632FCC"/>
    <w:rsid w:val="00635AAE"/>
    <w:rsid w:val="0064068D"/>
    <w:rsid w:val="006416E1"/>
    <w:rsid w:val="006507A8"/>
    <w:rsid w:val="00673422"/>
    <w:rsid w:val="00675BCF"/>
    <w:rsid w:val="0068104E"/>
    <w:rsid w:val="00684C6D"/>
    <w:rsid w:val="006908F7"/>
    <w:rsid w:val="006962BE"/>
    <w:rsid w:val="006A5D69"/>
    <w:rsid w:val="006B2920"/>
    <w:rsid w:val="006D5056"/>
    <w:rsid w:val="006E066A"/>
    <w:rsid w:val="006E09E9"/>
    <w:rsid w:val="006F4198"/>
    <w:rsid w:val="00700BED"/>
    <w:rsid w:val="007054B3"/>
    <w:rsid w:val="00720D36"/>
    <w:rsid w:val="007312EE"/>
    <w:rsid w:val="007379E9"/>
    <w:rsid w:val="00744C4A"/>
    <w:rsid w:val="007527F9"/>
    <w:rsid w:val="00757991"/>
    <w:rsid w:val="007615E2"/>
    <w:rsid w:val="007724A1"/>
    <w:rsid w:val="0077785C"/>
    <w:rsid w:val="00791F92"/>
    <w:rsid w:val="007968BB"/>
    <w:rsid w:val="007973A0"/>
    <w:rsid w:val="007F0728"/>
    <w:rsid w:val="007F0781"/>
    <w:rsid w:val="007F7614"/>
    <w:rsid w:val="00802792"/>
    <w:rsid w:val="00802FD0"/>
    <w:rsid w:val="0080318A"/>
    <w:rsid w:val="00814918"/>
    <w:rsid w:val="00814CFE"/>
    <w:rsid w:val="00817051"/>
    <w:rsid w:val="0083114D"/>
    <w:rsid w:val="00842B51"/>
    <w:rsid w:val="0084664E"/>
    <w:rsid w:val="008511B6"/>
    <w:rsid w:val="00853AF5"/>
    <w:rsid w:val="00862711"/>
    <w:rsid w:val="00862EED"/>
    <w:rsid w:val="00866902"/>
    <w:rsid w:val="00867F69"/>
    <w:rsid w:val="008779B8"/>
    <w:rsid w:val="0088302B"/>
    <w:rsid w:val="00890772"/>
    <w:rsid w:val="008A4E3A"/>
    <w:rsid w:val="008A590A"/>
    <w:rsid w:val="008B0FAE"/>
    <w:rsid w:val="008B30C6"/>
    <w:rsid w:val="008B7928"/>
    <w:rsid w:val="008D561D"/>
    <w:rsid w:val="008D5958"/>
    <w:rsid w:val="008E12DD"/>
    <w:rsid w:val="008E2EAD"/>
    <w:rsid w:val="008F4D9B"/>
    <w:rsid w:val="008F5FB8"/>
    <w:rsid w:val="009003A3"/>
    <w:rsid w:val="009014DF"/>
    <w:rsid w:val="00920992"/>
    <w:rsid w:val="009220F3"/>
    <w:rsid w:val="00926D1D"/>
    <w:rsid w:val="00927EFE"/>
    <w:rsid w:val="00935194"/>
    <w:rsid w:val="00945EE7"/>
    <w:rsid w:val="00952023"/>
    <w:rsid w:val="00963994"/>
    <w:rsid w:val="00965DC5"/>
    <w:rsid w:val="00992749"/>
    <w:rsid w:val="00993534"/>
    <w:rsid w:val="009977FE"/>
    <w:rsid w:val="009A5C16"/>
    <w:rsid w:val="009B36AB"/>
    <w:rsid w:val="009C3D90"/>
    <w:rsid w:val="009E1DDD"/>
    <w:rsid w:val="009E3AC0"/>
    <w:rsid w:val="009F7C02"/>
    <w:rsid w:val="009F7DA9"/>
    <w:rsid w:val="00A13FCF"/>
    <w:rsid w:val="00A201D3"/>
    <w:rsid w:val="00A21605"/>
    <w:rsid w:val="00A25B1C"/>
    <w:rsid w:val="00A31EDD"/>
    <w:rsid w:val="00A334F5"/>
    <w:rsid w:val="00A45E58"/>
    <w:rsid w:val="00A4731A"/>
    <w:rsid w:val="00A55540"/>
    <w:rsid w:val="00A575DC"/>
    <w:rsid w:val="00A66463"/>
    <w:rsid w:val="00A774A9"/>
    <w:rsid w:val="00A777E1"/>
    <w:rsid w:val="00A80B42"/>
    <w:rsid w:val="00A81648"/>
    <w:rsid w:val="00A840CE"/>
    <w:rsid w:val="00A86F55"/>
    <w:rsid w:val="00AA1D8D"/>
    <w:rsid w:val="00AB3832"/>
    <w:rsid w:val="00AB5A4C"/>
    <w:rsid w:val="00AC2A22"/>
    <w:rsid w:val="00AC78AE"/>
    <w:rsid w:val="00AE1EC8"/>
    <w:rsid w:val="00AE31A2"/>
    <w:rsid w:val="00B022E3"/>
    <w:rsid w:val="00B21769"/>
    <w:rsid w:val="00B2592B"/>
    <w:rsid w:val="00B400F1"/>
    <w:rsid w:val="00B4279B"/>
    <w:rsid w:val="00B47730"/>
    <w:rsid w:val="00B50FCA"/>
    <w:rsid w:val="00B70DDF"/>
    <w:rsid w:val="00B731AB"/>
    <w:rsid w:val="00B758CC"/>
    <w:rsid w:val="00B920AE"/>
    <w:rsid w:val="00B9333D"/>
    <w:rsid w:val="00B953AB"/>
    <w:rsid w:val="00BA4BD7"/>
    <w:rsid w:val="00BA66FB"/>
    <w:rsid w:val="00BB55F1"/>
    <w:rsid w:val="00BB667F"/>
    <w:rsid w:val="00BC6D7B"/>
    <w:rsid w:val="00BD11B2"/>
    <w:rsid w:val="00BD34A2"/>
    <w:rsid w:val="00BD3FDB"/>
    <w:rsid w:val="00BD7518"/>
    <w:rsid w:val="00BF2BB7"/>
    <w:rsid w:val="00BF35D5"/>
    <w:rsid w:val="00BF3CC5"/>
    <w:rsid w:val="00C01821"/>
    <w:rsid w:val="00C07998"/>
    <w:rsid w:val="00C220FF"/>
    <w:rsid w:val="00C262BE"/>
    <w:rsid w:val="00C44256"/>
    <w:rsid w:val="00C46C79"/>
    <w:rsid w:val="00C55AEC"/>
    <w:rsid w:val="00C57BFD"/>
    <w:rsid w:val="00C62B8A"/>
    <w:rsid w:val="00C6333B"/>
    <w:rsid w:val="00C64F85"/>
    <w:rsid w:val="00C7087C"/>
    <w:rsid w:val="00C76026"/>
    <w:rsid w:val="00C768C9"/>
    <w:rsid w:val="00C77D39"/>
    <w:rsid w:val="00C86751"/>
    <w:rsid w:val="00CA4A29"/>
    <w:rsid w:val="00CB0664"/>
    <w:rsid w:val="00CB6F2B"/>
    <w:rsid w:val="00CC0CFE"/>
    <w:rsid w:val="00CD0BCD"/>
    <w:rsid w:val="00CD4A3D"/>
    <w:rsid w:val="00CE0025"/>
    <w:rsid w:val="00CE36FA"/>
    <w:rsid w:val="00CE564D"/>
    <w:rsid w:val="00CF1CA9"/>
    <w:rsid w:val="00D01DCF"/>
    <w:rsid w:val="00D01F25"/>
    <w:rsid w:val="00D04946"/>
    <w:rsid w:val="00D10D61"/>
    <w:rsid w:val="00D242EF"/>
    <w:rsid w:val="00D271FB"/>
    <w:rsid w:val="00D501D9"/>
    <w:rsid w:val="00D507F3"/>
    <w:rsid w:val="00D552CD"/>
    <w:rsid w:val="00D578EB"/>
    <w:rsid w:val="00D63BE7"/>
    <w:rsid w:val="00D65E0B"/>
    <w:rsid w:val="00D73F62"/>
    <w:rsid w:val="00D81571"/>
    <w:rsid w:val="00D82BB0"/>
    <w:rsid w:val="00D838EF"/>
    <w:rsid w:val="00D844BC"/>
    <w:rsid w:val="00D84822"/>
    <w:rsid w:val="00D91EB0"/>
    <w:rsid w:val="00DB1E4E"/>
    <w:rsid w:val="00DB737A"/>
    <w:rsid w:val="00DC4799"/>
    <w:rsid w:val="00DC6015"/>
    <w:rsid w:val="00DE0ADB"/>
    <w:rsid w:val="00DF08CC"/>
    <w:rsid w:val="00DF4CC7"/>
    <w:rsid w:val="00E01B90"/>
    <w:rsid w:val="00E023EA"/>
    <w:rsid w:val="00E226D3"/>
    <w:rsid w:val="00E26015"/>
    <w:rsid w:val="00E34E12"/>
    <w:rsid w:val="00E45F11"/>
    <w:rsid w:val="00E555A3"/>
    <w:rsid w:val="00E6262A"/>
    <w:rsid w:val="00E64EC4"/>
    <w:rsid w:val="00E65D6F"/>
    <w:rsid w:val="00E70F5E"/>
    <w:rsid w:val="00EA4B88"/>
    <w:rsid w:val="00EA57E9"/>
    <w:rsid w:val="00EB32C8"/>
    <w:rsid w:val="00EC17A1"/>
    <w:rsid w:val="00EC478E"/>
    <w:rsid w:val="00EE39EC"/>
    <w:rsid w:val="00EF2EC2"/>
    <w:rsid w:val="00EF6A8D"/>
    <w:rsid w:val="00EF6AA1"/>
    <w:rsid w:val="00F00AB5"/>
    <w:rsid w:val="00F00B18"/>
    <w:rsid w:val="00F06194"/>
    <w:rsid w:val="00F332FA"/>
    <w:rsid w:val="00F41C3D"/>
    <w:rsid w:val="00F611AA"/>
    <w:rsid w:val="00F62164"/>
    <w:rsid w:val="00F70223"/>
    <w:rsid w:val="00F731FC"/>
    <w:rsid w:val="00F842E6"/>
    <w:rsid w:val="00F91818"/>
    <w:rsid w:val="00F940C0"/>
    <w:rsid w:val="00FA230E"/>
    <w:rsid w:val="00FA2FA7"/>
    <w:rsid w:val="00FB463F"/>
    <w:rsid w:val="00FC693F"/>
    <w:rsid w:val="00FD4D66"/>
    <w:rsid w:val="00FE63EA"/>
    <w:rsid w:val="00FE7E1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146DEB0"/>
  <w14:defaultImageDpi w14:val="300"/>
  <w15:docId w15:val="{5B1085AE-BAFA-4A0D-B2BA-2784955D41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93F"/>
    <w:rPr>
      <w:rFonts w:ascii="Calibri" w:hAnsi="Calibri"/>
    </w:rPr>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link w:val="NoSpacingChar"/>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4"/>
      </w:numPr>
      <w:contextualSpacing/>
    </w:pPr>
  </w:style>
  <w:style w:type="paragraph" w:styleId="ListNumber2">
    <w:name w:val="List Number 2"/>
    <w:basedOn w:val="Normal"/>
    <w:uiPriority w:val="99"/>
    <w:unhideWhenUsed/>
    <w:rsid w:val="0029639D"/>
    <w:pPr>
      <w:numPr>
        <w:numId w:val="5"/>
      </w:numPr>
      <w:contextualSpacing/>
    </w:pPr>
  </w:style>
  <w:style w:type="paragraph" w:styleId="ListNumber3">
    <w:name w:val="List Number 3"/>
    <w:basedOn w:val="Normal"/>
    <w:uiPriority w:val="99"/>
    <w:unhideWhenUsed/>
    <w:rsid w:val="0029639D"/>
    <w:pPr>
      <w:numPr>
        <w:numId w:val="6"/>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styleId="Hyperlink">
    <w:name w:val="Hyperlink"/>
    <w:basedOn w:val="DefaultParagraphFont"/>
    <w:uiPriority w:val="99"/>
    <w:unhideWhenUsed/>
    <w:rsid w:val="0084664E"/>
    <w:rPr>
      <w:color w:val="0000FF" w:themeColor="hyperlink"/>
      <w:u w:val="single"/>
    </w:rPr>
  </w:style>
  <w:style w:type="character" w:styleId="UnresolvedMention">
    <w:name w:val="Unresolved Mention"/>
    <w:basedOn w:val="DefaultParagraphFont"/>
    <w:uiPriority w:val="99"/>
    <w:semiHidden/>
    <w:unhideWhenUsed/>
    <w:rsid w:val="0084664E"/>
    <w:rPr>
      <w:color w:val="605E5C"/>
      <w:shd w:val="clear" w:color="auto" w:fill="E1DFDD"/>
    </w:rPr>
  </w:style>
  <w:style w:type="character" w:customStyle="1" w:styleId="NoSpacingChar">
    <w:name w:val="No Spacing Char"/>
    <w:basedOn w:val="DefaultParagraphFont"/>
    <w:link w:val="NoSpacing"/>
    <w:uiPriority w:val="1"/>
    <w:rsid w:val="00053BEC"/>
  </w:style>
  <w:style w:type="paragraph" w:styleId="TOC1">
    <w:name w:val="toc 1"/>
    <w:basedOn w:val="Normal"/>
    <w:next w:val="Normal"/>
    <w:autoRedefine/>
    <w:uiPriority w:val="39"/>
    <w:unhideWhenUsed/>
    <w:rsid w:val="005821B6"/>
    <w:pPr>
      <w:spacing w:after="100"/>
    </w:pPr>
    <w:rPr>
      <w:rFonts w:cstheme="majorHAnsi"/>
      <w:color w:val="002060"/>
      <w:sz w:val="24"/>
      <w:szCs w:val="24"/>
    </w:rPr>
  </w:style>
  <w:style w:type="paragraph" w:styleId="TOC2">
    <w:name w:val="toc 2"/>
    <w:basedOn w:val="Normal"/>
    <w:next w:val="Normal"/>
    <w:autoRedefine/>
    <w:uiPriority w:val="39"/>
    <w:unhideWhenUsed/>
    <w:rsid w:val="00053BEC"/>
    <w:pPr>
      <w:spacing w:after="100"/>
      <w:ind w:left="220"/>
    </w:pPr>
  </w:style>
  <w:style w:type="character" w:styleId="CommentReference">
    <w:name w:val="annotation reference"/>
    <w:basedOn w:val="DefaultParagraphFont"/>
    <w:uiPriority w:val="99"/>
    <w:semiHidden/>
    <w:unhideWhenUsed/>
    <w:rsid w:val="00F06194"/>
    <w:rPr>
      <w:sz w:val="16"/>
      <w:szCs w:val="16"/>
    </w:rPr>
  </w:style>
  <w:style w:type="paragraph" w:styleId="CommentText">
    <w:name w:val="annotation text"/>
    <w:basedOn w:val="Normal"/>
    <w:link w:val="CommentTextChar"/>
    <w:uiPriority w:val="99"/>
    <w:unhideWhenUsed/>
    <w:rsid w:val="00F06194"/>
    <w:pPr>
      <w:spacing w:line="240" w:lineRule="auto"/>
    </w:pPr>
    <w:rPr>
      <w:sz w:val="20"/>
      <w:szCs w:val="20"/>
    </w:rPr>
  </w:style>
  <w:style w:type="character" w:customStyle="1" w:styleId="CommentTextChar">
    <w:name w:val="Comment Text Char"/>
    <w:basedOn w:val="DefaultParagraphFont"/>
    <w:link w:val="CommentText"/>
    <w:uiPriority w:val="99"/>
    <w:rsid w:val="00F06194"/>
    <w:rPr>
      <w:rFonts w:ascii="Calibri" w:hAnsi="Calibri"/>
      <w:sz w:val="20"/>
      <w:szCs w:val="20"/>
    </w:rPr>
  </w:style>
  <w:style w:type="paragraph" w:styleId="CommentSubject">
    <w:name w:val="annotation subject"/>
    <w:basedOn w:val="CommentText"/>
    <w:next w:val="CommentText"/>
    <w:link w:val="CommentSubjectChar"/>
    <w:uiPriority w:val="99"/>
    <w:semiHidden/>
    <w:unhideWhenUsed/>
    <w:rsid w:val="00F06194"/>
    <w:rPr>
      <w:b/>
      <w:bCs/>
    </w:rPr>
  </w:style>
  <w:style w:type="character" w:customStyle="1" w:styleId="CommentSubjectChar">
    <w:name w:val="Comment Subject Char"/>
    <w:basedOn w:val="CommentTextChar"/>
    <w:link w:val="CommentSubject"/>
    <w:uiPriority w:val="99"/>
    <w:semiHidden/>
    <w:rsid w:val="00F06194"/>
    <w:rPr>
      <w:rFonts w:ascii="Calibri" w:hAnsi="Calibri"/>
      <w:b/>
      <w:bCs/>
      <w:sz w:val="20"/>
      <w:szCs w:val="20"/>
    </w:rPr>
  </w:style>
  <w:style w:type="paragraph" w:styleId="NormalWeb">
    <w:name w:val="Normal (Web)"/>
    <w:basedOn w:val="Normal"/>
    <w:uiPriority w:val="99"/>
    <w:semiHidden/>
    <w:unhideWhenUsed/>
    <w:rsid w:val="00C55AEC"/>
    <w:rPr>
      <w:rFonts w:ascii="Times New Roman" w:hAnsi="Times New Roman" w:cs="Times New Roman"/>
      <w:sz w:val="24"/>
      <w:szCs w:val="24"/>
    </w:rPr>
  </w:style>
  <w:style w:type="paragraph" w:styleId="TOC3">
    <w:name w:val="toc 3"/>
    <w:basedOn w:val="Normal"/>
    <w:next w:val="Normal"/>
    <w:autoRedefine/>
    <w:uiPriority w:val="39"/>
    <w:unhideWhenUsed/>
    <w:rsid w:val="005821B6"/>
    <w:pPr>
      <w:spacing w:after="100" w:line="259" w:lineRule="auto"/>
      <w:ind w:left="440"/>
    </w:pPr>
    <w:rPr>
      <w:rFonts w:asciiTheme="minorHAnsi" w:hAnsiTheme="minorHAnsi" w:cs="Times New Roman"/>
    </w:rPr>
  </w:style>
  <w:style w:type="character" w:styleId="FollowedHyperlink">
    <w:name w:val="FollowedHyperlink"/>
    <w:basedOn w:val="DefaultParagraphFont"/>
    <w:uiPriority w:val="99"/>
    <w:semiHidden/>
    <w:unhideWhenUsed/>
    <w:rsid w:val="005821B6"/>
    <w:rPr>
      <w:color w:val="800080" w:themeColor="followedHyperlink"/>
      <w:u w:val="single"/>
    </w:rPr>
  </w:style>
  <w:style w:type="paragraph" w:customStyle="1" w:styleId="DAERASub">
    <w:name w:val="DAERA Sub"/>
    <w:basedOn w:val="Normal"/>
    <w:link w:val="DAERASubChar"/>
    <w:qFormat/>
    <w:rsid w:val="00684C6D"/>
    <w:pPr>
      <w:spacing w:after="0" w:line="0" w:lineRule="atLeast"/>
    </w:pPr>
    <w:rPr>
      <w:rFonts w:ascii="Arial" w:hAnsi="Arial" w:cs="Arial"/>
      <w:b/>
      <w:color w:val="00AA4F"/>
      <w:sz w:val="28"/>
      <w:szCs w:val="28"/>
    </w:rPr>
  </w:style>
  <w:style w:type="character" w:customStyle="1" w:styleId="DAERASubChar">
    <w:name w:val="DAERA Sub Char"/>
    <w:basedOn w:val="DefaultParagraphFont"/>
    <w:link w:val="DAERASub"/>
    <w:rsid w:val="00684C6D"/>
    <w:rPr>
      <w:rFonts w:ascii="Arial" w:hAnsi="Arial" w:cs="Arial"/>
      <w:b/>
      <w:color w:val="00AA4F"/>
      <w:sz w:val="28"/>
      <w:szCs w:val="28"/>
    </w:rPr>
  </w:style>
  <w:style w:type="paragraph" w:customStyle="1" w:styleId="DAERAHeading">
    <w:name w:val="DAERA Heading"/>
    <w:basedOn w:val="Normal"/>
    <w:link w:val="DAERAHeadingChar"/>
    <w:qFormat/>
    <w:rsid w:val="00684C6D"/>
    <w:pPr>
      <w:jc w:val="center"/>
    </w:pPr>
    <w:rPr>
      <w:rFonts w:ascii="Arial" w:hAnsi="Arial" w:cs="Arial"/>
      <w:b/>
      <w:color w:val="244061" w:themeColor="accent1" w:themeShade="80"/>
      <w:sz w:val="32"/>
      <w:szCs w:val="32"/>
    </w:rPr>
  </w:style>
  <w:style w:type="character" w:customStyle="1" w:styleId="DAERAHeadingChar">
    <w:name w:val="DAERA Heading Char"/>
    <w:basedOn w:val="DefaultParagraphFont"/>
    <w:link w:val="DAERAHeading"/>
    <w:rsid w:val="00684C6D"/>
    <w:rPr>
      <w:rFonts w:ascii="Arial" w:hAnsi="Arial" w:cs="Arial"/>
      <w:b/>
      <w:color w:val="244061" w:themeColor="accent1" w:themeShade="80"/>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1.png"/><Relationship Id="rId42" Type="http://schemas.openxmlformats.org/officeDocument/2006/relationships/image" Target="media/image24.png"/><Relationship Id="rId47" Type="http://schemas.openxmlformats.org/officeDocument/2006/relationships/image" Target="media/image29.png"/><Relationship Id="rId63" Type="http://schemas.openxmlformats.org/officeDocument/2006/relationships/image" Target="media/image44.png"/><Relationship Id="rId68" Type="http://schemas.openxmlformats.org/officeDocument/2006/relationships/image" Target="media/image49.png"/><Relationship Id="rId84" Type="http://schemas.openxmlformats.org/officeDocument/2006/relationships/image" Target="media/image65.png"/><Relationship Id="rId89" Type="http://schemas.openxmlformats.org/officeDocument/2006/relationships/image" Target="media/image70.png"/><Relationship Id="rId112"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customXml" Target="ink/ink4.xml"/><Relationship Id="rId107" Type="http://schemas.openxmlformats.org/officeDocument/2006/relationships/image" Target="media/image83.png"/><Relationship Id="rId11" Type="http://schemas.openxmlformats.org/officeDocument/2006/relationships/image" Target="media/image110.png"/><Relationship Id="rId24" Type="http://schemas.openxmlformats.org/officeDocument/2006/relationships/image" Target="media/image14.png"/><Relationship Id="rId32" Type="http://schemas.openxmlformats.org/officeDocument/2006/relationships/image" Target="media/image16.png"/><Relationship Id="rId37" Type="http://schemas.openxmlformats.org/officeDocument/2006/relationships/customXml" Target="ink/ink7.xml"/><Relationship Id="rId40" Type="http://schemas.openxmlformats.org/officeDocument/2006/relationships/hyperlink" Target="mailto:nida@nidirect.gov.uk" TargetMode="External"/><Relationship Id="rId45" Type="http://schemas.openxmlformats.org/officeDocument/2006/relationships/image" Target="media/image27.png"/><Relationship Id="rId53" Type="http://schemas.openxmlformats.org/officeDocument/2006/relationships/image" Target="media/image34.png"/><Relationship Id="rId58" Type="http://schemas.openxmlformats.org/officeDocument/2006/relationships/image" Target="media/image39.png"/><Relationship Id="rId66" Type="http://schemas.openxmlformats.org/officeDocument/2006/relationships/image" Target="media/image47.png"/><Relationship Id="rId74" Type="http://schemas.openxmlformats.org/officeDocument/2006/relationships/image" Target="media/image55.png"/><Relationship Id="rId79" Type="http://schemas.openxmlformats.org/officeDocument/2006/relationships/image" Target="media/image60.png"/><Relationship Id="rId87" Type="http://schemas.openxmlformats.org/officeDocument/2006/relationships/image" Target="media/image68.png"/><Relationship Id="rId102" Type="http://schemas.openxmlformats.org/officeDocument/2006/relationships/hyperlink" Target="mailto:rural.needs@daera-ni.gov.uk" TargetMode="External"/><Relationship Id="rId110" Type="http://schemas.openxmlformats.org/officeDocument/2006/relationships/header" Target="header1.xml"/><Relationship Id="rId5" Type="http://schemas.openxmlformats.org/officeDocument/2006/relationships/settings" Target="settings.xml"/><Relationship Id="rId61" Type="http://schemas.openxmlformats.org/officeDocument/2006/relationships/image" Target="media/image42.png"/><Relationship Id="rId82" Type="http://schemas.openxmlformats.org/officeDocument/2006/relationships/image" Target="media/image63.png"/><Relationship Id="rId90" Type="http://schemas.openxmlformats.org/officeDocument/2006/relationships/image" Target="media/image71.png"/><Relationship Id="rId95" Type="http://schemas.openxmlformats.org/officeDocument/2006/relationships/image" Target="media/image76.png"/><Relationship Id="rId19" Type="http://schemas.openxmlformats.org/officeDocument/2006/relationships/image" Target="media/image9.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customXml" Target="ink/ink2.xml"/><Relationship Id="rId30" Type="http://schemas.openxmlformats.org/officeDocument/2006/relationships/customXml" Target="ink/ink5.xml"/><Relationship Id="rId35" Type="http://schemas.openxmlformats.org/officeDocument/2006/relationships/image" Target="media/image19.png"/><Relationship Id="rId43" Type="http://schemas.openxmlformats.org/officeDocument/2006/relationships/image" Target="media/image25.png"/><Relationship Id="rId48" Type="http://schemas.openxmlformats.org/officeDocument/2006/relationships/image" Target="media/image30.png"/><Relationship Id="rId56" Type="http://schemas.openxmlformats.org/officeDocument/2006/relationships/image" Target="media/image37.png"/><Relationship Id="rId64" Type="http://schemas.openxmlformats.org/officeDocument/2006/relationships/image" Target="media/image45.png"/><Relationship Id="rId69" Type="http://schemas.openxmlformats.org/officeDocument/2006/relationships/image" Target="media/image50.png"/><Relationship Id="rId77" Type="http://schemas.openxmlformats.org/officeDocument/2006/relationships/image" Target="media/image58.png"/><Relationship Id="rId100" Type="http://schemas.openxmlformats.org/officeDocument/2006/relationships/image" Target="media/image81.png"/><Relationship Id="rId105" Type="http://schemas.openxmlformats.org/officeDocument/2006/relationships/hyperlink" Target="mailto:rural.needs@daera-ni.gov.uk" TargetMode="External"/><Relationship Id="rId113"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32.png"/><Relationship Id="rId72" Type="http://schemas.openxmlformats.org/officeDocument/2006/relationships/image" Target="media/image53.png"/><Relationship Id="rId80" Type="http://schemas.openxmlformats.org/officeDocument/2006/relationships/image" Target="media/image61.png"/><Relationship Id="rId85" Type="http://schemas.openxmlformats.org/officeDocument/2006/relationships/image" Target="media/image66.png"/><Relationship Id="rId93" Type="http://schemas.openxmlformats.org/officeDocument/2006/relationships/image" Target="media/image74.png"/><Relationship Id="rId98" Type="http://schemas.openxmlformats.org/officeDocument/2006/relationships/image" Target="media/image79.png"/><Relationship Id="rId3" Type="http://schemas.openxmlformats.org/officeDocument/2006/relationships/numbering" Target="numbering.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customXml" Target="ink/ink1.xml"/><Relationship Id="rId33" Type="http://schemas.openxmlformats.org/officeDocument/2006/relationships/image" Target="media/image17.png"/><Relationship Id="rId38" Type="http://schemas.openxmlformats.org/officeDocument/2006/relationships/image" Target="media/image21.png"/><Relationship Id="rId46" Type="http://schemas.openxmlformats.org/officeDocument/2006/relationships/image" Target="media/image28.png"/><Relationship Id="rId59" Type="http://schemas.openxmlformats.org/officeDocument/2006/relationships/image" Target="media/image40.png"/><Relationship Id="rId67" Type="http://schemas.openxmlformats.org/officeDocument/2006/relationships/image" Target="media/image48.png"/><Relationship Id="rId103" Type="http://schemas.openxmlformats.org/officeDocument/2006/relationships/hyperlink" Target="mailto:rural.needs@daera-ni.gov.uk" TargetMode="External"/><Relationship Id="rId108" Type="http://schemas.openxmlformats.org/officeDocument/2006/relationships/image" Target="media/image84.svg"/><Relationship Id="rId20" Type="http://schemas.openxmlformats.org/officeDocument/2006/relationships/image" Target="media/image10.png"/><Relationship Id="rId41" Type="http://schemas.openxmlformats.org/officeDocument/2006/relationships/image" Target="media/image23.png"/><Relationship Id="rId54" Type="http://schemas.openxmlformats.org/officeDocument/2006/relationships/image" Target="media/image35.png"/><Relationship Id="rId62" Type="http://schemas.openxmlformats.org/officeDocument/2006/relationships/image" Target="media/image43.png"/><Relationship Id="rId70" Type="http://schemas.openxmlformats.org/officeDocument/2006/relationships/image" Target="media/image51.png"/><Relationship Id="rId75" Type="http://schemas.openxmlformats.org/officeDocument/2006/relationships/image" Target="media/image56.png"/><Relationship Id="rId83" Type="http://schemas.openxmlformats.org/officeDocument/2006/relationships/image" Target="media/image64.png"/><Relationship Id="rId88" Type="http://schemas.openxmlformats.org/officeDocument/2006/relationships/image" Target="media/image69.png"/><Relationship Id="rId91" Type="http://schemas.openxmlformats.org/officeDocument/2006/relationships/image" Target="media/image72.png"/><Relationship Id="rId96" Type="http://schemas.openxmlformats.org/officeDocument/2006/relationships/image" Target="media/image77.png"/><Relationship Id="rId11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customXml" Target="ink/ink3.xml"/><Relationship Id="rId36" Type="http://schemas.openxmlformats.org/officeDocument/2006/relationships/image" Target="media/image20.png"/><Relationship Id="rId49" Type="http://schemas.openxmlformats.org/officeDocument/2006/relationships/image" Target="media/image31.png"/><Relationship Id="rId57" Type="http://schemas.openxmlformats.org/officeDocument/2006/relationships/image" Target="media/image38.png"/><Relationship Id="rId106" Type="http://schemas.openxmlformats.org/officeDocument/2006/relationships/hyperlink" Target="mailto:xxxxxxxxx@daera-ni.gov.uk" TargetMode="External"/><Relationship Id="rId114" Type="http://schemas.openxmlformats.org/officeDocument/2006/relationships/theme" Target="theme/theme1.xml"/><Relationship Id="rId10" Type="http://schemas.openxmlformats.org/officeDocument/2006/relationships/image" Target="media/image1.png"/><Relationship Id="rId31" Type="http://schemas.openxmlformats.org/officeDocument/2006/relationships/customXml" Target="ink/ink6.xml"/><Relationship Id="rId44" Type="http://schemas.openxmlformats.org/officeDocument/2006/relationships/image" Target="media/image26.png"/><Relationship Id="rId52" Type="http://schemas.openxmlformats.org/officeDocument/2006/relationships/image" Target="media/image33.png"/><Relationship Id="rId60" Type="http://schemas.openxmlformats.org/officeDocument/2006/relationships/image" Target="media/image41.png"/><Relationship Id="rId65" Type="http://schemas.openxmlformats.org/officeDocument/2006/relationships/image" Target="media/image46.png"/><Relationship Id="rId73" Type="http://schemas.openxmlformats.org/officeDocument/2006/relationships/image" Target="media/image54.png"/><Relationship Id="rId78" Type="http://schemas.openxmlformats.org/officeDocument/2006/relationships/image" Target="media/image59.png"/><Relationship Id="rId81" Type="http://schemas.openxmlformats.org/officeDocument/2006/relationships/image" Target="media/image62.png"/><Relationship Id="rId86" Type="http://schemas.openxmlformats.org/officeDocument/2006/relationships/image" Target="media/image67.png"/><Relationship Id="rId94" Type="http://schemas.openxmlformats.org/officeDocument/2006/relationships/image" Target="media/image75.png"/><Relationship Id="rId99" Type="http://schemas.openxmlformats.org/officeDocument/2006/relationships/image" Target="media/image80.png"/><Relationship Id="rId101" Type="http://schemas.openxmlformats.org/officeDocument/2006/relationships/image" Target="media/image82.png"/><Relationship Id="rId4" Type="http://schemas.openxmlformats.org/officeDocument/2006/relationships/styles" Target="styles.xml"/><Relationship Id="rId9" Type="http://schemas.openxmlformats.org/officeDocument/2006/relationships/hyperlink" Target="https://www2.daera-ni.gov.uk/RuralNeedsActAnnualMonitoringReport/" TargetMode="Externa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2.png"/><Relationship Id="rId109" Type="http://schemas.openxmlformats.org/officeDocument/2006/relationships/image" Target="media/image85.png"/><Relationship Id="rId34" Type="http://schemas.openxmlformats.org/officeDocument/2006/relationships/image" Target="media/image18.png"/><Relationship Id="rId50" Type="http://schemas.openxmlformats.org/officeDocument/2006/relationships/customXml" Target="ink/ink8.xml"/><Relationship Id="rId55" Type="http://schemas.openxmlformats.org/officeDocument/2006/relationships/image" Target="media/image36.png"/><Relationship Id="rId76" Type="http://schemas.openxmlformats.org/officeDocument/2006/relationships/image" Target="media/image57.png"/><Relationship Id="rId97" Type="http://schemas.openxmlformats.org/officeDocument/2006/relationships/image" Target="media/image78.png"/><Relationship Id="rId104" Type="http://schemas.openxmlformats.org/officeDocument/2006/relationships/hyperlink" Target="mailto:xxxxxxxxx@daera-ni.gov.uk" TargetMode="External"/><Relationship Id="rId7" Type="http://schemas.openxmlformats.org/officeDocument/2006/relationships/footnotes" Target="footnotes.xml"/><Relationship Id="rId71" Type="http://schemas.openxmlformats.org/officeDocument/2006/relationships/image" Target="media/image52.png"/><Relationship Id="rId92" Type="http://schemas.openxmlformats.org/officeDocument/2006/relationships/image" Target="media/image73.png"/></Relationships>
</file>

<file path=word/_rels/footer2.xml.rels><?xml version="1.0" encoding="UTF-8" standalone="yes"?>
<Relationships xmlns="http://schemas.openxmlformats.org/package/2006/relationships"><Relationship Id="rId2" Type="http://schemas.openxmlformats.org/officeDocument/2006/relationships/image" Target="media/image84.svg"/><Relationship Id="rId1" Type="http://schemas.openxmlformats.org/officeDocument/2006/relationships/image" Target="media/image83.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6-03-04T10:02:35.704"/>
    </inkml:context>
    <inkml:brush xml:id="br0">
      <inkml:brushProperty name="width" value="0.1" units="cm"/>
      <inkml:brushProperty name="height" value="0.2" units="cm"/>
      <inkml:brushProperty name="tip" value="rectangle"/>
      <inkml:brushProperty name="rasterOp" value="maskPen"/>
      <inkml:brushProperty name="ignorePressure" value="1"/>
    </inkml:brush>
  </inkml:definitions>
  <inkml:trace contextRef="#ctx0" brushRef="#br0">1 1</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6-03-04T10:02:35.500"/>
    </inkml:context>
    <inkml:brush xml:id="br0">
      <inkml:brushProperty name="width" value="0.1" units="cm"/>
      <inkml:brushProperty name="height" value="0.2" units="cm"/>
      <inkml:brushProperty name="tip" value="rectangle"/>
      <inkml:brushProperty name="rasterOp" value="maskPen"/>
      <inkml:brushProperty name="ignorePressure" value="1"/>
    </inkml:brush>
  </inkml:definitions>
  <inkml:trace contextRef="#ctx0" brushRef="#br0">1 1</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6-03-04T10:02:35.294"/>
    </inkml:context>
    <inkml:brush xml:id="br0">
      <inkml:brushProperty name="width" value="0.1" units="cm"/>
      <inkml:brushProperty name="height" value="0.2" units="cm"/>
      <inkml:brushProperty name="tip" value="rectangle"/>
      <inkml:brushProperty name="rasterOp" value="maskPen"/>
      <inkml:brushProperty name="ignorePressure" value="1"/>
    </inkml:brush>
  </inkml:definitions>
  <inkml:trace contextRef="#ctx0" brushRef="#br0">1 1</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6-03-04T10:02:28.943"/>
    </inkml:context>
    <inkml:brush xml:id="br0">
      <inkml:brushProperty name="width" value="0.1" units="cm"/>
      <inkml:brushProperty name="height" value="0.2" units="cm"/>
      <inkml:brushProperty name="tip" value="rectangle"/>
      <inkml:brushProperty name="rasterOp" value="maskPen"/>
      <inkml:brushProperty name="ignorePressure" value="1"/>
    </inkml:brush>
  </inkml:definitions>
  <inkml:trace contextRef="#ctx0" brushRef="#br0">0 0,'2'0,"1"0</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6-03-04T10:02:28.718"/>
    </inkml:context>
    <inkml:brush xml:id="br0">
      <inkml:brushProperty name="width" value="0.1" units="cm"/>
      <inkml:brushProperty name="height" value="0.2" units="cm"/>
      <inkml:brushProperty name="tip" value="rectangle"/>
      <inkml:brushProperty name="rasterOp" value="maskPen"/>
      <inkml:brushProperty name="ignorePressure" value="1"/>
    </inkml:brush>
  </inkml:definitions>
  <inkml:trace contextRef="#ctx0" brushRef="#br0">0 0,'3'0,"0"0</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6-03-04T10:02:28.481"/>
    </inkml:context>
    <inkml:brush xml:id="br0">
      <inkml:brushProperty name="width" value="0.1" units="cm"/>
      <inkml:brushProperty name="height" value="0.2" units="cm"/>
      <inkml:brushProperty name="tip" value="rectangle"/>
      <inkml:brushProperty name="rasterOp" value="maskPen"/>
      <inkml:brushProperty name="ignorePressure" value="1"/>
    </inkml:brush>
  </inkml:definitions>
  <inkml:trace contextRef="#ctx0" brushRef="#br0">0 0,'3'0,"2"0,1 0</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3-04T14:12:05.452"/>
    </inkml:context>
    <inkml:brush xml:id="br0">
      <inkml:brushProperty name="width" value="0.1" units="cm"/>
      <inkml:brushProperty name="height" value="0.1" units="cm"/>
    </inkml:brush>
  </inkml:definitions>
  <inkml:trace contextRef="#ctx0" brushRef="#br0">0 1 24575</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6-03-04T13:51:20.150"/>
    </inkml:context>
    <inkml:brush xml:id="br0">
      <inkml:brushProperty name="width" value="0.2" units="cm"/>
      <inkml:brushProperty name="height" value="0.4" units="cm"/>
      <inkml:brushProperty name="tip" value="rectangle"/>
      <inkml:brushProperty name="rasterOp" value="maskPen"/>
      <inkml:brushProperty name="ignorePressure" value="1"/>
    </inkml:brush>
  </inkml:definitions>
  <inkml:trace contextRef="#ctx0" brushRef="#br0">1 0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2026-03-04T00:00:00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42</Pages>
  <Words>3740</Words>
  <Characters>18813</Characters>
  <Application>Microsoft Office Word</Application>
  <DocSecurity>0</DocSecurity>
  <Lines>1254</Lines>
  <Paragraphs>300</Paragraphs>
  <ScaleCrop>false</ScaleCrop>
  <HeadingPairs>
    <vt:vector size="2" baseType="variant">
      <vt:variant>
        <vt:lpstr>Title</vt:lpstr>
      </vt:variant>
      <vt:variant>
        <vt:i4>1</vt:i4>
      </vt:variant>
    </vt:vector>
  </HeadingPairs>
  <TitlesOfParts>
    <vt:vector size="1" baseType="lpstr">
      <vt:lpstr>Rural Needs Act (NI) 2016 - Annual Monitoring Report</vt:lpstr>
    </vt:vector>
  </TitlesOfParts>
  <Manager/>
  <Company/>
  <LinksUpToDate>false</LinksUpToDate>
  <CharactersWithSpaces>22253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Rural Needs Act (NI) 2016 - Annual Monitoring Report</dc:title>
  <dc:subject/>
  <dc:creator>Stewart, Richard</dc:creator>
  <cp:keywords/>
  <dc:description>generated by python-docx</dc:description>
  <cp:lastModifiedBy>Holmes, Natalie</cp:lastModifiedBy>
  <cp:revision>2</cp:revision>
  <cp:lastPrinted>2026-04-15T14:20:00Z</cp:lastPrinted>
  <dcterms:created xsi:type="dcterms:W3CDTF">2026-04-16T11:15:00Z</dcterms:created>
  <dcterms:modified xsi:type="dcterms:W3CDTF">2026-04-16T11:15:00Z</dcterms:modified>
  <cp:category/>
</cp:coreProperties>
</file>